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unveil vulnerability in generative AI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have discovered a vulnerability in state-of-the-art generative AI models, such as OpenAI's ChatGPT, that could allow users to bypass safety protocols designed to prevent the dissemination of harmful information. This new exploitation method involves inputting requests in reverse, enabling the AI to produce content that typically falls outside safety guidelines, including instructions for constructing explosives.</w:t>
      </w:r>
      <w:r/>
    </w:p>
    <w:p>
      <w:r/>
      <w:r>
        <w:t>These AI models, known as large language models (LLMs), are built upon enormous datasets sourced from the internet, which include multiple types of information - both benign and potentially hazardous. They are designed to utilise this data to generate content that can range from harmless, everyday queries to complex tasks. However, without strict safeguards, these models are also potentially capable of generating dangerous instructions if manipulated correctly.</w:t>
      </w:r>
      <w:r/>
    </w:p>
    <w:p>
      <w:r/>
      <w:r>
        <w:t>During the research, it was demonstrated that entering prompts backwards could effectively trick the AI into revealing restricted information, such as bomb-making instructions. This technique circumvents the sophisticated moderation systems which usually flag and block such requests when they are entered in a straightforward manner.</w:t>
      </w:r>
      <w:r/>
    </w:p>
    <w:p>
      <w:r/>
      <w:r>
        <w:t>This finding underscores the ongoing challenge faced by developers of LLMs in maintaining stringent safety measures. Despite continual advancements in implementing safeguards, these new developments indicate potential loopholes that malicious actors could exploit, leading to the dissemination of unsafe information.</w:t>
      </w:r>
      <w:r/>
    </w:p>
    <w:p>
      <w:r/>
      <w:r>
        <w:t>Generative AI, like ChatGPT, has become increasingly popular, with applications across various domains, from academic research to entertainment and beyond. The flexibility and power of these models are derived from their extensive training on diverse data sets, enabling them to produce insightful and accurate results for users around the world.</w:t>
      </w:r>
      <w:r/>
    </w:p>
    <w:p>
      <w:r/>
      <w:r>
        <w:t>However, this very strength also poses a challenge. The models' capabilities rest on the wide range of data they have absorbed, some of which inherently contains dangerous or illegal content. AI developers have endeavoured to implement robust filtering and moderation systems to prevent the misuse of these technologies. Nonetheless, the complexity of language and the ingenuity of users in developing workarounds continue to pose significant hurdles.</w:t>
      </w:r>
      <w:r/>
    </w:p>
    <w:p>
      <w:r/>
      <w:r>
        <w:t>The implications of these new findings are significant for the future of AI safety and ethical deployment. They raise questions about how AI systems should be regulated and monitored, requiring an ongoing dialogue among researchers, developers, and policymakers to ensure that these powerful technologies are used responsibly.</w:t>
      </w:r>
      <w:r/>
    </w:p>
    <w:p>
      <w:r/>
      <w:r>
        <w:t>OpenAI and other AI development companies are continually exploring new methods to reinforce the security measures integrated within their models, aiming to minimise potential risks associated with misuse. However, as the landscape of AI technology rapidly evolves, so too does the challenge of keeping these systems safe and secure from exploitation by those who might seek to bypass the established protective mechanisms.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https://thehackernews.com/2024/09/chatgpt-macos-flaw-couldve-enabled-long.html</w:t>
        </w:r>
      </w:hyperlink>
      <w:r>
        <w:t xml:space="preserve"> - This article discusses a security vulnerability in OpenAI's ChatGPT app for macOS that could have allowed attackers to plant long-term persistent spyware, highlighting the risks of bypassing safety protocols in LLMs.</w:t>
      </w:r>
      <w:r/>
    </w:p>
    <w:p>
      <w:pPr>
        <w:pStyle w:val="ListNumber"/>
        <w:spacing w:line="240" w:lineRule="auto"/>
        <w:ind w:left="720"/>
      </w:pPr>
      <w:r/>
      <w:hyperlink r:id="rId11">
        <w:r>
          <w:rPr>
            <w:color w:val="0000EE"/>
            <w:u w:val="single"/>
          </w:rPr>
          <w:t>https://salt.security/blog/security-flaws-within-chatgpt-extensions-allowed-access-to-accounts-on-third-party-websites-and-sensitive-data</w:t>
        </w:r>
      </w:hyperlink>
      <w:r>
        <w:t xml:space="preserve"> - This article details security flaws within the ChatGPT ecosystem, including vulnerabilities that allow attackers to install malicious plugins and access sensitive data, illustrating the challenges in maintaining safety measures in LLMs.</w:t>
      </w:r>
      <w:r/>
    </w:p>
    <w:p>
      <w:pPr>
        <w:pStyle w:val="ListNumber"/>
        <w:spacing w:line="240" w:lineRule="auto"/>
        <w:ind w:left="720"/>
      </w:pPr>
      <w:r/>
      <w:hyperlink r:id="rId12">
        <w:r>
          <w:rPr>
            <w:color w:val="0000EE"/>
            <w:u w:val="single"/>
          </w:rPr>
          <w:t>https://www.bleepingcomputer.com/news/security/openai-confirms-threat-actors-use-chatgpt-to-write-malware/</w:t>
        </w:r>
      </w:hyperlink>
      <w:r>
        <w:t xml:space="preserve"> - This article reports on how threat actors are using ChatGPT to develop and debug malware, demonstrating the potential for LLMs to be exploited for harmful purposes if not properly safeguarded.</w:t>
      </w:r>
      <w:r/>
    </w:p>
    <w:p>
      <w:pPr>
        <w:pStyle w:val="ListNumber"/>
        <w:spacing w:line="240" w:lineRule="auto"/>
        <w:ind w:left="720"/>
      </w:pPr>
      <w:r/>
      <w:hyperlink r:id="rId13">
        <w:r>
          <w:rPr>
            <w:color w:val="0000EE"/>
            <w:u w:val="single"/>
          </w:rPr>
          <w:t>https://securityboulevard.com/2024/03/researchers-find-flaws-in-openai-chatgpt-google-gemini/</w:t>
        </w:r>
      </w:hyperlink>
      <w:r>
        <w:t xml:space="preserve"> - This article discusses vulnerabilities found in ChatGPT and Google Gemini that could lead to prompt leaks and account takeovers, underscoring the ongoing challenges in ensuring the safety and security of LLMs.</w:t>
      </w:r>
      <w:r/>
    </w:p>
    <w:p>
      <w:pPr>
        <w:pStyle w:val="ListNumber"/>
        <w:spacing w:line="240" w:lineRule="auto"/>
        <w:ind w:left="720"/>
      </w:pPr>
      <w:r/>
      <w:hyperlink r:id="rId14">
        <w:r>
          <w:rPr>
            <w:color w:val="0000EE"/>
            <w:u w:val="single"/>
          </w:rPr>
          <w:t>https://www.techtarget.com/searchsecurity/news/366613512/OpenAI-details-how-threat-actors-are-abusing-ChatGPT</w:t>
        </w:r>
      </w:hyperlink>
      <w:r>
        <w:t xml:space="preserve"> - This article details how nation-state actors are abusing ChatGPT for malicious activities such as malware debugging, highlighting the need for robust safeguards to prevent the misuse of LLMs.</w:t>
      </w:r>
      <w:r/>
    </w:p>
    <w:p>
      <w:pPr>
        <w:pStyle w:val="ListNumber"/>
        <w:spacing w:line="240" w:lineRule="auto"/>
        <w:ind w:left="720"/>
      </w:pPr>
      <w:r/>
      <w:hyperlink r:id="rId10">
        <w:r>
          <w:rPr>
            <w:color w:val="0000EE"/>
            <w:u w:val="single"/>
          </w:rPr>
          <w:t>https://thehackernews.com/2024/09/chatgpt-macos-flaw-couldve-enabled-long.html</w:t>
        </w:r>
      </w:hyperlink>
      <w:r>
        <w:t xml:space="preserve"> - This article explains how the memory feature in ChatGPT can be exploited to store malicious instructions, which can bypass safety protocols and lead to continuous data exfiltration.</w:t>
      </w:r>
      <w:r/>
    </w:p>
    <w:p>
      <w:pPr>
        <w:pStyle w:val="ListNumber"/>
        <w:spacing w:line="240" w:lineRule="auto"/>
        <w:ind w:left="720"/>
      </w:pPr>
      <w:r/>
      <w:hyperlink r:id="rId11">
        <w:r>
          <w:rPr>
            <w:color w:val="0000EE"/>
            <w:u w:val="single"/>
          </w:rPr>
          <w:t>https://salt.security/blog/security-flaws-within-chatgpt-extensions-allowed-access-to-accounts-on-third-party-websites-and-sensitive-data</w:t>
        </w:r>
      </w:hyperlink>
      <w:r>
        <w:t xml:space="preserve"> - This article describes how attackers can exploit OAuth authentication flaws in ChatGPT plugins to gain unauthorized access to user accounts and sensitive data, illustrating the risks of inadequate security measures.</w:t>
      </w:r>
      <w:r/>
    </w:p>
    <w:p>
      <w:pPr>
        <w:pStyle w:val="ListNumber"/>
        <w:spacing w:line="240" w:lineRule="auto"/>
        <w:ind w:left="720"/>
      </w:pPr>
      <w:r/>
      <w:hyperlink r:id="rId12">
        <w:r>
          <w:rPr>
            <w:color w:val="0000EE"/>
            <w:u w:val="single"/>
          </w:rPr>
          <w:t>https://www.bleepingcomputer.com/news/security/openai-confirms-threat-actors-use-chatgpt-to-write-malware/</w:t>
        </w:r>
      </w:hyperlink>
      <w:r>
        <w:t xml:space="preserve"> - This article provides examples of threat actors using ChatGPT for various malicious activities, including developing custom scripts and obfuscating code, which highlights the need for stringent safety protocols.</w:t>
      </w:r>
      <w:r/>
    </w:p>
    <w:p>
      <w:pPr>
        <w:pStyle w:val="ListNumber"/>
        <w:spacing w:line="240" w:lineRule="auto"/>
        <w:ind w:left="720"/>
      </w:pPr>
      <w:r/>
      <w:hyperlink r:id="rId13">
        <w:r>
          <w:rPr>
            <w:color w:val="0000EE"/>
            <w:u w:val="single"/>
          </w:rPr>
          <w:t>https://securityboulevard.com/2024/03/researchers-find-flaws-in-openai-chatgpt-google-gemini/</w:t>
        </w:r>
      </w:hyperlink>
      <w:r>
        <w:t xml:space="preserve"> - This article discusses the broader implications of vulnerabilities in generative AI models, including the potential for prompt leaks and the challenges in fine-tuning these models to prevent such exploits.</w:t>
      </w:r>
      <w:r/>
    </w:p>
    <w:p>
      <w:pPr>
        <w:pStyle w:val="ListNumber"/>
        <w:spacing w:line="240" w:lineRule="auto"/>
        <w:ind w:left="720"/>
      </w:pPr>
      <w:r/>
      <w:hyperlink r:id="rId11">
        <w:r>
          <w:rPr>
            <w:color w:val="0000EE"/>
            <w:u w:val="single"/>
          </w:rPr>
          <w:t>https://salt.security/blog/security-flaws-within-chatgpt-extensions-allowed-access-to-accounts-on-third-party-websites-and-sensitive-data</w:t>
        </w:r>
      </w:hyperlink>
      <w:r>
        <w:t xml:space="preserve"> - This article emphasizes the importance of developer awareness and proper security documentation to prevent recurring vulnerabilities in ChatGPT plugins, which is crucial for maintaining AI safety.</w:t>
      </w:r>
      <w:r/>
    </w:p>
    <w:p>
      <w:pPr>
        <w:pStyle w:val="ListNumber"/>
        <w:spacing w:line="240" w:lineRule="auto"/>
        <w:ind w:left="720"/>
      </w:pPr>
      <w:r/>
      <w:hyperlink r:id="rId14">
        <w:r>
          <w:rPr>
            <w:color w:val="0000EE"/>
            <w:u w:val="single"/>
          </w:rPr>
          <w:t>https://www.techtarget.com/searchsecurity/news/366613512/OpenAI-details-how-threat-actors-are-abusing-ChatGPT</w:t>
        </w:r>
      </w:hyperlink>
      <w:r>
        <w:t xml:space="preserve"> - This article highlights the ongoing efforts by OpenAI and other companies to reinforce security measures and minimize risks associated with the misuse of LLMs, reflecting the evolving landscape of AI safety.</w:t>
      </w:r>
      <w:r/>
    </w:p>
    <w:p>
      <w:pPr>
        <w:pStyle w:val="ListNumber"/>
        <w:spacing w:line="240" w:lineRule="auto"/>
        <w:ind w:left="720"/>
      </w:pPr>
      <w:r/>
      <w:hyperlink r:id="rId15">
        <w:r>
          <w:rPr>
            <w:color w:val="0000EE"/>
            <w:u w:val="single"/>
          </w:rPr>
          <w:t>https://www.newscientist.com/article/2450838-writing-backwards-can-trick-an-ai-into-providing-a-bomb-recipe/?utm_campaign=RSS%7CNSNS&amp;utm_source=NSNS&amp;utm_medium=RSS&amp;utm_content=home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hackernews.com/2024/09/chatgpt-macos-flaw-couldve-enabled-long.html" TargetMode="External"/><Relationship Id="rId11" Type="http://schemas.openxmlformats.org/officeDocument/2006/relationships/hyperlink" Target="https://salt.security/blog/security-flaws-within-chatgpt-extensions-allowed-access-to-accounts-on-third-party-websites-and-sensitive-data" TargetMode="External"/><Relationship Id="rId12" Type="http://schemas.openxmlformats.org/officeDocument/2006/relationships/hyperlink" Target="https://www.bleepingcomputer.com/news/security/openai-confirms-threat-actors-use-chatgpt-to-write-malware/" TargetMode="External"/><Relationship Id="rId13" Type="http://schemas.openxmlformats.org/officeDocument/2006/relationships/hyperlink" Target="https://securityboulevard.com/2024/03/researchers-find-flaws-in-openai-chatgpt-google-gemini/" TargetMode="External"/><Relationship Id="rId14" Type="http://schemas.openxmlformats.org/officeDocument/2006/relationships/hyperlink" Target="https://www.techtarget.com/searchsecurity/news/366613512/OpenAI-details-how-threat-actors-are-abusing-ChatGPT" TargetMode="External"/><Relationship Id="rId15" Type="http://schemas.openxmlformats.org/officeDocument/2006/relationships/hyperlink" Target="https://www.newscientist.com/article/2450838-writing-backwards-can-trick-an-ai-into-providing-a-bomb-recipe/?utm_campaign=RSS%7CNSNS&amp;utm_source=NSNS&amp;utm_medium=RSS&amp;utm_content=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