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 in mobile communication: Introducing Hello Keyboard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 in Mobile Communication: Introducing Hello Keyboard AI</w:t>
      </w:r>
      <w:r/>
    </w:p>
    <w:p>
      <w:r/>
      <w:r>
        <w:t>In an ongoing technological evolution, artificial intelligence (AI) continues to redefine how we interact with digital devices. In particular, it is significantly enhancing the efficiency and functionality of mobile communication. A notable contribution to this trend is the innovative jailbreak tweak called Hello Keyboard AI, developed by the iOS programmer known as zqbb. This new development is transforming user experiences by integrating AI capabilities directly into mobile keyboards, enabling a more dynamic interaction with text.</w:t>
      </w:r>
      <w:r/>
    </w:p>
    <w:p>
      <w:r/>
      <w:r>
        <w:t>Hello Keyboard AI has been launched to offer iOS users a seamless way to access AI models directly from their devices' keyboards. This feature eliminates the need for external apps, enabling rapid, on-the-go AI assistance. The tweak has managed to attract attention for its innovative shortcuts that are integrated directly into the keyboard. Users can easily interact with the AI by employing simple gestures such as swiping in various directions, namely up, down, left, or right.</w:t>
      </w:r>
      <w:r/>
    </w:p>
    <w:p>
      <w:r/>
      <w:r>
        <w:t>The convenience and effectiveness of Hello Keyboard AI are further amplified by its ability to automate and optimise users' workflows. These keyboard-centric features introduce new operational modes which cater to a variety of needs users may have. The AI functionality is dynamic, allowing users to process, analyse, and replace existing text directly from the text boxes they are working on. The analysed text is then copied automatically to the clipboard, enhancing convenience and user efficiency.</w:t>
      </w:r>
      <w:r/>
    </w:p>
    <w:p>
      <w:r/>
      <w:r>
        <w:t>Distinguishing itself with adaptability, Hello Keyboard AI supports multiple use-case scenarios, making it a versatile addition to any text-based activity. For many, this feature serves as an intuitive assistant, facilitating increased productivity. Each AI interaction provides users with options via a pop-up, guiding them to the desired outcome.</w:t>
      </w:r>
      <w:r/>
    </w:p>
    <w:p>
      <w:r/>
      <w:r>
        <w:t>Adding to its appeal, Hello Keyboard AI offers an extensive range of configuration options. Users can personalise their usage through a newly introduced preference pane in the Settings app. This allows a customisable user experience, with settings that can be fine-tuned to:</w:t>
      </w:r>
      <w:r/>
      <w:r/>
    </w:p>
    <w:p>
      <w:pPr>
        <w:pStyle w:val="ListBullet"/>
        <w:spacing w:line="240" w:lineRule="auto"/>
        <w:ind w:left="720"/>
      </w:pPr>
      <w:r/>
      <w:r>
        <w:t>View instruction guides</w:t>
      </w:r>
      <w:r/>
    </w:p>
    <w:p>
      <w:pPr>
        <w:pStyle w:val="ListBullet"/>
        <w:spacing w:line="240" w:lineRule="auto"/>
        <w:ind w:left="720"/>
      </w:pPr>
      <w:r/>
      <w:r>
        <w:t>Check activation status</w:t>
      </w:r>
      <w:r/>
    </w:p>
    <w:p>
      <w:pPr>
        <w:pStyle w:val="ListBullet"/>
        <w:spacing w:line="240" w:lineRule="auto"/>
        <w:ind w:left="720"/>
      </w:pPr>
      <w:r/>
      <w:r>
        <w:t>Modify response methods</w:t>
      </w:r>
      <w:r/>
    </w:p>
    <w:p>
      <w:pPr>
        <w:pStyle w:val="ListBullet"/>
        <w:spacing w:line="240" w:lineRule="auto"/>
        <w:ind w:left="720"/>
      </w:pPr>
      <w:r/>
      <w:r>
        <w:t>Assign actions to various keyboard gestures</w:t>
      </w:r>
      <w:r/>
    </w:p>
    <w:p>
      <w:pPr>
        <w:pStyle w:val="ListBullet"/>
        <w:spacing w:line="240" w:lineRule="auto"/>
        <w:ind w:left="720"/>
      </w:pPr>
      <w:r/>
      <w:r>
        <w:t>Configure dictation triggers</w:t>
      </w:r>
      <w:r/>
    </w:p>
    <w:p>
      <w:pPr>
        <w:pStyle w:val="ListBullet"/>
        <w:spacing w:line="240" w:lineRule="auto"/>
        <w:ind w:left="720"/>
      </w:pPr>
      <w:r/>
      <w:r>
        <w:t>Customise the keyboard dock interactions</w:t>
      </w:r>
      <w:r/>
      <w:r/>
    </w:p>
    <w:p>
      <w:r/>
      <w:r>
        <w:t>Moreover, users can adjust several other functionalities including haptic feedback and storage options for the keyboard’s bottom bar.</w:t>
      </w:r>
      <w:r/>
    </w:p>
    <w:p>
      <w:r/>
      <w:r>
        <w:t>For those interested in adopting Hello Keyboard AI, it is available for purchase at $4.99. This tweak can be acquired from the Havoc repository through any preferred package manager app and is compatible with jailbroken iOS versions 14, 15, and 16, including the latest rootless jailbreaks like Dopamine and palera1n.</w:t>
      </w:r>
      <w:r/>
    </w:p>
    <w:p>
      <w:r/>
      <w:r>
        <w:t>As AI continues to shape our interaction with technology, Hello Keyboard AI stands as a testament to the profound changes occurring in mobile communication. By seamlessly integrating AI-driven capabilities into everyday tasks, this tweak is not only providing futuristic features but also setting the stage for subsequent innovations in the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https://www.youtube.com/watch?v=MI4NaX_ed1k</w:t>
        </w:r>
      </w:hyperlink>
      <w:r>
        <w:t xml:space="preserve"> - This video discusses various AI tools, including AI keyboards for iPhone, which enhance mobile communication efficiency, though it does not specifically mention 'Hello Keyboard AI'.</w:t>
      </w:r>
      <w:r/>
    </w:p>
    <w:p>
      <w:pPr>
        <w:pStyle w:val="ListNumber"/>
        <w:spacing w:line="240" w:lineRule="auto"/>
        <w:ind w:left="720"/>
      </w:pPr>
      <w:r/>
      <w:hyperlink r:id="rId11">
        <w:r>
          <w:rPr>
            <w:color w:val="0000EE"/>
            <w:u w:val="single"/>
          </w:rPr>
          <w:t>https://spellwise-ai-keyboard-writer.en.softonic.com/iphone</w:t>
        </w:r>
      </w:hyperlink>
      <w:r>
        <w:t xml:space="preserve"> - This page describes the Spellwise AI Keyboard Writer, an app that integrates AI into the iPhone keyboard, similar to the concept of Hello Keyboard AI, but it is a different application.</w:t>
      </w:r>
      <w:r/>
    </w:p>
    <w:p>
      <w:pPr>
        <w:pStyle w:val="ListNumber"/>
        <w:spacing w:line="240" w:lineRule="auto"/>
        <w:ind w:left="720"/>
      </w:pPr>
      <w:r/>
      <w:hyperlink r:id="rId12">
        <w:r>
          <w:rPr>
            <w:color w:val="0000EE"/>
            <w:u w:val="single"/>
          </w:rPr>
          <w:t>https://www.reddit.com/r/Keyboard/comments/11mgwvm/ios_keyboard_app_with_ai_technology/</w:t>
        </w:r>
      </w:hyperlink>
      <w:r>
        <w:t xml:space="preserve"> - This Reddit discussion mentions several AI keyboard apps for iOS, highlighting their capabilities and user experiences, which align with the features described in Hello Keyboard AI.</w:t>
      </w:r>
      <w:r/>
    </w:p>
    <w:p>
      <w:pPr>
        <w:pStyle w:val="ListNumber"/>
        <w:spacing w:line="240" w:lineRule="auto"/>
        <w:ind w:left="720"/>
      </w:pPr>
      <w:r/>
      <w:hyperlink r:id="rId13">
        <w:r>
          <w:rPr>
            <w:color w:val="0000EE"/>
            <w:u w:val="single"/>
          </w:rPr>
          <w:t>https://apps.apple.com/us/app/ai-keyboard-type-ai/id6449775090</w:t>
        </w:r>
      </w:hyperlink>
      <w:r>
        <w:t xml:space="preserve"> - This app, AI Keyboard : Type AI, offers AI-driven typing assistance, grammar checks, and other features similar to those described in Hello Keyboard AI, though it is a different application.</w:t>
      </w:r>
      <w:r/>
    </w:p>
    <w:p>
      <w:pPr>
        <w:pStyle w:val="ListNumber"/>
        <w:spacing w:line="240" w:lineRule="auto"/>
        <w:ind w:left="720"/>
      </w:pPr>
      <w:r/>
      <w:hyperlink r:id="rId14">
        <w:r>
          <w:rPr>
            <w:color w:val="0000EE"/>
            <w:u w:val="single"/>
          </w:rPr>
          <w:t>https://apps.apple.com/us/app/keyboard-ai/id6447576804</w:t>
        </w:r>
      </w:hyperlink>
      <w:r>
        <w:t xml:space="preserve"> - This app, Keyboard AI, provides AI writing assistance, including grammar checks and paraphrasing, which are similar to the features of Hello Keyboard AI but are part of a different app.</w:t>
      </w:r>
      <w:r/>
    </w:p>
    <w:p>
      <w:pPr>
        <w:pStyle w:val="ListNumber"/>
        <w:spacing w:line="240" w:lineRule="auto"/>
        <w:ind w:left="720"/>
      </w:pPr>
      <w:r/>
      <w:hyperlink r:id="rId9">
        <w:r>
          <w:rPr>
            <w:color w:val="0000EE"/>
            <w:u w:val="single"/>
          </w:rPr>
          <w:t>https://www.noahwire.com</w:t>
        </w:r>
      </w:hyperlink>
      <w:r>
        <w:t xml:space="preserve"> - Although the source article is not directly linked, this is the general website where such technological innovations might be discussed, but it does not provide specific details on Hello Keyboard AI.</w:t>
      </w:r>
      <w:r/>
    </w:p>
    <w:p>
      <w:pPr>
        <w:pStyle w:val="ListNumber"/>
        <w:spacing w:line="240" w:lineRule="auto"/>
        <w:ind w:left="720"/>
      </w:pPr>
      <w:r/>
      <w:hyperlink r:id="rId15">
        <w:r>
          <w:rPr>
            <w:color w:val="0000EE"/>
            <w:u w:val="single"/>
          </w:rPr>
          <w:t>https://apps.apple.com/us/app/advakey-ai-writing-keyboard/id1660400973</w:t>
        </w:r>
      </w:hyperlink>
      <w:r>
        <w:t xml:space="preserve"> - This app, Advakey AI Writing Keyboard, uses Whisper AI and ChatGPT for speech-to-text and other AI functions, similar to the AI integration in Hello Keyboard AI but as a different application.</w:t>
      </w:r>
      <w:r/>
    </w:p>
    <w:p>
      <w:pPr>
        <w:pStyle w:val="ListNumber"/>
        <w:spacing w:line="240" w:lineRule="auto"/>
        <w:ind w:left="720"/>
      </w:pPr>
      <w:r/>
      <w:hyperlink r:id="rId16">
        <w:r>
          <w:rPr>
            <w:color w:val="0000EE"/>
            <w:u w:val="single"/>
          </w:rPr>
          <w:t>https://apps.apple.com/us/app/ai-writing-keyboard-typegenius/id6469731855</w:t>
        </w:r>
      </w:hyperlink>
      <w:r>
        <w:t xml:space="preserve"> - TypeGenius AI Keyboard offers AI typing and prediction features, which are conceptually similar to Hello Keyboard AI but are part of a different app.</w:t>
      </w:r>
      <w:r/>
    </w:p>
    <w:p>
      <w:pPr>
        <w:pStyle w:val="ListNumber"/>
        <w:spacing w:line="240" w:lineRule="auto"/>
        <w:ind w:left="720"/>
      </w:pPr>
      <w:r/>
      <w:hyperlink r:id="rId17">
        <w:r>
          <w:rPr>
            <w:color w:val="0000EE"/>
            <w:u w:val="single"/>
          </w:rPr>
          <w:t>https://www.softonic.com/articles/best-ai-keyboards-for-ios/</w:t>
        </w:r>
      </w:hyperlink>
      <w:r>
        <w:t xml:space="preserve"> - This article would discuss various AI keyboards for iOS, although it is not provided, it would corroborate the existence and functionality of AI keyboards like Hello Keyboard AI.</w:t>
      </w:r>
      <w:r/>
    </w:p>
    <w:p>
      <w:pPr>
        <w:pStyle w:val="ListNumber"/>
        <w:spacing w:line="240" w:lineRule="auto"/>
        <w:ind w:left="720"/>
      </w:pPr>
      <w:r/>
      <w:hyperlink r:id="rId18">
        <w:r>
          <w:rPr>
            <w:color w:val="0000EE"/>
            <w:u w:val="single"/>
          </w:rPr>
          <w:t>https://www.macrumors.com/guide/jailbreak-iphone/</w:t>
        </w:r>
      </w:hyperlink>
      <w:r>
        <w:t xml:space="preserve"> - This guide on jailbreaking iPhones explains the process and tools involved, which is relevant to installing tweaks like Hello Keyboard AI on jailbroken devices.</w:t>
      </w:r>
      <w:r/>
    </w:p>
    <w:p>
      <w:pPr>
        <w:pStyle w:val="ListNumber"/>
        <w:spacing w:line="240" w:lineRule="auto"/>
        <w:ind w:left="720"/>
      </w:pPr>
      <w:r/>
      <w:hyperlink r:id="rId19">
        <w:r>
          <w:rPr>
            <w:color w:val="0000EE"/>
            <w:u w:val="single"/>
          </w:rPr>
          <w:t>https://havoc.app/</w:t>
        </w:r>
      </w:hyperlink>
      <w:r>
        <w:t xml:space="preserve"> - The Havoc repository is where users can find and purchase jailbreak tweaks, including potentially Hello Keyboard AI, although the specific link to the tweak is not provided.</w:t>
      </w:r>
      <w:r/>
    </w:p>
    <w:p>
      <w:pPr>
        <w:pStyle w:val="ListNumber"/>
        <w:spacing w:line="240" w:lineRule="auto"/>
        <w:ind w:left="720"/>
      </w:pPr>
      <w:r/>
      <w:hyperlink r:id="rId20">
        <w:r>
          <w:rPr>
            <w:color w:val="0000EE"/>
            <w:u w:val="single"/>
          </w:rPr>
          <w:t>https://www.idownloadblog.com/2024/10/16/hello-keyboard-ai/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MI4NaX_ed1k" TargetMode="External"/><Relationship Id="rId11" Type="http://schemas.openxmlformats.org/officeDocument/2006/relationships/hyperlink" Target="https://spellwise-ai-keyboard-writer.en.softonic.com/iphone" TargetMode="External"/><Relationship Id="rId12" Type="http://schemas.openxmlformats.org/officeDocument/2006/relationships/hyperlink" Target="https://www.reddit.com/r/Keyboard/comments/11mgwvm/ios_keyboard_app_with_ai_technology/" TargetMode="External"/><Relationship Id="rId13" Type="http://schemas.openxmlformats.org/officeDocument/2006/relationships/hyperlink" Target="https://apps.apple.com/us/app/ai-keyboard-type-ai/id6449775090" TargetMode="External"/><Relationship Id="rId14" Type="http://schemas.openxmlformats.org/officeDocument/2006/relationships/hyperlink" Target="https://apps.apple.com/us/app/keyboard-ai/id6447576804" TargetMode="External"/><Relationship Id="rId15" Type="http://schemas.openxmlformats.org/officeDocument/2006/relationships/hyperlink" Target="https://apps.apple.com/us/app/advakey-ai-writing-keyboard/id1660400973" TargetMode="External"/><Relationship Id="rId16" Type="http://schemas.openxmlformats.org/officeDocument/2006/relationships/hyperlink" Target="https://apps.apple.com/us/app/ai-writing-keyboard-typegenius/id6469731855" TargetMode="External"/><Relationship Id="rId17" Type="http://schemas.openxmlformats.org/officeDocument/2006/relationships/hyperlink" Target="https://www.softonic.com/articles/best-ai-keyboards-for-ios/" TargetMode="External"/><Relationship Id="rId18" Type="http://schemas.openxmlformats.org/officeDocument/2006/relationships/hyperlink" Target="https://www.macrumors.com/guide/jailbreak-iphone/" TargetMode="External"/><Relationship Id="rId19" Type="http://schemas.openxmlformats.org/officeDocument/2006/relationships/hyperlink" Target="https://havoc.app/" TargetMode="External"/><Relationship Id="rId20" Type="http://schemas.openxmlformats.org/officeDocument/2006/relationships/hyperlink" Target="https://www.idownloadblog.com/2024/10/16/hello-keyboar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