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explores advanced AI capabilities for Galaxy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Explores Advanced AI Capabilities for Galaxy Devices</w:t>
      </w:r>
      <w:r/>
    </w:p>
    <w:p>
      <w:r/>
      <w:r>
        <w:t>In a bid to revolutionise the user experience with its Galaxy line of devices, Samsung is reportedly developing cutting-edge artificial intelligence (AI) technologies designed to predict and respond to users' needs autonomously. This ambitious endeavour aims to minimise or entirely eliminate the need for users to manually adjust settings on their devices.</w:t>
      </w:r>
      <w:r/>
    </w:p>
    <w:p>
      <w:r/>
      <w:r>
        <w:t>According to a report from ETNews, a Korean technology publication, Samsung is focusing on enhancing the "touch points" of Galaxy devices by integrating sophisticated AI capabilities. This development primarily targets key functionalities such as the device's keyboard and camera. The proposed AI upgrade might enable these features to anticipate user requirements and execute commands with minimal direct input, representing a significant leap from the current capabilities of the devices.</w:t>
      </w:r>
      <w:r/>
    </w:p>
    <w:p>
      <w:r/>
      <w:r>
        <w:t>This strategic move aligns with Samsung's broader AI aspirations, as articulated by the company's Head of Mobile, TM Roh. Following the recent summer Unpacked event, Roh highlighted the considerable emphasis that Samsung's Research and Development (R&amp;D) departments are placing on AI technologies. He underscored the "AI phone" as the corporation's new main business focus, reflecting a strategic shift towards integrating AI deeper into consumer technology.</w:t>
      </w:r>
      <w:r/>
    </w:p>
    <w:p>
      <w:r/>
      <w:r>
        <w:t>The concept of making Samsung's AI "multi-modal" is a term Roh has utilised to convey the multi-faceted nature of these advancements. These upgrades may necessitate significant modifications in both software and hardware components, suggesting potential enhancements to on-device sensors and expanded screen displays to support the more sophisticated AI functions.</w:t>
      </w:r>
      <w:r/>
    </w:p>
    <w:p>
      <w:r/>
      <w:r>
        <w:t>In addition to these developments, Samsung is concentrating on advancing its virtual assistant, Bixby, by incorporating generative AI technology. While specifics about this upgrade remain undisclosed, TM Roh has indicated that these enhancements are geared towards boosting user convenience and function as a substantial incentive for consumers to invest in Samsung's Galaxy range. These improvements are intended to make Bixby more intuitive and versatile, further enhancing its utility in everyday tasks.</w:t>
      </w:r>
      <w:r/>
    </w:p>
    <w:p>
      <w:r/>
      <w:r>
        <w:t>Samsung's focus on advancing AI technology positions it amidst the growing trend among tech giants to tailor personal and intelligent user experiences through AI. These enhancements could potentially streamline user interactions with mobile devices, marking a significant milestone in the evolution of smartphone technology. However, as the company continues to delve into this domain, industry watchers await further details to understand the full extent of Samsung's AI capabilities and how they will transform user engagement with their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https://www.techradar.com/phones/samsung-galaxy-phones/samsung-galaxy-ai-compatibility-explained</w:t>
        </w:r>
      </w:hyperlink>
      <w:r>
        <w:t xml:space="preserve"> - Corroborates the compatibility of Galaxy AI features across various Samsung devices, including the Galaxy S24, S23, S22, and S21 series.</w:t>
      </w:r>
      <w:r/>
    </w:p>
    <w:p>
      <w:pPr>
        <w:pStyle w:val="ListNumber"/>
        <w:spacing w:line="240" w:lineRule="auto"/>
        <w:ind w:left="720"/>
      </w:pPr>
      <w:r/>
      <w:hyperlink r:id="rId11">
        <w:r>
          <w:rPr>
            <w:color w:val="0000EE"/>
            <w:u w:val="single"/>
          </w:rPr>
          <w:t>https://indianexpress.com/article/technology/artificial-intelligence/what-is-galaxy-ai-supported-devices-9119235/</w:t>
        </w:r>
      </w:hyperlink>
      <w:r>
        <w:t xml:space="preserve"> - Provides details on what Galaxy AI is, its features, and how it differs from Bixby, aligning with Samsung's focus on AI advancements.</w:t>
      </w:r>
      <w:r/>
    </w:p>
    <w:p>
      <w:pPr>
        <w:pStyle w:val="ListNumber"/>
        <w:spacing w:line="240" w:lineRule="auto"/>
        <w:ind w:left="720"/>
      </w:pPr>
      <w:r/>
      <w:hyperlink r:id="rId12">
        <w:r>
          <w:rPr>
            <w:color w:val="0000EE"/>
            <w:u w:val="single"/>
          </w:rPr>
          <w:t>https://tech.co/news/what-is-galaxy-ai</w:t>
        </w:r>
      </w:hyperlink>
      <w:r>
        <w:t xml:space="preserve"> - Explains the launch of Galaxy AI, its integration into Samsung devices, and its impact on everyday functionality, security, and creativity.</w:t>
      </w:r>
      <w:r/>
    </w:p>
    <w:p>
      <w:pPr>
        <w:pStyle w:val="ListNumber"/>
        <w:spacing w:line="240" w:lineRule="auto"/>
        <w:ind w:left="720"/>
      </w:pPr>
      <w:r/>
      <w:hyperlink r:id="rId13">
        <w:r>
          <w:rPr>
            <w:color w:val="0000EE"/>
            <w:u w:val="single"/>
          </w:rPr>
          <w:t>https://www.cnet.com/tech/mobile/my-favorite-samsung-galaxy-ai-features/</w:t>
        </w:r>
      </w:hyperlink>
      <w:r>
        <w:t xml:space="preserve"> - Highlights specific features of Galaxy AI, such as photo-editing, language translation, and chat assistance, demonstrating its practical applications.</w:t>
      </w:r>
      <w:r/>
    </w:p>
    <w:p>
      <w:pPr>
        <w:pStyle w:val="ListNumber"/>
        <w:spacing w:line="240" w:lineRule="auto"/>
        <w:ind w:left="720"/>
      </w:pPr>
      <w:r/>
      <w:hyperlink r:id="rId14">
        <w:r>
          <w:rPr>
            <w:color w:val="0000EE"/>
            <w:u w:val="single"/>
          </w:rPr>
          <w:t>https://www.androidpolice.com/galaxy-ai-guide/</w:t>
        </w:r>
      </w:hyperlink>
      <w:r>
        <w:t xml:space="preserve"> - Details the capabilities of Galaxy AI, including its ability to respond to text prompts, translate languages, and use multimodal input, aligning with Samsung's AI aspirations.</w:t>
      </w:r>
      <w:r/>
    </w:p>
    <w:p>
      <w:pPr>
        <w:pStyle w:val="ListNumber"/>
        <w:spacing w:line="240" w:lineRule="auto"/>
        <w:ind w:left="720"/>
      </w:pPr>
      <w:r/>
      <w:hyperlink r:id="rId10">
        <w:r>
          <w:rPr>
            <w:color w:val="0000EE"/>
            <w:u w:val="single"/>
          </w:rPr>
          <w:t>https://www.techradar.com/phones/samsung-galaxy-phones/samsung-galaxy-ai-compatibility-explained</w:t>
        </w:r>
      </w:hyperlink>
      <w:r>
        <w:t xml:space="preserve"> - Mentions the potential expansion of Galaxy AI to older devices like the Galaxy S22 and S21 series, reflecting Samsung's broader AI strategy.</w:t>
      </w:r>
      <w:r/>
    </w:p>
    <w:p>
      <w:pPr>
        <w:pStyle w:val="ListNumber"/>
        <w:spacing w:line="240" w:lineRule="auto"/>
        <w:ind w:left="720"/>
      </w:pPr>
      <w:r/>
      <w:hyperlink r:id="rId11">
        <w:r>
          <w:rPr>
            <w:color w:val="0000EE"/>
            <w:u w:val="single"/>
          </w:rPr>
          <w:t>https://indianexpress.com/article/technology/artificial-intelligence/what-is-galaxy-ai-supported-devices-9119235/</w:t>
        </w:r>
      </w:hyperlink>
      <w:r>
        <w:t xml:space="preserve"> - Discusses the security aspects of Galaxy AI, including its on-device processing and end-to-end secure hardware, addressing user data privacy concerns.</w:t>
      </w:r>
      <w:r/>
    </w:p>
    <w:p>
      <w:pPr>
        <w:pStyle w:val="ListNumber"/>
        <w:spacing w:line="240" w:lineRule="auto"/>
        <w:ind w:left="720"/>
      </w:pPr>
      <w:r/>
      <w:hyperlink r:id="rId12">
        <w:r>
          <w:rPr>
            <w:color w:val="0000EE"/>
            <w:u w:val="single"/>
          </w:rPr>
          <w:t>https://tech.co/news/what-is-galaxy-ai</w:t>
        </w:r>
      </w:hyperlink>
      <w:r>
        <w:t xml:space="preserve"> - Explains how Galaxy AI is positioned to replace Bixby over time, enhancing user convenience and functionality in everyday tasks.</w:t>
      </w:r>
      <w:r/>
    </w:p>
    <w:p>
      <w:pPr>
        <w:pStyle w:val="ListNumber"/>
        <w:spacing w:line="240" w:lineRule="auto"/>
        <w:ind w:left="720"/>
      </w:pPr>
      <w:r/>
      <w:hyperlink r:id="rId13">
        <w:r>
          <w:rPr>
            <w:color w:val="0000EE"/>
            <w:u w:val="single"/>
          </w:rPr>
          <w:t>https://www.cnet.com/tech/mobile/my-favorite-samsung-galaxy-ai-features/</w:t>
        </w:r>
      </w:hyperlink>
      <w:r>
        <w:t xml:space="preserve"> - Describes the integration of Galaxy AI into various Samsung devices, including the Galaxy Z Fold and Flip series, highlighting its expanding availability.</w:t>
      </w:r>
      <w:r/>
    </w:p>
    <w:p>
      <w:pPr>
        <w:pStyle w:val="ListNumber"/>
        <w:spacing w:line="240" w:lineRule="auto"/>
        <w:ind w:left="720"/>
      </w:pPr>
      <w:r/>
      <w:hyperlink r:id="rId14">
        <w:r>
          <w:rPr>
            <w:color w:val="0000EE"/>
            <w:u w:val="single"/>
          </w:rPr>
          <w:t>https://www.androidpolice.com/galaxy-ai-guide/</w:t>
        </w:r>
      </w:hyperlink>
      <w:r>
        <w:t xml:space="preserve"> - Details the partnership between Samsung and Google to enhance Galaxy AI using advanced AI models like Google's Gemini Pro and Imagen 2.</w:t>
      </w:r>
      <w:r/>
    </w:p>
    <w:p>
      <w:pPr>
        <w:pStyle w:val="ListNumber"/>
        <w:spacing w:line="240" w:lineRule="auto"/>
        <w:ind w:left="720"/>
      </w:pPr>
      <w:r/>
      <w:hyperlink r:id="rId11">
        <w:r>
          <w:rPr>
            <w:color w:val="0000EE"/>
            <w:u w:val="single"/>
          </w:rPr>
          <w:t>https://indianexpress.com/article/technology/artificial-intelligence/what-is-galaxy-ai-supported-devices-9119235/</w:t>
        </w:r>
      </w:hyperlink>
      <w:r>
        <w:t xml:space="preserve"> - Mentions the role of TM Roh in emphasizing Samsung's focus on AI technology and the concept of 'AI phones' as a new business focus.</w:t>
      </w:r>
      <w:r/>
    </w:p>
    <w:p>
      <w:pPr>
        <w:pStyle w:val="ListNumber"/>
        <w:spacing w:line="240" w:lineRule="auto"/>
        <w:ind w:left="720"/>
      </w:pPr>
      <w:r/>
      <w:hyperlink r:id="rId15">
        <w:r>
          <w:rPr>
            <w:color w:val="0000EE"/>
            <w:u w:val="single"/>
          </w:rPr>
          <w:t>https://www.androidcentral.com/apps-software/samsung-advanced-galaxy-ai-prediction-report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hones/samsung-galaxy-phones/samsung-galaxy-ai-compatibility-explained" TargetMode="External"/><Relationship Id="rId11" Type="http://schemas.openxmlformats.org/officeDocument/2006/relationships/hyperlink" Target="https://indianexpress.com/article/technology/artificial-intelligence/what-is-galaxy-ai-supported-devices-9119235/" TargetMode="External"/><Relationship Id="rId12" Type="http://schemas.openxmlformats.org/officeDocument/2006/relationships/hyperlink" Target="https://tech.co/news/what-is-galaxy-ai" TargetMode="External"/><Relationship Id="rId13" Type="http://schemas.openxmlformats.org/officeDocument/2006/relationships/hyperlink" Target="https://www.cnet.com/tech/mobile/my-favorite-samsung-galaxy-ai-features/" TargetMode="External"/><Relationship Id="rId14" Type="http://schemas.openxmlformats.org/officeDocument/2006/relationships/hyperlink" Target="https://www.androidpolice.com/galaxy-ai-guide/" TargetMode="External"/><Relationship Id="rId15" Type="http://schemas.openxmlformats.org/officeDocument/2006/relationships/hyperlink" Target="https://www.androidcentral.com/apps-software/samsung-advanced-galaxy-ai-prediction-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