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Galaxy S25: Anticipations and expectations for the 2025 flagship series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Galaxy S25: Anticipations and Expectations for the 2025 Flagship Series</w:t>
      </w:r>
      <w:r/>
    </w:p>
    <w:p>
      <w:r/>
      <w:r>
        <w:t>Tech enthusiasts around the globe are eagerly anticipating the release of Samsung's Galaxy S25 lineup, expected to debut in January 2025. With the buzz already building, key focus areas for the upcoming smartphones include improvements in battery life and charging capabilities—a constant source of interest for consumers.</w:t>
      </w:r>
      <w:r/>
    </w:p>
    <w:p>
      <w:r/>
      <w:r>
        <w:rPr>
          <w:b/>
        </w:rPr>
        <w:t>Hardware and Battery Life Developments</w:t>
      </w:r>
      <w:r/>
    </w:p>
    <w:p>
      <w:r/>
      <w:r>
        <w:t>While the exact battery capacities of the Galaxy S25 models are speculated to remain unchanged from their predecessors, enhancements are anticipated through advancements in hardware and artificial intelligence (AI). Central to these improvements is the forthcoming Snapdragon 8 Gen 4 chipset. Rumoured to power the Galaxy S25 and the Galaxy S25 Ultra, this chipset is expected to offer superior power efficiency compared to the Snapdragon 8 Gen 3, which currently fuels the Galaxy S24 series.</w:t>
      </w:r>
      <w:r/>
    </w:p>
    <w:p>
      <w:r/>
      <w:r>
        <w:t>In addition to hardware advancements, reports suggest Samsung is developing a new "Battery AI" feature. This innovative functionality aims to optimise power consumption by managing the processor and 5G modem operations without compromising user experience. These developments could potentially enhance battery life despite no increase in actual battery size.</w:t>
      </w:r>
      <w:r/>
    </w:p>
    <w:p>
      <w:r/>
      <w:r>
        <w:rPr>
          <w:b/>
        </w:rPr>
        <w:t>Charging Capabilities: Wired and Wireless</w:t>
      </w:r>
      <w:r/>
    </w:p>
    <w:p>
      <w:r/>
      <w:r>
        <w:t>On the charging front, no significant enhancements in speed are anticipated for the Galaxy S25 series. The Galaxy S24 Plus and Ultra's wired charging speeds—up to 45W—are likely to be mirrored in their successors. Similarly, the standard Galaxy S25 is expected to continue with a 25W charging speed. Consumers seeking rapid charge times will require a compatible 45W charging cable, specifically one that supports adaptive fast charging.</w:t>
      </w:r>
      <w:r/>
    </w:p>
    <w:p>
      <w:r/>
      <w:r>
        <w:t>Wireless charging will feature across the Galaxy S25 range, akin to recent models. However, the specifics of whether the current 15W wireless charging capacity will increase remain undisclosed. Industry whispers suggest the potential introduction of Qi2 magnetic wireless charging, a feature that could lead to more efficient energy use by ensuring a precise alignment between the devices and chargers. Moreover, this technology may pave the way for a broader accessory ecosystem, enhancing the utility of the devices.</w:t>
      </w:r>
      <w:r/>
    </w:p>
    <w:p>
      <w:r/>
      <w:r>
        <w:rPr>
          <w:b/>
        </w:rPr>
        <w:t>Reverse-Wireless Charging and Accessories</w:t>
      </w:r>
      <w:r/>
    </w:p>
    <w:p>
      <w:r/>
      <w:r>
        <w:t xml:space="preserve">Retaining functionality from previous Samsung flagships, the Galaxy S25 is expected to support 4.5W reverse-wireless charging. While other competitors have released devices with faster reverse charging, Samsung may still explore opportunities to enhance this feature further. </w:t>
      </w:r>
      <w:r/>
    </w:p>
    <w:p>
      <w:r/>
      <w:r>
        <w:t>For potential buyers, it is important to note that Samsung, in line with recent trends, is unlikely to include chargers in the box for the Galaxy S25 lineup. Users will need to purchase their charging equipment. The official Samsung 45W PD Power Adapter with a 5A USB C Cable is recommended for the Plus and Ultra variants, while the 25W PD Power Adapter is suggested for the standard model.</w:t>
      </w:r>
      <w:r/>
    </w:p>
    <w:p>
      <w:r/>
      <w:r>
        <w:t>As consumers await the launch of the Galaxy S25, the anticipation is electrified by the prospect of advanced battery management and efficient charging solutions, promising an enhanced user experience in Samsung's latest flagship series.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https://www.digitaltrends.com/mobile/here-is-what-all-samsung-galaxy-s25-phones-could-look-like/</w:t>
        </w:r>
      </w:hyperlink>
      <w:r>
        <w:t xml:space="preserve"> - Corroborates the expected launch date of the Galaxy S25 series in January 2025 and discusses design and hardware expectations.</w:t>
      </w:r>
      <w:r/>
    </w:p>
    <w:p>
      <w:pPr>
        <w:pStyle w:val="ListNumber"/>
        <w:spacing w:line="240" w:lineRule="auto"/>
        <w:ind w:left="720"/>
      </w:pPr>
      <w:r/>
      <w:hyperlink r:id="rId11">
        <w:r>
          <w:rPr>
            <w:color w:val="0000EE"/>
            <w:u w:val="single"/>
          </w:rPr>
          <w:t>https://www.phonearena.com/galaxy-s25-release-date-price-features-news</w:t>
        </w:r>
      </w:hyperlink>
      <w:r>
        <w:t xml:space="preserve"> - Provides details on the anticipated hardware improvements, including the use of the Snapdragon 8 Gen 4 chipset and potential battery life enhancements.</w:t>
      </w:r>
      <w:r/>
    </w:p>
    <w:p>
      <w:pPr>
        <w:pStyle w:val="ListNumber"/>
        <w:spacing w:line="240" w:lineRule="auto"/>
        <w:ind w:left="720"/>
      </w:pPr>
      <w:r/>
      <w:hyperlink r:id="rId11">
        <w:r>
          <w:rPr>
            <w:color w:val="0000EE"/>
            <w:u w:val="single"/>
          </w:rPr>
          <w:t>https://www.phonearena.com/galaxy-s25-release-date-price-features-news</w:t>
        </w:r>
      </w:hyperlink>
      <w:r>
        <w:t xml:space="preserve"> - Discusses the lack of significant changes in battery capacity but highlights advancements in AI and hardware to improve battery life.</w:t>
      </w:r>
      <w:r/>
    </w:p>
    <w:p>
      <w:pPr>
        <w:pStyle w:val="ListNumber"/>
        <w:spacing w:line="240" w:lineRule="auto"/>
        <w:ind w:left="720"/>
      </w:pPr>
      <w:r/>
      <w:hyperlink r:id="rId12">
        <w:r>
          <w:rPr>
            <w:color w:val="0000EE"/>
            <w:u w:val="single"/>
          </w:rPr>
          <w:t>https://www.phonearena.com/galaxy-s25-ultra-release-date-price-features-news</w:t>
        </w:r>
      </w:hyperlink>
      <w:r>
        <w:t xml:space="preserve"> - Confirms the use of the Snapdragon 8 Gen 4 chipset for the Galaxy S25 Ultra and other models, emphasizing its power efficiency.</w:t>
      </w:r>
      <w:r/>
    </w:p>
    <w:p>
      <w:pPr>
        <w:pStyle w:val="ListNumber"/>
        <w:spacing w:line="240" w:lineRule="auto"/>
        <w:ind w:left="720"/>
      </w:pPr>
      <w:r/>
      <w:hyperlink r:id="rId11">
        <w:r>
          <w:rPr>
            <w:color w:val="0000EE"/>
            <w:u w:val="single"/>
          </w:rPr>
          <w:t>https://www.phonearena.com/galaxy-s25-release-date-price-features-news</w:t>
        </w:r>
      </w:hyperlink>
      <w:r>
        <w:t xml:space="preserve"> - Details the expected charging speeds for the Galaxy S25 series, including the continuation of 25W and 45W wired charging speeds.</w:t>
      </w:r>
      <w:r/>
    </w:p>
    <w:p>
      <w:pPr>
        <w:pStyle w:val="ListNumber"/>
        <w:spacing w:line="240" w:lineRule="auto"/>
        <w:ind w:left="720"/>
      </w:pPr>
      <w:r/>
      <w:hyperlink r:id="rId12">
        <w:r>
          <w:rPr>
            <w:color w:val="0000EE"/>
            <w:u w:val="single"/>
          </w:rPr>
          <w:t>https://www.phonearena.com/galaxy-s25-ultra-release-date-price-features-news</w:t>
        </w:r>
      </w:hyperlink>
      <w:r>
        <w:t xml:space="preserve"> - Mentions the retention of wireless charging capabilities across the Galaxy S25 range, similar to recent models.</w:t>
      </w:r>
      <w:r/>
    </w:p>
    <w:p>
      <w:pPr>
        <w:pStyle w:val="ListNumber"/>
        <w:spacing w:line="240" w:lineRule="auto"/>
        <w:ind w:left="720"/>
      </w:pPr>
      <w:r/>
      <w:hyperlink r:id="rId10">
        <w:r>
          <w:rPr>
            <w:color w:val="0000EE"/>
            <w:u w:val="single"/>
          </w:rPr>
          <w:t>https://www.digitaltrends.com/mobile/here-is-what-all-samsung-galaxy-s25-phones-could-look-like/</w:t>
        </w:r>
      </w:hyperlink>
      <w:r>
        <w:t xml:space="preserve"> - Hints at potential design changes and the inclusion of advanced features, which could include more efficient wireless charging technologies like Qi2 magnetic wireless charging.</w:t>
      </w:r>
      <w:r/>
    </w:p>
    <w:p>
      <w:pPr>
        <w:pStyle w:val="ListNumber"/>
        <w:spacing w:line="240" w:lineRule="auto"/>
        <w:ind w:left="720"/>
      </w:pPr>
      <w:r/>
      <w:hyperlink r:id="rId11">
        <w:r>
          <w:rPr>
            <w:color w:val="0000EE"/>
            <w:u w:val="single"/>
          </w:rPr>
          <w:t>https://www.phonearena.com/galaxy-s25-release-date-price-features-news</w:t>
        </w:r>
      </w:hyperlink>
      <w:r>
        <w:t xml:space="preserve"> - Confirms the support for 4.5W reverse-wireless charging, a feature retained from previous Samsung flagships.</w:t>
      </w:r>
      <w:r/>
    </w:p>
    <w:p>
      <w:pPr>
        <w:pStyle w:val="ListNumber"/>
        <w:spacing w:line="240" w:lineRule="auto"/>
        <w:ind w:left="720"/>
      </w:pPr>
      <w:r/>
      <w:hyperlink r:id="rId12">
        <w:r>
          <w:rPr>
            <w:color w:val="0000EE"/>
            <w:u w:val="single"/>
          </w:rPr>
          <w:t>https://www.phonearena.com/galaxy-s25-ultra-release-date-price-features-news</w:t>
        </w:r>
      </w:hyperlink>
      <w:r>
        <w:t xml:space="preserve"> - Notes that Samsung is unlikely to include chargers in the box for the Galaxy S25 lineup, aligning with recent trends.</w:t>
      </w:r>
      <w:r/>
    </w:p>
    <w:p>
      <w:pPr>
        <w:pStyle w:val="ListNumber"/>
        <w:spacing w:line="240" w:lineRule="auto"/>
        <w:ind w:left="720"/>
      </w:pPr>
      <w:r/>
      <w:hyperlink r:id="rId13">
        <w:r>
          <w:rPr>
            <w:color w:val="0000EE"/>
            <w:u w:val="single"/>
          </w:rPr>
          <w:t>https://www.tomsguide.com/phones/samsung-phones/samsung-galaxy-s25-s25-plus-and-s25-ultra-revealed-in-new-leak-heres-your-first-look</w:t>
        </w:r>
      </w:hyperlink>
      <w:r>
        <w:t xml:space="preserve"> - Provides an overview of the anticipated launch and features of the Galaxy S25 series, including the potential for advanced battery management and efficient charging solutions.</w:t>
      </w:r>
      <w:r/>
    </w:p>
    <w:p>
      <w:pPr>
        <w:pStyle w:val="ListNumber"/>
        <w:spacing w:line="240" w:lineRule="auto"/>
        <w:ind w:left="720"/>
      </w:pPr>
      <w:r/>
      <w:hyperlink r:id="rId14">
        <w:r>
          <w:rPr>
            <w:color w:val="0000EE"/>
            <w:u w:val="single"/>
          </w:rPr>
          <w:t>https://www.digitimes.com/news/a20241016PD220/samsung-galaxy-2025-launch-production.html</w:t>
        </w:r>
      </w:hyperlink>
      <w:r>
        <w:t xml:space="preserve"> - Mentions Samsung's production plans for the Galaxy S25 series, indicating a significant production volume and early 2025 launch.</w:t>
      </w:r>
      <w:r/>
    </w:p>
    <w:p>
      <w:pPr>
        <w:pStyle w:val="ListNumber"/>
        <w:spacing w:line="240" w:lineRule="auto"/>
        <w:ind w:left="720"/>
      </w:pPr>
      <w:r/>
      <w:hyperlink r:id="rId15">
        <w:r>
          <w:rPr>
            <w:color w:val="0000EE"/>
            <w:u w:val="single"/>
          </w:rPr>
          <w:t>https://www.phonearena.com/news/galaxy-s25-battery-and-charging_id163798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trends.com/mobile/here-is-what-all-samsung-galaxy-s25-phones-could-look-like/" TargetMode="External"/><Relationship Id="rId11" Type="http://schemas.openxmlformats.org/officeDocument/2006/relationships/hyperlink" Target="https://www.phonearena.com/galaxy-s25-release-date-price-features-news" TargetMode="External"/><Relationship Id="rId12" Type="http://schemas.openxmlformats.org/officeDocument/2006/relationships/hyperlink" Target="https://www.phonearena.com/galaxy-s25-ultra-release-date-price-features-news" TargetMode="External"/><Relationship Id="rId13" Type="http://schemas.openxmlformats.org/officeDocument/2006/relationships/hyperlink" Target="https://www.tomsguide.com/phones/samsung-phones/samsung-galaxy-s25-s25-plus-and-s25-ultra-revealed-in-new-leak-heres-your-first-look" TargetMode="External"/><Relationship Id="rId14" Type="http://schemas.openxmlformats.org/officeDocument/2006/relationships/hyperlink" Target="https://www.digitimes.com/news/a20241016PD220/samsung-galaxy-2025-launch-production.html" TargetMode="External"/><Relationship Id="rId15" Type="http://schemas.openxmlformats.org/officeDocument/2006/relationships/hyperlink" Target="https://www.phonearena.com/news/galaxy-s25-battery-and-charging_id1637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