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launches galaxy Chromebook Plus with a focus on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once again entered the Chromebook arena with the launch of the Samsung Galaxy Chromebook Plus, a device that promises a premium experience encapsulated within an exceptionally thin and light design. This eagerly anticipated release hit the market on 4th October 2024 and is Samsung's first Chromebook Plus, a segment known for its adherence to specific high-specification standards set by Google to provide a top-tier user experience.</w:t>
      </w:r>
      <w:r/>
    </w:p>
    <w:p>
      <w:r/>
      <w:r>
        <w:t>The Samsung Galaxy Chromebook Plus is ambitiously priced at $699 and currently stands out in the Chromebook market owing to its aesthetic allure and construction — it weighs only 2.58 pounds and is a mere 0.46 inches at its thickest point. Crafted in a striking Neptune Blue, this machine offers a svelte and sophisticated visual appeal. The design is not only stunning but also highly functional, incorporating a wide range of ports, such as a full-sized HDMI, two USB-C ports, a USB-A 3.2 port, a microSD card slot, and an audio combo jack, thus eliminating the usual sacrifices associated with ultra-thin laptops.</w:t>
      </w:r>
      <w:r/>
    </w:p>
    <w:p>
      <w:r/>
      <w:r>
        <w:t>The star attraction of this model is its 15.6-inch display equipped with Samsung's renowned OLED technology. This is the first OLED panel to be employed in a Chromebook Plus, offering superior image quality with rich blacks and vibrant colours, though it maxes out at a resolution of 1080p and a refresh rate of 60Hz. Despite the admirable display, the absence of a touchscreen, which was a feature in previous Galaxy Chromebook models, might disconcert users who favour touch inputs.</w:t>
      </w:r>
      <w:r/>
    </w:p>
    <w:p>
      <w:r/>
      <w:r>
        <w:t>Under the hood, the Galaxy Chromebook Plus is powered by an Intel Core 3 100U processor, complemented by 8GB of RAM and a 256GB SSD — double the minimum storage requirement for the Chromebook Plus label. This configuration ensures smooth performance across various tasks, making it suitable for work and casual use, including light gaming and cloud-based activities. Additionally, the device boasts a 1080p webcam, aligning with current video conferencing needs albeit not setting new benchmarks.</w:t>
      </w:r>
      <w:r/>
    </w:p>
    <w:p>
      <w:r/>
      <w:r>
        <w:t>Samsung has integrated several AI-enhanced features into this Chromebook, including the new Quick Insert key, which provides shortcuts to tools and acts as a practical utility for tasks such as attaching files and performing quick calculations without switching programs. Furthermore, AI features like Help Me Read offer summaries of text content, positioning this Chromebook as a versatile work companion.</w:t>
      </w:r>
      <w:r/>
    </w:p>
    <w:p>
      <w:r/>
      <w:r>
        <w:t>Though packed with these modern features, the device has omitted functionalities like a fingerprint scanner and lacks a privacy shutter for the webcam, which could be perceived as setbacks in terms of security and privacy.</w:t>
      </w:r>
      <w:r/>
    </w:p>
    <w:p>
      <w:r/>
      <w:r>
        <w:t>The Galaxy Chromebook Plus faces competition, particularly from the Acer Chromebook Plus Spin 714, which, while priced similarly, offers a more powerful processor, a 360-degree hinge, and touchscreen capabilities. This comparison underscores the Galaxy Chromebook Plus's ambition to captivate with design rather than raw power.</w:t>
      </w:r>
      <w:r/>
    </w:p>
    <w:p>
      <w:r/>
      <w:r>
        <w:t>In essence, the Samsung Galaxy Chromebook Plus positions itself as an ultra-portable, aesthetically pleasing Chromebook that prioritises visual and physical design attributes. It is targeted at users who value style and portability in their laptops, even if it means compromising slightly on features like a touchscreen or top-tier internal specs. For those who regard specifications as secondary to design, the Galaxy Chromebook Plus emerges as an appealing choice in the Chromebook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https://chromeunboxed.com/the-samsung-galaxy-chromebook-plus-will-officially-be-available-on-october-4th/</w:t>
        </w:r>
      </w:hyperlink>
      <w:r>
        <w:t xml:space="preserve"> - Corroborates the release date of the Samsung Galaxy Chromebook Plus as October 4th, 2024, and highlights its design and specifications.</w:t>
      </w:r>
      <w:r/>
    </w:p>
    <w:p>
      <w:pPr>
        <w:pStyle w:val="ListNumber"/>
        <w:spacing w:line="240" w:lineRule="auto"/>
        <w:ind w:left="720"/>
      </w:pPr>
      <w:r/>
      <w:hyperlink r:id="rId11">
        <w:r>
          <w:rPr>
            <w:color w:val="0000EE"/>
            <w:u w:val="single"/>
          </w:rPr>
          <w:t>https://www.howtogeek.com/samsung-galaxy-chromebook-plus-2024/</w:t>
        </w:r>
      </w:hyperlink>
      <w:r>
        <w:t xml:space="preserve"> - Provides details on the specifications, including the Intel Core 3 Raptor Lake-R series processor, 8GB of RAM, 256GB of storage, and the 15.6-inch OLED screen.</w:t>
      </w:r>
      <w:r/>
    </w:p>
    <w:p>
      <w:pPr>
        <w:pStyle w:val="ListNumber"/>
        <w:spacing w:line="240" w:lineRule="auto"/>
        <w:ind w:left="720"/>
      </w:pPr>
      <w:r/>
      <w:hyperlink r:id="rId12">
        <w:r>
          <w:rPr>
            <w:color w:val="0000EE"/>
            <w:u w:val="single"/>
          </w:rPr>
          <w:t>https://blog.google/products/chromebooks/google-chromebook-update-october-2024/</w:t>
        </w:r>
      </w:hyperlink>
      <w:r>
        <w:t xml:space="preserve"> - Confirms the availability of the Samsung Galaxy Chromebook Plus starting in October, its thin and light design, and the inclusion of AI features like the Quick Insert key.</w:t>
      </w:r>
      <w:r/>
    </w:p>
    <w:p>
      <w:pPr>
        <w:pStyle w:val="ListNumber"/>
        <w:spacing w:line="240" w:lineRule="auto"/>
        <w:ind w:left="720"/>
      </w:pPr>
      <w:r/>
      <w:hyperlink r:id="rId13">
        <w:r>
          <w:rPr>
            <w:color w:val="0000EE"/>
            <w:u w:val="single"/>
          </w:rPr>
          <w:t>https://chromeunboxed.com/you-can-now-buy-the-samsung-galaxy-chromebook-plus-and-get-it-in-just-a-few-days/</w:t>
        </w:r>
      </w:hyperlink>
      <w:r>
        <w:t xml:space="preserve"> - Details the availability and ordering process of the Samsung Galaxy Chromebook Plus, including shipping windows and the device's build quality.</w:t>
      </w:r>
      <w:r/>
    </w:p>
    <w:p>
      <w:pPr>
        <w:pStyle w:val="ListNumber"/>
        <w:spacing w:line="240" w:lineRule="auto"/>
        <w:ind w:left="720"/>
      </w:pPr>
      <w:r/>
      <w:hyperlink r:id="rId14">
        <w:r>
          <w:rPr>
            <w:color w:val="0000EE"/>
            <w:u w:val="single"/>
          </w:rPr>
          <w:t>https://www.yahoo.com/tech/google-doubles-down-ai-two-130000376.html</w:t>
        </w:r>
      </w:hyperlink>
      <w:r>
        <w:t xml:space="preserve"> - Mentions the price of $699, the device's thickness and weight, and compares it to the MacBook Air while highlighting its AI features.</w:t>
      </w:r>
      <w:r/>
    </w:p>
    <w:p>
      <w:pPr>
        <w:pStyle w:val="ListNumber"/>
        <w:spacing w:line="240" w:lineRule="auto"/>
        <w:ind w:left="720"/>
      </w:pPr>
      <w:r/>
      <w:hyperlink r:id="rId10">
        <w:r>
          <w:rPr>
            <w:color w:val="0000EE"/>
            <w:u w:val="single"/>
          </w:rPr>
          <w:t>https://chromeunboxed.com/the-samsung-galaxy-chromebook-plus-will-officially-be-available-on-october-4th/</w:t>
        </w:r>
      </w:hyperlink>
      <w:r>
        <w:t xml:space="preserve"> - Describes the aesthetic appeal and construction of the device, including its Neptune Blue color and range of ports.</w:t>
      </w:r>
      <w:r/>
    </w:p>
    <w:p>
      <w:pPr>
        <w:pStyle w:val="ListNumber"/>
        <w:spacing w:line="240" w:lineRule="auto"/>
        <w:ind w:left="720"/>
      </w:pPr>
      <w:r/>
      <w:hyperlink r:id="rId11">
        <w:r>
          <w:rPr>
            <w:color w:val="0000EE"/>
            <w:u w:val="single"/>
          </w:rPr>
          <w:t>https://www.howtogeek.com/samsung-galaxy-chromebook-plus-2024/</w:t>
        </w:r>
      </w:hyperlink>
      <w:r>
        <w:t xml:space="preserve"> - Explains the absence of a touchscreen and the device's display specifications, including the 1080p resolution and 60Hz refresh rate.</w:t>
      </w:r>
      <w:r/>
    </w:p>
    <w:p>
      <w:pPr>
        <w:pStyle w:val="ListNumber"/>
        <w:spacing w:line="240" w:lineRule="auto"/>
        <w:ind w:left="720"/>
      </w:pPr>
      <w:r/>
      <w:hyperlink r:id="rId12">
        <w:r>
          <w:rPr>
            <w:color w:val="0000EE"/>
            <w:u w:val="single"/>
          </w:rPr>
          <w:t>https://blog.google/products/chromebooks/google-chromebook-update-october-2024/</w:t>
        </w:r>
      </w:hyperlink>
      <w:r>
        <w:t xml:space="preserve"> - Details the AI-enhanced features, such as the Quick Insert key, Help Me Read, and other Google AI tools integrated into the Chromebook.</w:t>
      </w:r>
      <w:r/>
    </w:p>
    <w:p>
      <w:pPr>
        <w:pStyle w:val="ListNumber"/>
        <w:spacing w:line="240" w:lineRule="auto"/>
        <w:ind w:left="720"/>
      </w:pPr>
      <w:r/>
      <w:hyperlink r:id="rId14">
        <w:r>
          <w:rPr>
            <w:color w:val="0000EE"/>
            <w:u w:val="single"/>
          </w:rPr>
          <w:t>https://www.yahoo.com/tech/google-doubles-down-ai-two-130000376.html</w:t>
        </w:r>
      </w:hyperlink>
      <w:r>
        <w:t xml:space="preserve"> - Compares the Samsung Galaxy Chromebook Plus to other devices like the Acer Chromebook Plus Spin 714, highlighting differences in features and pricing.</w:t>
      </w:r>
      <w:r/>
    </w:p>
    <w:p>
      <w:pPr>
        <w:pStyle w:val="ListNumber"/>
        <w:spacing w:line="240" w:lineRule="auto"/>
        <w:ind w:left="720"/>
      </w:pPr>
      <w:r/>
      <w:hyperlink r:id="rId13">
        <w:r>
          <w:rPr>
            <w:color w:val="0000EE"/>
            <w:u w:val="single"/>
          </w:rPr>
          <w:t>https://chromeunboxed.com/you-can-now-buy-the-samsung-galaxy-chromebook-plus-and-get-it-in-just-a-few-days/</w:t>
        </w:r>
      </w:hyperlink>
      <w:r>
        <w:t xml:space="preserve"> - Discusses the device's suitability for various tasks, including work, casual use, and light gaming, due to its Intel Core 3 100U processor and 8GB of RAM.</w:t>
      </w:r>
      <w:r/>
    </w:p>
    <w:p>
      <w:pPr>
        <w:pStyle w:val="ListNumber"/>
        <w:spacing w:line="240" w:lineRule="auto"/>
        <w:ind w:left="720"/>
      </w:pPr>
      <w:r/>
      <w:hyperlink r:id="rId12">
        <w:r>
          <w:rPr>
            <w:color w:val="0000EE"/>
            <w:u w:val="single"/>
          </w:rPr>
          <w:t>https://blog.google/products/chromebooks/google-chromebook-update-october-2024/</w:t>
        </w:r>
      </w:hyperlink>
      <w:r>
        <w:t xml:space="preserve"> - Mentions the omission of features like a fingerprint scanner and privacy shutter for the webcam, highlighting potential security and privacy concerns.</w:t>
      </w:r>
      <w:r/>
    </w:p>
    <w:p>
      <w:pPr>
        <w:pStyle w:val="ListNumber"/>
        <w:spacing w:line="240" w:lineRule="auto"/>
        <w:ind w:left="720"/>
      </w:pPr>
      <w:r/>
      <w:hyperlink r:id="rId15">
        <w:r>
          <w:rPr>
            <w:color w:val="0000EE"/>
            <w:u w:val="single"/>
          </w:rPr>
          <w:t>https://www.androidauthority.com/samsung-galaxy-chormebook-plus-review-3490298/</w:t>
        </w:r>
      </w:hyperlink>
      <w:r>
        <w:t xml:space="preserve"> - Please view link - unable to able to access data</w:t>
      </w:r>
      <w:r/>
    </w:p>
    <w:p>
      <w:pPr>
        <w:pStyle w:val="ListNumber"/>
        <w:spacing w:line="240" w:lineRule="auto"/>
        <w:ind w:left="720"/>
      </w:pPr>
      <w:r/>
      <w:hyperlink r:id="rId16">
        <w:r>
          <w:rPr>
            <w:color w:val="0000EE"/>
            <w:u w:val="single"/>
          </w:rPr>
          <w:t>https://www.wired.com/review/samsung-galaxy-chromebook-plus/</w:t>
        </w:r>
      </w:hyperlink>
      <w:r>
        <w:t xml:space="preserve"> - Please view link - unable to able to access data</w:t>
      </w:r>
      <w:r/>
    </w:p>
    <w:p>
      <w:pPr>
        <w:pStyle w:val="ListNumber"/>
        <w:spacing w:line="240" w:lineRule="auto"/>
        <w:ind w:left="720"/>
      </w:pPr>
      <w:r/>
      <w:hyperlink r:id="rId17">
        <w:r>
          <w:rPr>
            <w:color w:val="0000EE"/>
            <w:u w:val="single"/>
          </w:rPr>
          <w:t>https://www.androidcentral.com/samsung-galaxy-chromebook-plus-review</w:t>
        </w:r>
      </w:hyperlink>
      <w:r>
        <w:t xml:space="preserve"> - Please view link - unable to able to access data</w:t>
      </w:r>
      <w:r/>
    </w:p>
    <w:p>
      <w:pPr>
        <w:pStyle w:val="ListNumber"/>
        <w:spacing w:line="240" w:lineRule="auto"/>
        <w:ind w:left="720"/>
      </w:pPr>
      <w:r/>
      <w:hyperlink r:id="rId18">
        <w:r>
          <w:rPr>
            <w:color w:val="0000EE"/>
            <w:u w:val="single"/>
          </w:rPr>
          <w:t>https://www.zdnet.com/article/this-lightweight-laptop-has-one-of-the-best-displays-ive-seen-and-its-very-affordable/#ftag=RSSbaffb68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romeunboxed.com/the-samsung-galaxy-chromebook-plus-will-officially-be-available-on-october-4th/" TargetMode="External"/><Relationship Id="rId11" Type="http://schemas.openxmlformats.org/officeDocument/2006/relationships/hyperlink" Target="https://www.howtogeek.com/samsung-galaxy-chromebook-plus-2024/" TargetMode="External"/><Relationship Id="rId12" Type="http://schemas.openxmlformats.org/officeDocument/2006/relationships/hyperlink" Target="https://blog.google/products/chromebooks/google-chromebook-update-october-2024/" TargetMode="External"/><Relationship Id="rId13" Type="http://schemas.openxmlformats.org/officeDocument/2006/relationships/hyperlink" Target="https://chromeunboxed.com/you-can-now-buy-the-samsung-galaxy-chromebook-plus-and-get-it-in-just-a-few-days/" TargetMode="External"/><Relationship Id="rId14" Type="http://schemas.openxmlformats.org/officeDocument/2006/relationships/hyperlink" Target="https://www.yahoo.com/tech/google-doubles-down-ai-two-130000376.html" TargetMode="External"/><Relationship Id="rId15" Type="http://schemas.openxmlformats.org/officeDocument/2006/relationships/hyperlink" Target="https://www.androidauthority.com/samsung-galaxy-chormebook-plus-review-3490298/" TargetMode="External"/><Relationship Id="rId16" Type="http://schemas.openxmlformats.org/officeDocument/2006/relationships/hyperlink" Target="https://www.wired.com/review/samsung-galaxy-chromebook-plus/" TargetMode="External"/><Relationship Id="rId17" Type="http://schemas.openxmlformats.org/officeDocument/2006/relationships/hyperlink" Target="https://www.androidcentral.com/samsung-galaxy-chromebook-plus-review" TargetMode="External"/><Relationship Id="rId18" Type="http://schemas.openxmlformats.org/officeDocument/2006/relationships/hyperlink" Target="https://www.zdnet.com/article/this-lightweight-laptop-has-one-of-the-best-displays-ive-seen-and-its-very-affordabl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