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Solidigm's 61.44TB SSD sees dramatic price increase after initial launch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fast-paced world of data storage technology, the release and subsequent price escalation of Solidigm's 61.44TB SSD has captured significant attention. Initially made available for pre-sale in January 2024, this behemoth of a storage device was introduced at a price that defied expectations, offering a remarkably low per-terabyte cost compared to more compact 8TB SSDs. Buyers who pre-ordered the drive from PC Nation could secure it for $3,975.16, while Tech-America offered a slightly lower price of $3,692.00.</w:t>
      </w:r>
      <w:r/>
    </w:p>
    <w:p>
      <w:r/>
      <w:r>
        <w:t>However, as of the latest updates, the landscape has shifted dramatically with the price at Tech-America soaring by over 95%, now standing at $7,204. Those scouting for lower prices might consider Wiredzone, where the SSD is available at $7,132, presenting a modest saving. Despite the potential for smaller savings, the price increase represents a significant shift from its original pricing strategy.</w:t>
      </w:r>
      <w:r/>
    </w:p>
    <w:p>
      <w:r/>
      <w:r>
        <w:t>This SSD, targeted towards high-demand applications such as AI servers, boasts impressive specifications. Encased in a U.2 15mm form factor, with an alternative E1.S form, it operates via a PCIe 4.0 x4 NVMe interface and is outfitted with advanced 192-layer QLC 3D NAND technology. It promises remarkable performance with up to 1,005,000 input/output operations per second (IOPS) for 4K random reads and 42,600 IOPS for 16K random writes, catering to data-intensive operations. Additionally, the SSD features exceptionally low latencies, with a read latency of just 8 microseconds and a sequential write latency of 15 microseconds, enabling swift data processing and access.</w:t>
      </w:r>
      <w:r/>
    </w:p>
    <w:p>
      <w:r/>
      <w:r>
        <w:t>Reliability and efficiency are cornerstones of this high-capacity drive. It is rated for 0.5 drive writes per day (DWPD) and boasts a mean time between failures (MTBF) of a substantial 2 million hours. Power efficiency is notable too, consuming 24 watts during active use and merely 5 watts when idle, which is commendable for a drive of its capacity. Its robust build allows it to withstand challenging conditions, including vibrations up to 2.17 GRMS and shocks of 1,000 G, operating efficiently within a temperature range of 0 to 70 degrees Celsius.</w:t>
      </w:r>
      <w:r/>
    </w:p>
    <w:p>
      <w:r/>
      <w:r>
        <w:t>The introduction of the Solidigm SSD has undoubtedly driven intrigue and demand, particularly in sectors requiring substantial data storage capabilities coupled with speedy access and reliability. While the recent price hike may lead certain consumers to reconsider their purchasing options, the drive's performance and dependability might still justify its hefty price tag for those with specific high-performance requirements.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https://www.techradar.com/pro/price-of-worlds-largest-ssd-has-nearly-doubled-since-launch-could-extreme-demand-for-ai-servers-and-training-be-behind-shocking-price-tag-of-solidigms-61-44tb-ssd</w:t>
        </w:r>
      </w:hyperlink>
      <w:r>
        <w:t xml:space="preserve"> - Corroborates the initial pre-sale prices and the subsequent price increase of the 61.44TB Solidigm SSD.</w:t>
      </w:r>
      <w:r/>
    </w:p>
    <w:p>
      <w:pPr>
        <w:pStyle w:val="ListNumber"/>
        <w:spacing w:line="240" w:lineRule="auto"/>
        <w:ind w:left="720"/>
      </w:pPr>
      <w:r/>
      <w:hyperlink r:id="rId10">
        <w:r>
          <w:rPr>
            <w:color w:val="0000EE"/>
            <w:u w:val="single"/>
          </w:rPr>
          <w:t>https://www.techradar.com/pro/price-of-worlds-largest-ssd-has-nearly-doubled-since-launch-could-extreme-demand-for-ai-servers-and-training-be-behind-shocking-price-tag-of-solidigms-61-44tb-ssd</w:t>
        </w:r>
      </w:hyperlink>
      <w:r>
        <w:t xml:space="preserve"> - Provides details on the pricing from different retailers and the significant price hike.</w:t>
      </w:r>
      <w:r/>
    </w:p>
    <w:p>
      <w:pPr>
        <w:pStyle w:val="ListNumber"/>
        <w:spacing w:line="240" w:lineRule="auto"/>
        <w:ind w:left="720"/>
      </w:pPr>
      <w:r/>
      <w:hyperlink r:id="rId10">
        <w:r>
          <w:rPr>
            <w:color w:val="0000EE"/>
            <w:u w:val="single"/>
          </w:rPr>
          <w:t>https://www.techradar.com/pro/price-of-worlds-largest-ssd-has-nearly-doubled-since-launch-could-extreme-demand-for-ai-servers-and-training-be-behind-shocking-price-tag-of-solidigms-61-44tb-ssd</w:t>
        </w:r>
      </w:hyperlink>
      <w:r>
        <w:t xml:space="preserve"> - Explains the target applications such as AI servers and the specifications of the SSD.</w:t>
      </w:r>
      <w:r/>
    </w:p>
    <w:p>
      <w:pPr>
        <w:pStyle w:val="ListNumber"/>
        <w:spacing w:line="240" w:lineRule="auto"/>
        <w:ind w:left="720"/>
      </w:pPr>
      <w:r/>
      <w:hyperlink r:id="rId10">
        <w:r>
          <w:rPr>
            <w:color w:val="0000EE"/>
            <w:u w:val="single"/>
          </w:rPr>
          <w:t>https://www.techradar.com/pro/price-of-worlds-largest-ssd-has-nearly-doubled-since-launch-could-extreme-demand-for-ai-servers-and-training-be-behind-shocking-price-tag-of-solidigms-61-44tb-ssd</w:t>
        </w:r>
      </w:hyperlink>
      <w:r>
        <w:t xml:space="preserve"> - Details the form factor, PCIe interface, and 192-layer QLC 3D NAND technology of the SSD.</w:t>
      </w:r>
      <w:r/>
    </w:p>
    <w:p>
      <w:pPr>
        <w:pStyle w:val="ListNumber"/>
        <w:spacing w:line="240" w:lineRule="auto"/>
        <w:ind w:left="720"/>
      </w:pPr>
      <w:r/>
      <w:hyperlink r:id="rId10">
        <w:r>
          <w:rPr>
            <w:color w:val="0000EE"/>
            <w:u w:val="single"/>
          </w:rPr>
          <w:t>https://www.techradar.com/pro/price-of-worlds-largest-ssd-has-nearly-doubled-since-launch-could-extreme-demand-for-ai-servers-and-training-be-behind-shocking-price-tag-of-solidigms-61-44tb-ssd</w:t>
        </w:r>
      </w:hyperlink>
      <w:r>
        <w:t xml:space="preserve"> - Corroborates the performance specifications, including IOPS and latency.</w:t>
      </w:r>
      <w:r/>
    </w:p>
    <w:p>
      <w:pPr>
        <w:pStyle w:val="ListNumber"/>
        <w:spacing w:line="240" w:lineRule="auto"/>
        <w:ind w:left="720"/>
      </w:pPr>
      <w:r/>
      <w:hyperlink r:id="rId10">
        <w:r>
          <w:rPr>
            <w:color w:val="0000EE"/>
            <w:u w:val="single"/>
          </w:rPr>
          <w:t>https://www.techradar.com/pro/price-of-worlds-largest-ssd-has-nearly-doubled-since-launch-could-extreme-demand-for-ai-servers-and-training-be-behind-shocking-price-tag-of-solidigms-61-44tb-ssd</w:t>
        </w:r>
      </w:hyperlink>
      <w:r>
        <w:t xml:space="preserve"> - Provides information on the reliability and efficiency features, including DWPD and MTBF.</w:t>
      </w:r>
      <w:r/>
    </w:p>
    <w:p>
      <w:pPr>
        <w:pStyle w:val="ListNumber"/>
        <w:spacing w:line="240" w:lineRule="auto"/>
        <w:ind w:left="720"/>
      </w:pPr>
      <w:r/>
      <w:hyperlink r:id="rId10">
        <w:r>
          <w:rPr>
            <w:color w:val="0000EE"/>
            <w:u w:val="single"/>
          </w:rPr>
          <w:t>https://www.techradar.com/pro/price-of-worlds-largest-ssd-has-nearly-doubled-since-launch-could-extreme-demand-for-ai-servers-and-training-be-behind-shocking-price-tag-of-solidigms-61-44tb-ssd</w:t>
        </w:r>
      </w:hyperlink>
      <w:r>
        <w:t xml:space="preserve"> - Details the power consumption and robust build of the SSD.</w:t>
      </w:r>
      <w:r/>
    </w:p>
    <w:p>
      <w:pPr>
        <w:pStyle w:val="ListNumber"/>
        <w:spacing w:line="240" w:lineRule="auto"/>
        <w:ind w:left="720"/>
      </w:pPr>
      <w:r/>
      <w:hyperlink r:id="rId11">
        <w:r>
          <w:rPr>
            <w:color w:val="0000EE"/>
            <w:u w:val="single"/>
          </w:rPr>
          <w:t>https://www.tomshardware.com/news/solidigm-launches-61tb-pcie-ssd</w:t>
        </w:r>
      </w:hyperlink>
      <w:r>
        <w:t xml:space="preserve"> - Corroborates the specifications, including the PCIe 4.0 x4 interface and 192-layer QLC 3D NAND technology.</w:t>
      </w:r>
      <w:r/>
    </w:p>
    <w:p>
      <w:pPr>
        <w:pStyle w:val="ListNumber"/>
        <w:spacing w:line="240" w:lineRule="auto"/>
        <w:ind w:left="720"/>
      </w:pPr>
      <w:r/>
      <w:hyperlink r:id="rId11">
        <w:r>
          <w:rPr>
            <w:color w:val="0000EE"/>
            <w:u w:val="single"/>
          </w:rPr>
          <w:t>https://www.tomshardware.com/news/solidigm-launches-61tb-pcie-ssd</w:t>
        </w:r>
      </w:hyperlink>
      <w:r>
        <w:t xml:space="preserve"> - Provides additional details on the performance, including read and write speeds and IOPS.</w:t>
      </w:r>
      <w:r/>
    </w:p>
    <w:p>
      <w:pPr>
        <w:pStyle w:val="ListNumber"/>
        <w:spacing w:line="240" w:lineRule="auto"/>
        <w:ind w:left="720"/>
      </w:pPr>
      <w:r/>
      <w:hyperlink r:id="rId12">
        <w:r>
          <w:rPr>
            <w:color w:val="0000EE"/>
            <w:u w:val="single"/>
          </w:rPr>
          <w:t>https://www.reddit.com/r/DataHoarder/comments/18jr7bi/techamerica_has_6144_tb_solidigm_ssds_in_stock/</w:t>
        </w:r>
      </w:hyperlink>
      <w:r>
        <w:t xml:space="preserve"> - Mentions the availability and pricing of the 61.44TB Solidigm SSD from different retailers.</w:t>
      </w:r>
      <w:r/>
    </w:p>
    <w:p>
      <w:pPr>
        <w:pStyle w:val="ListNumber"/>
        <w:spacing w:line="240" w:lineRule="auto"/>
        <w:ind w:left="720"/>
      </w:pPr>
      <w:r/>
      <w:hyperlink r:id="rId12">
        <w:r>
          <w:rPr>
            <w:color w:val="0000EE"/>
            <w:u w:val="single"/>
          </w:rPr>
          <w:t>https://www.reddit.com/r/DataHoarder/comments/18jr7bi/techamerica_has_6144_tb_solidigm_ssds_in_stock/</w:t>
        </w:r>
      </w:hyperlink>
      <w:r>
        <w:t xml:space="preserve"> - Discusses the form factors (U.2 and E1.S) and the overall demand for such high-capacity SSDs.</w:t>
      </w:r>
      <w:r/>
    </w:p>
    <w:p>
      <w:pPr>
        <w:pStyle w:val="ListNumber"/>
        <w:spacing w:line="240" w:lineRule="auto"/>
        <w:ind w:left="720"/>
      </w:pPr>
      <w:r/>
      <w:hyperlink r:id="rId10">
        <w:r>
          <w:rPr>
            <w:color w:val="0000EE"/>
            <w:u w:val="single"/>
          </w:rPr>
          <w:t>https://www.techradar.com/pro/price-of-worlds-largest-ssd-has-nearly-doubled-since-launch-could-extreme-demand-for-ai-servers-and-training-be-behind-shocking-price-tag-of-solidigms-61-44tb-ssd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pro/price-of-worlds-largest-ssd-has-nearly-doubled-since-launch-could-extreme-demand-for-ai-servers-and-training-be-behind-shocking-price-tag-of-solidigms-61-44tb-ssd" TargetMode="External"/><Relationship Id="rId11" Type="http://schemas.openxmlformats.org/officeDocument/2006/relationships/hyperlink" Target="https://www.tomshardware.com/news/solidigm-launches-61tb-pcie-ssd" TargetMode="External"/><Relationship Id="rId12" Type="http://schemas.openxmlformats.org/officeDocument/2006/relationships/hyperlink" Target="https://www.reddit.com/r/DataHoarder/comments/18jr7bi/techamerica_has_6144_tb_solidigm_ssds_in_sto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