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Students turn to AI for academic efficiency: exploring top AI essay writing tools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Students Turn to AI for Academic Efficiency: Exploring Top AI Essay Writing Tools</w:t>
      </w:r>
      <w:r/>
    </w:p>
    <w:p>
      <w:r/>
      <w:r>
        <w:t>In an increasingly demanding academic environment, where students are often inundated with assignments, projects, and looming deadlines, the incorporation of artificial intelligence into the education sector has emerged as a boon for many. AI essay writers, specifically, have gained traction as a helpful tool in managing academic workloads while ensuring the quality of work is maintained.</w:t>
      </w:r>
      <w:r/>
    </w:p>
    <w:p>
      <w:r/>
      <w:r>
        <w:rPr>
          <w:b/>
        </w:rPr>
        <w:t>The Rise in AI Essay Writing Demand</w:t>
      </w:r>
      <w:r/>
    </w:p>
    <w:p>
      <w:r/>
      <w:r>
        <w:t>The burgeoning demand for AI essay writers can be largely attributed to the push for higher academic performance amidst an increasing number of assignments. These AI tools have presented themselves as convenient solutions for students seeking to keep up with their demanding schedules without sacrificing the standard of their work.</w:t>
      </w:r>
      <w:r/>
    </w:p>
    <w:p>
      <w:r/>
      <w:r>
        <w:rPr>
          <w:b/>
        </w:rPr>
        <w:t>Benefits of AI Essay Writers</w:t>
      </w:r>
      <w:r/>
    </w:p>
    <w:p>
      <w:r/>
      <w:r>
        <w:t>AI essay writers offer a variety of advantages that are appealing to students who are striving to excel in their studies:</w:t>
      </w:r>
      <w:r/>
      <w:r/>
    </w:p>
    <w:p>
      <w:pPr>
        <w:pStyle w:val="ListBullet"/>
        <w:spacing w:line="240" w:lineRule="auto"/>
        <w:ind w:left="720"/>
      </w:pPr>
      <w:r/>
      <w:r>
        <w:t>Efficiency: These tools can quickly produce essays, offering students more time to focus on studying and other priorities.</w:t>
      </w:r>
      <w:r/>
    </w:p>
    <w:p>
      <w:pPr>
        <w:pStyle w:val="ListBullet"/>
        <w:spacing w:line="240" w:lineRule="auto"/>
        <w:ind w:left="720"/>
      </w:pPr>
      <w:r/>
      <w:r>
        <w:t>Quality Assurance: Most AI-powered essay writers are capable of generating essays that are coherent and structurally sound, adhering to academic norms.</w:t>
      </w:r>
      <w:r/>
    </w:p>
    <w:p>
      <w:pPr>
        <w:pStyle w:val="ListBullet"/>
        <w:spacing w:line="240" w:lineRule="auto"/>
        <w:ind w:left="720"/>
      </w:pPr>
      <w:r/>
      <w:r>
        <w:t>User Accessibility: Many AI tools feature intuitive designs, making them accessible to students of varying levels of writing proficiency.</w:t>
      </w:r>
      <w:r/>
    </w:p>
    <w:p>
      <w:pPr>
        <w:pStyle w:val="ListBullet"/>
        <w:spacing w:line="240" w:lineRule="auto"/>
        <w:ind w:left="720"/>
      </w:pPr>
      <w:r/>
      <w:r>
        <w:t>Originality: Built-in plagiarism detection is a common feature, ensuring that the essays produced are original and comply with academic integrity standards.</w:t>
      </w:r>
      <w:r/>
      <w:r/>
    </w:p>
    <w:p>
      <w:r/>
      <w:r>
        <w:rPr>
          <w:b/>
        </w:rPr>
        <w:t>Features to Evaluate in AI Essay Writers</w:t>
      </w:r>
      <w:r/>
    </w:p>
    <w:p>
      <w:r/>
      <w:r>
        <w:t>When selecting an AI essay writer, students should consider several features to ensure that the tool meets their needs:</w:t>
      </w:r>
      <w:r/>
      <w:r/>
    </w:p>
    <w:p>
      <w:pPr>
        <w:pStyle w:val="ListBullet"/>
        <w:spacing w:line="240" w:lineRule="auto"/>
        <w:ind w:left="720"/>
      </w:pPr>
      <w:r/>
      <w:r>
        <w:t>User-Friendly Interface: A straightforward design can enhance usability and simplify the writing task.</w:t>
      </w:r>
      <w:r/>
    </w:p>
    <w:p>
      <w:pPr>
        <w:pStyle w:val="ListBullet"/>
        <w:spacing w:line="240" w:lineRule="auto"/>
        <w:ind w:left="720"/>
      </w:pPr>
      <w:r/>
      <w:r>
        <w:t>Customization Capabilities: The ability to tailor essays to specific requirements or guidelines is crucial.</w:t>
      </w:r>
      <w:r/>
    </w:p>
    <w:p>
      <w:pPr>
        <w:pStyle w:val="ListBullet"/>
        <w:spacing w:line="240" w:lineRule="auto"/>
        <w:ind w:left="720"/>
      </w:pPr>
      <w:r/>
      <w:r>
        <w:t>Plagiarism Detection: Ensuring content originality is essential, making a plagiarism checker a valuable feature.</w:t>
      </w:r>
      <w:r/>
    </w:p>
    <w:p>
      <w:pPr>
        <w:pStyle w:val="ListBullet"/>
        <w:spacing w:line="240" w:lineRule="auto"/>
        <w:ind w:left="720"/>
      </w:pPr>
      <w:r/>
      <w:r>
        <w:t>Support for Various Formats: Versatility in handling different writing styles and formats is necessary for students dealing with diverse academic subjects.</w:t>
      </w:r>
      <w:r/>
    </w:p>
    <w:p>
      <w:pPr>
        <w:pStyle w:val="ListBullet"/>
        <w:spacing w:line="240" w:lineRule="auto"/>
        <w:ind w:left="720"/>
      </w:pPr>
      <w:r/>
      <w:r>
        <w:t>Reliable Customer Support: Responsive customer service can provide valuable assistance when technical issues or questions arise.</w:t>
      </w:r>
      <w:r/>
      <w:r/>
    </w:p>
    <w:p>
      <w:r/>
      <w:r>
        <w:rPr>
          <w:b/>
        </w:rPr>
        <w:t>Top AI Essay Writing Tools for Students</w:t>
      </w:r>
      <w:r/>
    </w:p>
    <w:p>
      <w:r/>
      <w:r>
        <w:t>The following AI essay writing tools have been highlighted as top choices for students seeking efficient and high-quality assistance:</w:t>
      </w:r>
      <w:r/>
    </w:p>
    <w:p>
      <w:r/>
      <w:r>
        <w:t xml:space="preserve">1. </w:t>
      </w:r>
      <w:r>
        <w:rPr>
          <w:b/>
        </w:rPr>
        <w:t>PerfectEssayWriter.ai</w:t>
      </w:r>
      <w:r>
        <w:t>: Known for its swift essay generation and ease of use, PerfectEssayWriter.ai is ideal for students at all levels. However, some features may be limited in the free version.</w:t>
      </w:r>
      <w:r/>
    </w:p>
    <w:p>
      <w:r/>
      <w:r>
        <w:t xml:space="preserve">2. </w:t>
      </w:r>
      <w:r>
        <w:rPr>
          <w:b/>
        </w:rPr>
        <w:t>MyEssayWriter.ai</w:t>
      </w:r>
      <w:r>
        <w:t>: This tool not only provides essay writing assistance but also focuses on improving students' writing skills through insights and tips.</w:t>
      </w:r>
      <w:r/>
    </w:p>
    <w:p>
      <w:r/>
      <w:r>
        <w:t xml:space="preserve">3. </w:t>
      </w:r>
      <w:r>
        <w:rPr>
          <w:b/>
        </w:rPr>
        <w:t>CollegeEssay.org – AI Essay Writer</w:t>
      </w:r>
      <w:r>
        <w:t>: Specially designed for college students, this tool offers specialised features for crafting well-researched content across a variety of topics.</w:t>
      </w:r>
      <w:r/>
    </w:p>
    <w:p>
      <w:r/>
      <w:r>
        <w:t xml:space="preserve">4. </w:t>
      </w:r>
      <w:r>
        <w:rPr>
          <w:b/>
        </w:rPr>
        <w:t>MyPerfectWords.com – EssayBot</w:t>
      </w:r>
      <w:r>
        <w:t>: It combines user-friendliness with helpful writing tips, though its subject coverage may be limited in some areas.</w:t>
      </w:r>
      <w:r/>
    </w:p>
    <w:p>
      <w:r/>
      <w:r>
        <w:t xml:space="preserve">5. </w:t>
      </w:r>
      <w:r>
        <w:rPr>
          <w:b/>
        </w:rPr>
        <w:t>MyPerfectPaper.net – AI Essay Writer</w:t>
      </w:r>
      <w:r>
        <w:t>: Known for its versatility, this tool offers a quick turnaround time for various writing tasks, albeit at a potentially higher price point.</w:t>
      </w:r>
      <w:r/>
    </w:p>
    <w:p>
      <w:r/>
      <w:r>
        <w:rPr>
          <w:b/>
        </w:rPr>
        <w:t>Effective Utilization of AI Essay Writers</w:t>
      </w:r>
      <w:r/>
    </w:p>
    <w:p>
      <w:r/>
      <w:r>
        <w:t>To fully benefit from these tools, users should:</w:t>
      </w:r>
      <w:r/>
      <w:r/>
    </w:p>
    <w:p>
      <w:pPr>
        <w:pStyle w:val="ListBullet"/>
        <w:spacing w:line="240" w:lineRule="auto"/>
        <w:ind w:left="720"/>
      </w:pPr>
      <w:r/>
      <w:r>
        <w:t>Clearly outline their essay requirements, including details such as topic, length, and style.</w:t>
      </w:r>
      <w:r/>
    </w:p>
    <w:p>
      <w:pPr>
        <w:pStyle w:val="ListBullet"/>
        <w:spacing w:line="240" w:lineRule="auto"/>
        <w:ind w:left="720"/>
      </w:pPr>
      <w:r/>
      <w:r>
        <w:t>Carefully review and edit the AI-generated content to ensure it personalizes their writing voice.</w:t>
      </w:r>
      <w:r/>
    </w:p>
    <w:p>
      <w:pPr>
        <w:pStyle w:val="ListBullet"/>
        <w:spacing w:line="240" w:lineRule="auto"/>
        <w:ind w:left="720"/>
      </w:pPr>
      <w:r/>
      <w:r>
        <w:t>Utilize the tool as a learning aid to improve writing skills over time.</w:t>
      </w:r>
      <w:r/>
      <w:r/>
    </w:p>
    <w:p>
      <w:r/>
      <w:r>
        <w:t>This array of AI essay writing tools offers students a significant boost in navigating their academic obligations. By streamlining the essay-writing process, they provide more opportunity for students to focus on their studies and other educational pursuits.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https://solve.mit.edu/challenges/2024-leap-challenge/solutions/92917</w:t>
        </w:r>
      </w:hyperlink>
      <w:r>
        <w:t xml:space="preserve"> - Corroborates the features and benefits of AI essay writing tools such as MyEssayWriter.ai, PerfectEssayWriter.ai, and others, highlighting their efficiency, quality assurance, and user accessibility.</w:t>
      </w:r>
      <w:r/>
    </w:p>
    <w:p>
      <w:pPr>
        <w:pStyle w:val="ListNumber"/>
        <w:spacing w:line="240" w:lineRule="auto"/>
        <w:ind w:left="720"/>
      </w:pPr>
      <w:r/>
      <w:hyperlink r:id="rId11">
        <w:r>
          <w:rPr>
            <w:color w:val="0000EE"/>
            <w:u w:val="single"/>
          </w:rPr>
          <w:t>https://www.thesify.ai</w:t>
        </w:r>
      </w:hyperlink>
      <w:r>
        <w:t xml:space="preserve"> - Supports the importance of user-friendly interfaces, customization capabilities, and plagiarism detection in AI essay writing tools, as well as the ethical use of AI in academic writing.</w:t>
      </w:r>
      <w:r/>
    </w:p>
    <w:p>
      <w:pPr>
        <w:pStyle w:val="ListNumber"/>
        <w:spacing w:line="240" w:lineRule="auto"/>
        <w:ind w:left="720"/>
      </w:pPr>
      <w:r/>
      <w:hyperlink r:id="rId12">
        <w:r>
          <w:rPr>
            <w:color w:val="0000EE"/>
            <w:u w:val="single"/>
          </w:rPr>
          <w:t>https://www.sciencedirect.com/science/article/pii/S2666374023000717</w:t>
        </w:r>
      </w:hyperlink>
      <w:r>
        <w:t xml:space="preserve"> - Provides evidence of the positive impact of AI-powered writing tools on academic writing, including improvements in grammar, plagiarism detection, and overall writing quality.</w:t>
      </w:r>
      <w:r/>
    </w:p>
    <w:p>
      <w:pPr>
        <w:pStyle w:val="ListNumber"/>
        <w:spacing w:line="240" w:lineRule="auto"/>
        <w:ind w:left="720"/>
      </w:pPr>
      <w:r/>
      <w:hyperlink r:id="rId13">
        <w:r>
          <w:rPr>
            <w:color w:val="0000EE"/>
            <w:u w:val="single"/>
          </w:rPr>
          <w:t>https://www.yomu.ai/blog/10-best-ai-tools-for-clear-academic-writing-2024</w:t>
        </w:r>
      </w:hyperlink>
      <w:r>
        <w:t xml:space="preserve"> - Lists various AI tools like Yomu AI, Writefull Academizer, and Jenni AI, highlighting their features such as language suggestions, grammar checks, paraphrasing, and citation finding, which align with the benefits and features discussed.</w:t>
      </w:r>
      <w:r/>
    </w:p>
    <w:p>
      <w:pPr>
        <w:pStyle w:val="ListNumber"/>
        <w:spacing w:line="240" w:lineRule="auto"/>
        <w:ind w:left="720"/>
      </w:pPr>
      <w:r/>
      <w:hyperlink r:id="rId13">
        <w:r>
          <w:rPr>
            <w:color w:val="0000EE"/>
            <w:u w:val="single"/>
          </w:rPr>
          <w:t>https://www.yomu.ai/blog/10-best-ai-tools-for-clear-academic-writing-2024</w:t>
        </w:r>
      </w:hyperlink>
      <w:r>
        <w:t xml:space="preserve"> - Details the capabilities of AI tools in supporting academic writing, including brainstorming ideas, writing sentences and paragraphs, and finding citations, which are essential for effective AI essay writers.</w:t>
      </w:r>
      <w:r/>
    </w:p>
    <w:p>
      <w:pPr>
        <w:pStyle w:val="ListNumber"/>
        <w:spacing w:line="240" w:lineRule="auto"/>
        <w:ind w:left="720"/>
      </w:pPr>
      <w:r/>
      <w:hyperlink r:id="rId11">
        <w:r>
          <w:rPr>
            <w:color w:val="0000EE"/>
            <w:u w:val="single"/>
          </w:rPr>
          <w:t>https://www.thesify.ai</w:t>
        </w:r>
      </w:hyperlink>
      <w:r>
        <w:t xml:space="preserve"> - Explains the importance of pre-submission feedback, finding relevant references, and intelligent paper digests, which are key features to evaluate in AI essay writers.</w:t>
      </w:r>
      <w:r/>
    </w:p>
    <w:p>
      <w:pPr>
        <w:pStyle w:val="ListNumber"/>
        <w:spacing w:line="240" w:lineRule="auto"/>
        <w:ind w:left="720"/>
      </w:pPr>
      <w:r/>
      <w:hyperlink r:id="rId10">
        <w:r>
          <w:rPr>
            <w:color w:val="0000EE"/>
            <w:u w:val="single"/>
          </w:rPr>
          <w:t>https://solve.mit.edu/challenges/2024-leap-challenge/solutions/92917</w:t>
        </w:r>
      </w:hyperlink>
      <w:r>
        <w:t xml:space="preserve"> - Discusses the top AI essay writing tools such as PerfectEssayWriter.ai and MyEssayWriter.ai, highlighting their customization capabilities and support for various formats.</w:t>
      </w:r>
      <w:r/>
    </w:p>
    <w:p>
      <w:pPr>
        <w:pStyle w:val="ListNumber"/>
        <w:spacing w:line="240" w:lineRule="auto"/>
        <w:ind w:left="720"/>
      </w:pPr>
      <w:r/>
      <w:hyperlink r:id="rId12">
        <w:r>
          <w:rPr>
            <w:color w:val="0000EE"/>
            <w:u w:val="single"/>
          </w:rPr>
          <w:t>https://www.sciencedirect.com/science/article/pii/S2666374023000717</w:t>
        </w:r>
      </w:hyperlink>
      <w:r>
        <w:t xml:space="preserve"> - Confirms the benefits of AI-powered writing aids in improving writing skills, identifying and correcting errors, and enhancing comprehension of complex research articles.</w:t>
      </w:r>
      <w:r/>
    </w:p>
    <w:p>
      <w:pPr>
        <w:pStyle w:val="ListNumber"/>
        <w:spacing w:line="240" w:lineRule="auto"/>
        <w:ind w:left="720"/>
      </w:pPr>
      <w:r/>
      <w:hyperlink r:id="rId13">
        <w:r>
          <w:rPr>
            <w:color w:val="0000EE"/>
            <w:u w:val="single"/>
          </w:rPr>
          <w:t>https://www.yomu.ai/blog/10-best-ai-tools-for-clear-academic-writing-2024</w:t>
        </w:r>
      </w:hyperlink>
      <w:r>
        <w:t xml:space="preserve"> - Mentions the role of AI tools like ChatGPT in improving sentence structure, content formatting, and mistake avoidance, which are crucial for quality assurance in AI-generated essays.</w:t>
      </w:r>
      <w:r/>
    </w:p>
    <w:p>
      <w:pPr>
        <w:pStyle w:val="ListNumber"/>
        <w:spacing w:line="240" w:lineRule="auto"/>
        <w:ind w:left="720"/>
      </w:pPr>
      <w:r/>
      <w:hyperlink r:id="rId11">
        <w:r>
          <w:rPr>
            <w:color w:val="0000EE"/>
            <w:u w:val="single"/>
          </w:rPr>
          <w:t>https://www.thesify.ai</w:t>
        </w:r>
      </w:hyperlink>
      <w:r>
        <w:t xml:space="preserve"> - Emphasizes the ethical use of AI in academic writing, ensuring that tools like Thesify do not compromise academic integrity and instead provide practical assistance to students.</w:t>
      </w:r>
      <w:r/>
    </w:p>
    <w:p>
      <w:pPr>
        <w:pStyle w:val="ListNumber"/>
        <w:spacing w:line="240" w:lineRule="auto"/>
        <w:ind w:left="720"/>
      </w:pPr>
      <w:r/>
      <w:hyperlink r:id="rId13">
        <w:r>
          <w:rPr>
            <w:color w:val="0000EE"/>
            <w:u w:val="single"/>
          </w:rPr>
          <w:t>https://www.yomu.ai/blog/10-best-ai-tools-for-clear-academic-writing-2024</w:t>
        </w:r>
      </w:hyperlink>
      <w:r>
        <w:t xml:space="preserve"> - Highlights the importance of reliable customer support and user feedback in AI essay writing tools, such as those offered by Yomu AI and Jenni AI.</w:t>
      </w:r>
      <w:r/>
    </w:p>
    <w:p>
      <w:pPr>
        <w:pStyle w:val="ListNumber"/>
        <w:spacing w:line="240" w:lineRule="auto"/>
        <w:ind w:left="720"/>
      </w:pPr>
      <w:r/>
      <w:hyperlink r:id="rId14">
        <w:r>
          <w:rPr>
            <w:color w:val="0000EE"/>
            <w:u w:val="single"/>
          </w:rPr>
          <w:t>https://www.londondaily.news/find-ai-essay-writers-for-efficient-high-quality-writing/</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solve.mit.edu/challenges/2024-leap-challenge/solutions/92917" TargetMode="External"/><Relationship Id="rId11" Type="http://schemas.openxmlformats.org/officeDocument/2006/relationships/hyperlink" Target="https://www.thesify.ai" TargetMode="External"/><Relationship Id="rId12" Type="http://schemas.openxmlformats.org/officeDocument/2006/relationships/hyperlink" Target="https://www.sciencedirect.com/science/article/pii/S2666374023000717" TargetMode="External"/><Relationship Id="rId13" Type="http://schemas.openxmlformats.org/officeDocument/2006/relationships/hyperlink" Target="https://www.yomu.ai/blog/10-best-ai-tools-for-clear-academic-writing-2024" TargetMode="External"/><Relationship Id="rId14" Type="http://schemas.openxmlformats.org/officeDocument/2006/relationships/hyperlink" Target="https://www.londondaily.news/find-ai-essay-writers-for-efficient-high-quality-writin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