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reveals subtle biases in AI responses linked to users' names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study conducted by OpenAI has shed light on potential biases in the responses given by the AI model known as ChatGPT-4o, specifically relating to variations based on users' names. The research, titled "First-Person Fairness in Chatbots", was aimed at understanding how subtle identity cues, such as names, might influence the AI's output.</w:t>
      </w:r>
      <w:r/>
    </w:p>
    <w:p>
      <w:r/>
      <w:r>
        <w:t>ChatGPT-4o, like other large language models (LLMs), is developed by training on vast datasets full of real-world information, which inevitably include ingrained human biases, such as those related to gender and race. OpenAI's study was particularly focused on exploring whether biases still exist in how the AI system responds to users, depending on the perceived identity suggested by their names.</w:t>
      </w:r>
      <w:r/>
    </w:p>
    <w:p>
      <w:r/>
      <w:r>
        <w:t>According to the findings, there was no overall difference in response quality for users whose names suggested different genders, races, or ethnicities. However, the study did note that in less than 1% of cases, the model's responses were influenced by name-based cues, sometimes perpetuating harmful stereotypes. This was particularly evident in queries related to entertainment and the arts, where gender stereotyping in responses was most noticeable.</w:t>
      </w:r>
      <w:r/>
    </w:p>
    <w:p>
      <w:r/>
      <w:r>
        <w:t>The presence of these minimal biases is a significant area of concern for AI developers, as fairness in artificial intelligence is essential across a breadth of applications, from routine interactions like seeking entertainment recommendations to more critical uses such as in job recruitment processes or financial assessments.</w:t>
      </w:r>
      <w:r/>
    </w:p>
    <w:p>
      <w:r/>
      <w:r>
        <w:t>While the study's findings indicate that instances of harmful stereotyping by ChatGPT-4o are below 0.2%, these figures are not negligible, considering the technology’s broad usage. This underscores the importance of continuous efforts in AI research to mitigate biases entirely. Comparisons with previous versions of the model, before the implementation of ChatGPT-4o, revealed biases in up to 1% of interactions, suggesting some progress has been made.</w:t>
      </w:r>
      <w:r/>
    </w:p>
    <w:p>
      <w:r/>
      <w:r>
        <w:t>Further research by other academics, including Ghosh and Caliskan (2023), highlighted similar issues with gender bias in language translation tasks managed by AI, where gender-neutral pronouns often defaulted to binary forms ('he' or 'she') based on occupational stereotypes. Zhou and Sanfilippo (2023) also addressed gender biases in the allocation of professional titles during their analysis.</w:t>
      </w:r>
      <w:r/>
    </w:p>
    <w:p>
      <w:r/>
      <w:r>
        <w:t>These findings encourage developers and researchers to remain vigilant in AI training processes to reduce and ideally eliminate biased outputs, ensuring that interactions with AI are as equitable as possible. Despite these challenges, the advancement in refining AI models continues, with ongoing adjustments and enhancements aimed at diminishing the prevalence of ingrained stereotypes.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https://getcoai.com/news/chatgpts-equal-treatment-of-users-questioned-in-new-openai-study/</w:t>
        </w:r>
      </w:hyperlink>
      <w:r>
        <w:t xml:space="preserve"> - This article discusses OpenAI's study on ChatGPT's biases based on users' names, highlighting the distinction between first-person and third-person fairness and the methodology used to analyze these biases.</w:t>
      </w:r>
      <w:r/>
    </w:p>
    <w:p>
      <w:pPr>
        <w:pStyle w:val="ListNumber"/>
        <w:spacing w:line="240" w:lineRule="auto"/>
        <w:ind w:left="720"/>
      </w:pPr>
      <w:r/>
      <w:hyperlink r:id="rId11">
        <w:r>
          <w:rPr>
            <w:color w:val="0000EE"/>
            <w:u w:val="single"/>
          </w:rPr>
          <w:t>https://www.technologyreview.com/2024/10/15/1105558/openai-says-chatgpt-treats-us-all-the-same-most-of-the-time/</w:t>
        </w:r>
      </w:hyperlink>
      <w:r>
        <w:t xml:space="preserve"> - This article provides details on OpenAI's study, including the rates of bias in ChatGPT responses based on user names, and the differences in bias rates between older and newer models like GPT-3.5 Turbo and GPT-4o.</w:t>
      </w:r>
      <w:r/>
    </w:p>
    <w:p>
      <w:pPr>
        <w:pStyle w:val="ListNumber"/>
        <w:spacing w:line="240" w:lineRule="auto"/>
        <w:ind w:left="720"/>
      </w:pPr>
      <w:r/>
      <w:hyperlink r:id="rId12">
        <w:r>
          <w:rPr>
            <w:color w:val="0000EE"/>
            <w:u w:val="single"/>
          </w:rPr>
          <w:t>https://openai.com/index/evaluating-fairness-in-chatgpt/</w:t>
        </w:r>
      </w:hyperlink>
      <w:r>
        <w:t xml:space="preserve"> - This page from OpenAI explains the methodology and findings of their study on fairness in ChatGPT, including how they analyzed responses for harmful stereotypes and the role of the Language Model Research Assistant (LMRA).</w:t>
      </w:r>
      <w:r/>
    </w:p>
    <w:p>
      <w:pPr>
        <w:pStyle w:val="ListNumber"/>
        <w:spacing w:line="240" w:lineRule="auto"/>
        <w:ind w:left="720"/>
      </w:pPr>
      <w:r/>
      <w:hyperlink r:id="rId13">
        <w:r>
          <w:rPr>
            <w:color w:val="0000EE"/>
            <w:u w:val="single"/>
          </w:rPr>
          <w:t>https://www.techradar.com/computing/artificial-intelligence/chatgpt-is-judging-you-based-on-your-name-and-heres-what-you-can-do-about-it</w:t>
        </w:r>
      </w:hyperlink>
      <w:r>
        <w:t xml:space="preserve"> - This article discusses the OpenAI study, focusing on how ChatGPT's responses can vary based on user names, the prevalence of harmful stereotypes, and the improvements seen in newer models like ChatGPT-4o.</w:t>
      </w:r>
      <w:r/>
    </w:p>
    <w:p>
      <w:pPr>
        <w:pStyle w:val="ListNumber"/>
        <w:spacing w:line="240" w:lineRule="auto"/>
        <w:ind w:left="720"/>
      </w:pPr>
      <w:r/>
      <w:hyperlink r:id="rId14">
        <w:r>
          <w:rPr>
            <w:color w:val="0000EE"/>
            <w:u w:val="single"/>
          </w:rPr>
          <w:t>https://cdn.openai.com/papers/first-person-fairness-in-chatbots.pdf</w:t>
        </w:r>
      </w:hyperlink>
      <w:r>
        <w:t xml:space="preserve"> - This PDF document is the full report from OpenAI's study, detailing the metrics for biases, the methodology, and the findings on how ChatGPT responds differently based on user names.</w:t>
      </w:r>
      <w:r/>
    </w:p>
    <w:p>
      <w:pPr>
        <w:pStyle w:val="ListNumber"/>
        <w:spacing w:line="240" w:lineRule="auto"/>
        <w:ind w:left="720"/>
      </w:pPr>
      <w:r/>
      <w:hyperlink r:id="rId10">
        <w:r>
          <w:rPr>
            <w:color w:val="0000EE"/>
            <w:u w:val="single"/>
          </w:rPr>
          <w:t>https://getcoai.com/news/chatgpts-equal-treatment-of-users-questioned-in-new-openai-study/</w:t>
        </w:r>
      </w:hyperlink>
      <w:r>
        <w:t xml:space="preserve"> - This article mentions that there was no overall difference in response quality for users with different names but notes instances of bias in less than 1% of cases, particularly in entertainment and arts queries.</w:t>
      </w:r>
      <w:r/>
    </w:p>
    <w:p>
      <w:pPr>
        <w:pStyle w:val="ListNumber"/>
        <w:spacing w:line="240" w:lineRule="auto"/>
        <w:ind w:left="720"/>
      </w:pPr>
      <w:r/>
      <w:hyperlink r:id="rId11">
        <w:r>
          <w:rPr>
            <w:color w:val="0000EE"/>
            <w:u w:val="single"/>
          </w:rPr>
          <w:t>https://www.technologyreview.com/2024/10/15/1105558/openai-says-chatgpt-treats-us-all-the-same-most-of-the-time/</w:t>
        </w:r>
      </w:hyperlink>
      <w:r>
        <w:t xml:space="preserve"> - This article highlights the significance of fairness in AI across various applications and the importance of reducing biases, even if they occur in a small percentage of interactions.</w:t>
      </w:r>
      <w:r/>
    </w:p>
    <w:p>
      <w:pPr>
        <w:pStyle w:val="ListNumber"/>
        <w:spacing w:line="240" w:lineRule="auto"/>
        <w:ind w:left="720"/>
      </w:pPr>
      <w:r/>
      <w:hyperlink r:id="rId12">
        <w:r>
          <w:rPr>
            <w:color w:val="0000EE"/>
            <w:u w:val="single"/>
          </w:rPr>
          <w:t>https://openai.com/index/evaluating-fairness-in-chatgpt/</w:t>
        </w:r>
      </w:hyperlink>
      <w:r>
        <w:t xml:space="preserve"> - This page explains that comparisons with previous models showed higher bias rates, indicating some progress in reducing biases in newer models like ChatGPT-4o.</w:t>
      </w:r>
      <w:r/>
    </w:p>
    <w:p>
      <w:pPr>
        <w:pStyle w:val="ListNumber"/>
        <w:spacing w:line="240" w:lineRule="auto"/>
        <w:ind w:left="720"/>
      </w:pPr>
      <w:r/>
      <w:hyperlink r:id="rId13">
        <w:r>
          <w:rPr>
            <w:color w:val="0000EE"/>
            <w:u w:val="single"/>
          </w:rPr>
          <w:t>https://www.techradar.com/computing/artificial-intelligence/chatgpt-is-judging-you-based-on-your-name-and-heres-what-you-can-do-about-it</w:t>
        </w:r>
      </w:hyperlink>
      <w:r>
        <w:t xml:space="preserve"> - This article emphasizes the ongoing need for research to mitigate biases in AI models, ensuring equitable interactions despite the challenges.</w:t>
      </w:r>
      <w:r/>
    </w:p>
    <w:p>
      <w:pPr>
        <w:pStyle w:val="ListNumber"/>
        <w:spacing w:line="240" w:lineRule="auto"/>
        <w:ind w:left="720"/>
      </w:pPr>
      <w:r/>
      <w:hyperlink r:id="rId14">
        <w:r>
          <w:rPr>
            <w:color w:val="0000EE"/>
            <w:u w:val="single"/>
          </w:rPr>
          <w:t>https://cdn.openai.com/papers/first-person-fairness-in-chatbots.pdf</w:t>
        </w:r>
      </w:hyperlink>
      <w:r>
        <w:t xml:space="preserve"> - The report details the continuous efforts in AI research to refine models and reduce biased outputs, ensuring interactions with AI are as equitable as possible.</w:t>
      </w:r>
      <w:r/>
    </w:p>
    <w:p>
      <w:pPr>
        <w:pStyle w:val="ListNumber"/>
        <w:spacing w:line="240" w:lineRule="auto"/>
        <w:ind w:left="720"/>
      </w:pPr>
      <w:r/>
      <w:hyperlink r:id="rId10">
        <w:r>
          <w:rPr>
            <w:color w:val="0000EE"/>
            <w:u w:val="single"/>
          </w:rPr>
          <w:t>https://getcoai.com/news/chatgpts-equal-treatment-of-users-questioned-in-new-openai-study/</w:t>
        </w:r>
      </w:hyperlink>
      <w:r>
        <w:t xml:space="preserve"> - This article discusses the broader implications of AI bias, including its impact on critical applications such as job recruitment and financial assessments.</w:t>
      </w:r>
      <w:r/>
    </w:p>
    <w:p>
      <w:pPr>
        <w:pStyle w:val="ListNumber"/>
        <w:spacing w:line="240" w:lineRule="auto"/>
        <w:ind w:left="720"/>
      </w:pPr>
      <w:r/>
      <w:hyperlink r:id="rId13">
        <w:r>
          <w:rPr>
            <w:color w:val="0000EE"/>
            <w:u w:val="single"/>
          </w:rPr>
          <w:t>https://www.techradar.com/computing/artificial-intelligence/chatgpt-is-judging-you-based-on-your-name-and-heres-what-you-can-do-about-it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etcoai.com/news/chatgpts-equal-treatment-of-users-questioned-in-new-openai-study/" TargetMode="External"/><Relationship Id="rId11" Type="http://schemas.openxmlformats.org/officeDocument/2006/relationships/hyperlink" Target="https://www.technologyreview.com/2024/10/15/1105558/openai-says-chatgpt-treats-us-all-the-same-most-of-the-time/" TargetMode="External"/><Relationship Id="rId12" Type="http://schemas.openxmlformats.org/officeDocument/2006/relationships/hyperlink" Target="https://openai.com/index/evaluating-fairness-in-chatgpt/" TargetMode="External"/><Relationship Id="rId13" Type="http://schemas.openxmlformats.org/officeDocument/2006/relationships/hyperlink" Target="https://www.techradar.com/computing/artificial-intelligence/chatgpt-is-judging-you-based-on-your-name-and-heres-what-you-can-do-about-it" TargetMode="External"/><Relationship Id="rId14" Type="http://schemas.openxmlformats.org/officeDocument/2006/relationships/hyperlink" Target="https://cdn.openai.com/papers/first-person-fairness-in-chatbot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