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Suno introduces AI-powered music creation through visuals with new Suno Scenes feature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Suno Introduces AI-Powered Music Creation Through Visuals with New Suno Scenes Feature</w:t>
      </w:r>
      <w:r/>
    </w:p>
    <w:p>
      <w:r/>
      <w:r>
        <w:t>Suno, a company known for its pioneering developments in AI-generated music, has launched an innovative feature titled 'Suno Scenes'. This new addition allows users to create customised soundtracks based on their own photos and videos, bringing a dynamic auditory element to visual content. By employing advanced artificial intelligence, Suno Scenes promises to craft unique musical pieces that align with the essence and emotions portrayed in the visuals uploaded by users.</w:t>
      </w:r>
      <w:r/>
    </w:p>
    <w:p>
      <w:r/>
      <w:r>
        <w:t>Available currently on the iOS version of the Suno app, with plans for expansion to Android, this feature represents a sophisticated leap from the automatic music selection generally offered by digital giants such as Apple and Google. Unlike these competitors, which typically draw from existing music libraries, Suno's AI-generated compositions are entirely original, ensuring each user receives a distinctive auditory experience tailored to their visuals.</w:t>
      </w:r>
      <w:r/>
    </w:p>
    <w:p>
      <w:r/>
      <w:r>
        <w:t>Upon accessing Suno Scenes through the app's camera mode, users can simply capture an image or video, and the AI proceeds to generate a fitting soundtrack. Suno described this new feature as an opportunity to encapsulate moments both significant and mundane through a personalised musical narrative. In a recent blog post, Suno elaborated, "Whether it's a stunning landscape, a candid selfie, or a quick video of your daily adventures, Suno Scenes takes your favourite photos and videos and creates a unique song."</w:t>
      </w:r>
      <w:r/>
    </w:p>
    <w:p>
      <w:r/>
      <w:r>
        <w:t>Suno is positioning this feature as a tool for digital content creators seeking novel ways to enrich and differentiate their offerings on platforms that thrive on short-form content like Instagram, TikTok, and YouTube. This move comes at a time when YouTube has introduced tools that allow creators to strip copyrighted music from their videos—a development that could make Suno's service even more attractive.</w:t>
      </w:r>
      <w:r/>
    </w:p>
    <w:p>
      <w:r/>
      <w:r>
        <w:t>The introduction of Suno Scenes marks yet another strategic move in Suno's efforts to stand out in the fast-developing and competitive AI music generation landscape. The company has been actively rolling out a series of enhancements, such as 'Covers', a genre remixer that reinterprets user songs in diverse styles, showcasing its commitment to innovation and user engagement.</w:t>
      </w:r>
      <w:r/>
    </w:p>
    <w:p>
      <w:r/>
      <w:r>
        <w:t>However, like many AI-powered music platforms, Suno is not devoid of challenges. The company is navigating ongoing legal battles with major music labels over copyright infringement concerns, an issue that continues to loom over the industry.</w:t>
      </w:r>
      <w:r/>
    </w:p>
    <w:p>
      <w:r/>
      <w:r>
        <w:t>As Suno continues to innovate, the introduction of Suno Scenes is set to offer users a unique way to bring their visual content to life through personalised music, illustrating the evolving role of artificial intelligence in creative expression.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https://www.youtube.com/watch?v=wKKDnXuv53Y</w:t>
        </w:r>
      </w:hyperlink>
      <w:r>
        <w:t xml:space="preserve"> - This video explains how Suno AI generates music based on user prompts, which is a core feature of Suno's AI-powered music creation.</w:t>
      </w:r>
      <w:r/>
    </w:p>
    <w:p>
      <w:pPr>
        <w:pStyle w:val="ListNumber"/>
        <w:spacing w:line="240" w:lineRule="auto"/>
        <w:ind w:left="720"/>
      </w:pPr>
      <w:r/>
      <w:hyperlink r:id="rId11">
        <w:r>
          <w:rPr>
            <w:color w:val="0000EE"/>
            <w:u w:val="single"/>
          </w:rPr>
          <w:t>https://www.flexclip.com/learn/suno-ai-music-video-song.html</w:t>
        </w:r>
      </w:hyperlink>
      <w:r>
        <w:t xml:space="preserve"> - This article details the process of creating music and music videos using Suno AI, highlighting its capabilities and limitations.</w:t>
      </w:r>
      <w:r/>
    </w:p>
    <w:p>
      <w:pPr>
        <w:pStyle w:val="ListNumber"/>
        <w:spacing w:line="240" w:lineRule="auto"/>
        <w:ind w:left="720"/>
      </w:pPr>
      <w:r/>
      <w:hyperlink r:id="rId12">
        <w:r>
          <w:rPr>
            <w:color w:val="0000EE"/>
            <w:u w:val="single"/>
          </w:rPr>
          <w:t>https://www.youtube.com/watch?v=GsTKkdNhHUQ</w:t>
        </w:r>
      </w:hyperlink>
      <w:r>
        <w:t xml:space="preserve"> - This tutorial shows how to use Suno to compose unique tracks, including the process of generating and downloading music, which aligns with Suno's innovative music creation features.</w:t>
      </w:r>
      <w:r/>
    </w:p>
    <w:p>
      <w:pPr>
        <w:pStyle w:val="ListNumber"/>
        <w:spacing w:line="240" w:lineRule="auto"/>
        <w:ind w:left="720"/>
      </w:pPr>
      <w:r/>
      <w:hyperlink r:id="rId13">
        <w:r>
          <w:rPr>
            <w:color w:val="0000EE"/>
            <w:u w:val="single"/>
          </w:rPr>
          <w:t>https://www.youtube.com/watch?v=TlJNRB9jk9I</w:t>
        </w:r>
      </w:hyperlink>
      <w:r>
        <w:t xml:space="preserve"> - This video demonstrates how Suno AI can generate music in various genres based on user prompts, showcasing its versatility and originality.</w:t>
      </w:r>
      <w:r/>
    </w:p>
    <w:p>
      <w:pPr>
        <w:pStyle w:val="ListNumber"/>
        <w:spacing w:line="240" w:lineRule="auto"/>
        <w:ind w:left="720"/>
      </w:pPr>
      <w:r/>
      <w:hyperlink r:id="rId14">
        <w:r>
          <w:rPr>
            <w:color w:val="0000EE"/>
            <w:u w:val="single"/>
          </w:rPr>
          <w:t>https://www.flexclip.com/learn/suno-ai-music-video-song.html#FAQs-About-Suno</w:t>
        </w:r>
      </w:hyperlink>
      <w:r>
        <w:t xml:space="preserve"> - This section addresses FAQs about Suno AI, including copyright and usage rights, which is relevant to the legal challenges mentioned in the article.</w:t>
      </w:r>
      <w:r/>
    </w:p>
    <w:p>
      <w:pPr>
        <w:pStyle w:val="ListNumber"/>
        <w:spacing w:line="240" w:lineRule="auto"/>
        <w:ind w:left="720"/>
      </w:pPr>
      <w:r/>
      <w:hyperlink r:id="rId10">
        <w:r>
          <w:rPr>
            <w:color w:val="0000EE"/>
            <w:u w:val="single"/>
          </w:rPr>
          <w:t>https://www.youtube.com/watch?v=wKKDnXuv53Y</w:t>
        </w:r>
      </w:hyperlink>
      <w:r>
        <w:t xml:space="preserve"> - This video discusses the commercial and non-commercial usage of Suno-generated music, which is crucial in understanding the legal and usage aspects of Suno's service.</w:t>
      </w:r>
      <w:r/>
    </w:p>
    <w:p>
      <w:pPr>
        <w:pStyle w:val="ListNumber"/>
        <w:spacing w:line="240" w:lineRule="auto"/>
        <w:ind w:left="720"/>
      </w:pPr>
      <w:r/>
      <w:hyperlink r:id="rId15">
        <w:r>
          <w:rPr>
            <w:color w:val="0000EE"/>
            <w:u w:val="single"/>
          </w:rPr>
          <w:t>https://www.flexclip.com/learn/suno-ai-music-video-song.html#How-to-Create-a-Music-Video-Song-with-Suno</w:t>
        </w:r>
      </w:hyperlink>
      <w:r>
        <w:t xml:space="preserve"> - This section explains how to create and extend music clips using Suno AI, illustrating the dynamic and customizable nature of Suno's music generation.</w:t>
      </w:r>
      <w:r/>
    </w:p>
    <w:p>
      <w:pPr>
        <w:pStyle w:val="ListNumber"/>
        <w:spacing w:line="240" w:lineRule="auto"/>
        <w:ind w:left="720"/>
      </w:pPr>
      <w:r/>
      <w:hyperlink r:id="rId12">
        <w:r>
          <w:rPr>
            <w:color w:val="0000EE"/>
            <w:u w:val="single"/>
          </w:rPr>
          <w:t>https://www.youtube.com/watch?v=GsTKkdNhHUQ</w:t>
        </w:r>
      </w:hyperlink>
      <w:r>
        <w:t xml:space="preserve"> - This tutorial highlights the ability to generate music with specific themes and styles, which is similar to how Suno Scenes aims to create music based on visuals.</w:t>
      </w:r>
      <w:r/>
    </w:p>
    <w:p>
      <w:pPr>
        <w:pStyle w:val="ListNumber"/>
        <w:spacing w:line="240" w:lineRule="auto"/>
        <w:ind w:left="720"/>
      </w:pPr>
      <w:r/>
      <w:hyperlink r:id="rId16">
        <w:r>
          <w:rPr>
            <w:color w:val="0000EE"/>
            <w:u w:val="single"/>
          </w:rPr>
          <w:t>https://www.flexclip.com/learn/suno-ai-music-video-song.html#Level-Up-Your-Music-Video-with-AI</w:t>
        </w:r>
      </w:hyperlink>
      <w:r>
        <w:t xml:space="preserve"> - This section discusses integrating AI-generated music into videos, which is relevant to Suno's goal of enhancing visual content with personalized music.</w:t>
      </w:r>
      <w:r/>
    </w:p>
    <w:p>
      <w:pPr>
        <w:pStyle w:val="ListNumber"/>
        <w:spacing w:line="240" w:lineRule="auto"/>
        <w:ind w:left="720"/>
      </w:pPr>
      <w:r/>
      <w:hyperlink r:id="rId13">
        <w:r>
          <w:rPr>
            <w:color w:val="0000EE"/>
            <w:u w:val="single"/>
          </w:rPr>
          <w:t>https://www.youtube.com/watch?v=TlJNRB9jk9I</w:t>
        </w:r>
      </w:hyperlink>
      <w:r>
        <w:t xml:space="preserve"> - This video shows the variety of music genres and themes that can be generated using Suno AI, demonstrating its capability to create unique soundtracks for different types of content.</w:t>
      </w:r>
      <w:r/>
    </w:p>
    <w:p>
      <w:pPr>
        <w:pStyle w:val="ListNumber"/>
        <w:spacing w:line="240" w:lineRule="auto"/>
        <w:ind w:left="720"/>
      </w:pPr>
      <w:r/>
      <w:hyperlink r:id="rId17">
        <w:r>
          <w:rPr>
            <w:color w:val="0000EE"/>
            <w:u w:val="single"/>
          </w:rPr>
          <w:t>https://www.techradar.com/computing/artificial-intelligence/how-to-give-your-favorite-pictures-and-videos-an-ai-written-soundtrack</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youtube.com/watch?v=wKKDnXuv53Y" TargetMode="External"/><Relationship Id="rId11" Type="http://schemas.openxmlformats.org/officeDocument/2006/relationships/hyperlink" Target="https://www.flexclip.com/learn/suno-ai-music-video-song.html" TargetMode="External"/><Relationship Id="rId12" Type="http://schemas.openxmlformats.org/officeDocument/2006/relationships/hyperlink" Target="https://www.youtube.com/watch?v=GsTKkdNhHUQ" TargetMode="External"/><Relationship Id="rId13" Type="http://schemas.openxmlformats.org/officeDocument/2006/relationships/hyperlink" Target="https://www.youtube.com/watch?v=TlJNRB9jk9I" TargetMode="External"/><Relationship Id="rId14" Type="http://schemas.openxmlformats.org/officeDocument/2006/relationships/hyperlink" Target="https://www.flexclip.com/learn/suno-ai-music-video-song.html#FAQs-About-Suno" TargetMode="External"/><Relationship Id="rId15" Type="http://schemas.openxmlformats.org/officeDocument/2006/relationships/hyperlink" Target="https://www.flexclip.com/learn/suno-ai-music-video-song.html#How-to-Create-a-Music-Video-Song-with-Suno" TargetMode="External"/><Relationship Id="rId16" Type="http://schemas.openxmlformats.org/officeDocument/2006/relationships/hyperlink" Target="https://www.flexclip.com/learn/suno-ai-music-video-song.html#Level-Up-Your-Music-Video-with-AI" TargetMode="External"/><Relationship Id="rId17" Type="http://schemas.openxmlformats.org/officeDocument/2006/relationships/hyperlink" Target="https://www.techradar.com/computing/artificial-intelligence/how-to-give-your-favorite-pictures-and-videos-an-ai-written-soundtrac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