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Synaptics Tech Day 2024 unveils new intelligent connectivity SoCs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Synaptics Tech Day 2024 Unveils New Intelligent Connectivity SoCs</w:t>
      </w:r>
      <w:r/>
    </w:p>
    <w:p>
      <w:r/>
      <w:r>
        <w:t>San Jose, California – Synaptics Incorporated showcased its latest innovations during the Tech Day 2024 event held this week, making significant announcements that spotlight the future trajectory of the company in the realm of technology. The highlights of the event centred around the introduction of a new series of intelligent connectivity system-on-chips (SoCs), indicating Synaptics' strategic pivot towards advanced AI integration and connectivity solutions.</w:t>
      </w:r>
      <w:r/>
    </w:p>
    <w:p>
      <w:r/>
      <w:r>
        <w:t>During the event, Michael Hurlston, President and CEO of Synaptics, provided insights into the company's future directions and strategies. In an exclusive interview, Hurlston shed light on the company's focus on edge AI processors, expressing a strong sense of optimism about the growth prospects that edge AI presents, particularly when combined with wireless technology. This direction is seen as the second wave of growth for the firm, potentially revolutionising how devices communicate and process information at the edge of networks.</w:t>
      </w:r>
      <w:r/>
    </w:p>
    <w:p>
      <w:r/>
      <w:r>
        <w:t>The new intelligent connectivity SoCs are expected to address various market needs by enhancing device intelligence and connectivity capabilities. This development marks a significant milestone for Synaptics as it seeks to leverage the burgeoning edge AI market, which is anticipated to drive considerable changes in technology landscapes across multiple sectors.</w:t>
      </w:r>
      <w:r/>
    </w:p>
    <w:p>
      <w:r/>
      <w:r>
        <w:t>Synaptics' roadmap, as discussed by Hurlston, includes expanding its portfolio through innovations in AI and wireless technologies. The company's strategic plans also involve exploring potential acquisitions that could complement its existing capabilities and drive further integration of AI technologies into its products.</w:t>
      </w:r>
      <w:r/>
    </w:p>
    <w:p>
      <w:r/>
      <w:r>
        <w:t>Additionally, the Tech Day event provided a platform for industry experts to understand Synaptics’ position in global markets. The discussions covered not only innovation and product development but also talent acquisition, which remains a critical aspect of the company's strategy to maintain its competitive edge.</w:t>
      </w:r>
      <w:r/>
    </w:p>
    <w:p>
      <w:r/>
      <w:r>
        <w:t>The gathering attracted many industry stakeholders keen on observing Synaptics’ direction and its ability to harness emerging technologies for enhanced connectivity solutions. Tech Day 2024 served as a testament to the company’s commitment to pushing the boundaries of technological advancements, especially within the sectors of AI and connectivity.</w:t>
      </w:r>
      <w:r/>
    </w:p>
    <w:p>
      <w:r/>
      <w:r>
        <w:t>While Synaptics did not disclose specific details of upcoming acquisitions, Hurlston reiterated the company's interest in strategically increasing its market share through thoughtful acquisitions that align with its technology roadmap.</w:t>
      </w:r>
      <w:r/>
    </w:p>
    <w:p>
      <w:r/>
      <w:r>
        <w:t>As Synaptics continues to innovate, the focus on edge AI and the integration of wireless technologies remains central to its growth strategy. These new developments signal a promising future for the company as it navigates the increasingly complex landscape of intelligent connectivity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https://finance.yahoo.com/news/synaptics-launches-veros-seamless-intelligent-080500823.html</w:t>
        </w:r>
      </w:hyperlink>
      <w:r>
        <w:t xml:space="preserve"> - Corroborates the introduction of the Veros Seamless Intelligent Connectivity brand and the launch of new high-performance SoCs, such as the SYN4383 and SYN43756E, which enhance device intelligence and connectivity capabilities.</w:t>
      </w:r>
      <w:r/>
    </w:p>
    <w:p>
      <w:pPr>
        <w:pStyle w:val="ListNumber"/>
        <w:spacing w:line="240" w:lineRule="auto"/>
        <w:ind w:left="720"/>
      </w:pPr>
      <w:r/>
      <w:hyperlink r:id="rId11">
        <w:r>
          <w:rPr>
            <w:color w:val="0000EE"/>
            <w:u w:val="single"/>
          </w:rPr>
          <w:t>https://www.eetimes.com/exclusive-ceo-interview-michael-hurlston-on-synaptics-edge-ai-focus/</w:t>
        </w:r>
      </w:hyperlink>
      <w:r>
        <w:t xml:space="preserve"> - Supports the exclusive interview with Michael Hurlston, CEO of Synaptics, discussing the company's focus on edge AI processors and the strategic direction towards advanced AI integration and connectivity solutions.</w:t>
      </w:r>
      <w:r/>
    </w:p>
    <w:p>
      <w:pPr>
        <w:pStyle w:val="ListNumber"/>
        <w:spacing w:line="240" w:lineRule="auto"/>
        <w:ind w:left="720"/>
      </w:pPr>
      <w:r/>
      <w:hyperlink r:id="rId12">
        <w:r>
          <w:rPr>
            <w:color w:val="0000EE"/>
            <w:u w:val="single"/>
          </w:rPr>
          <w:t>https://www.linkedin.com/posts/synaptics_synatechday-intelligentconnectivity-automotiveux-activity-7252482214263685120-UjYh</w:t>
        </w:r>
      </w:hyperlink>
      <w:r>
        <w:t xml:space="preserve"> - Confirms the occurrence of Synaptics Tech Day 2024 and the gathering of customers, partners, press, and employees to discuss innovations and strategies.</w:t>
      </w:r>
      <w:r/>
    </w:p>
    <w:p>
      <w:pPr>
        <w:pStyle w:val="ListNumber"/>
        <w:spacing w:line="240" w:lineRule="auto"/>
        <w:ind w:left="720"/>
      </w:pPr>
      <w:r/>
      <w:hyperlink r:id="rId13">
        <w:r>
          <w:rPr>
            <w:color w:val="0000EE"/>
            <w:u w:val="single"/>
          </w:rPr>
          <w:t>https://investor.synaptics.com/news-releases/news-release-details/synaptics-launches-verostm-seamless-intelligent-connectivity</w:t>
        </w:r>
      </w:hyperlink>
      <w:r>
        <w:t xml:space="preserve"> - Provides details on the launch of the Veros Seamless Intelligent Connectivity brand and the new high-performance SoCs targeting devices with high Wi-Fi throughput demands.</w:t>
      </w:r>
      <w:r/>
    </w:p>
    <w:p>
      <w:pPr>
        <w:pStyle w:val="ListNumber"/>
        <w:spacing w:line="240" w:lineRule="auto"/>
        <w:ind w:left="720"/>
      </w:pPr>
      <w:r/>
      <w:hyperlink r:id="rId14">
        <w:r>
          <w:rPr>
            <w:color w:val="0000EE"/>
            <w:u w:val="single"/>
          </w:rPr>
          <w:t>https://audioxpress.com/news/synaptics-launches-veros-high-performance-wireless-combo-socs</w:t>
        </w:r>
      </w:hyperlink>
      <w:r>
        <w:t xml:space="preserve"> - Supports the launch of the Veros brand with high-performance wireless combo SoCs for Wi-Fi 6E, Bluetooth, and other wireless technologies.</w:t>
      </w:r>
      <w:r/>
    </w:p>
    <w:p>
      <w:pPr>
        <w:pStyle w:val="ListNumber"/>
        <w:spacing w:line="240" w:lineRule="auto"/>
        <w:ind w:left="720"/>
      </w:pPr>
      <w:r/>
      <w:hyperlink r:id="rId10">
        <w:r>
          <w:rPr>
            <w:color w:val="0000EE"/>
            <w:u w:val="single"/>
          </w:rPr>
          <w:t>https://finance.yahoo.com/news/synaptics-launches-veros-seamless-intelligent-080500823.html</w:t>
        </w:r>
      </w:hyperlink>
      <w:r>
        <w:t xml:space="preserve"> - Details Synaptics' strategic plans, including expanding its portfolio through innovations in AI and wireless technologies, and potential acquisitions to drive further integration of AI technologies.</w:t>
      </w:r>
      <w:r/>
    </w:p>
    <w:p>
      <w:pPr>
        <w:pStyle w:val="ListNumber"/>
        <w:spacing w:line="240" w:lineRule="auto"/>
        <w:ind w:left="720"/>
      </w:pPr>
      <w:r/>
      <w:hyperlink r:id="rId11">
        <w:r>
          <w:rPr>
            <w:color w:val="0000EE"/>
            <w:u w:val="single"/>
          </w:rPr>
          <w:t>https://www.eetimes.com/exclusive-ceo-interview-michael-hurlston-on-synaptics-edge-ai-focus/</w:t>
        </w:r>
      </w:hyperlink>
      <w:r>
        <w:t xml:space="preserve"> - Highlights Michael Hurlston's insights on the growth prospects of edge AI and its combination with wireless technology, seen as the second wave of growth for Synaptics.</w:t>
      </w:r>
      <w:r/>
    </w:p>
    <w:p>
      <w:pPr>
        <w:pStyle w:val="ListNumber"/>
        <w:spacing w:line="240" w:lineRule="auto"/>
        <w:ind w:left="720"/>
      </w:pPr>
      <w:r/>
      <w:hyperlink r:id="rId10">
        <w:r>
          <w:rPr>
            <w:color w:val="0000EE"/>
            <w:u w:val="single"/>
          </w:rPr>
          <w:t>https://finance.yahoo.com/news/synaptics-launches-veros-seamless-intelligent-080500823.html</w:t>
        </w:r>
      </w:hyperlink>
      <w:r>
        <w:t xml:space="preserve"> - Explains the integration of AI technologies into Synaptics' products, particularly through the Veros brand and its support for Edge AI applications.</w:t>
      </w:r>
      <w:r/>
    </w:p>
    <w:p>
      <w:pPr>
        <w:pStyle w:val="ListNumber"/>
        <w:spacing w:line="240" w:lineRule="auto"/>
        <w:ind w:left="720"/>
      </w:pPr>
      <w:r/>
      <w:hyperlink r:id="rId12">
        <w:r>
          <w:rPr>
            <w:color w:val="0000EE"/>
            <w:u w:val="single"/>
          </w:rPr>
          <w:t>https://www.linkedin.com/posts/synaptics_synatechday-intelligentconnectivity-automotiveux-activity-7252482214263685120-UjYh</w:t>
        </w:r>
      </w:hyperlink>
      <w:r>
        <w:t xml:space="preserve"> - Confirms the attendance and engagement of industry stakeholders at Tech Day 2024, reflecting Synaptics' commitment to technological advancements in AI and connectivity.</w:t>
      </w:r>
      <w:r/>
    </w:p>
    <w:p>
      <w:pPr>
        <w:pStyle w:val="ListNumber"/>
        <w:spacing w:line="240" w:lineRule="auto"/>
        <w:ind w:left="720"/>
      </w:pPr>
      <w:r/>
      <w:hyperlink r:id="rId13">
        <w:r>
          <w:rPr>
            <w:color w:val="0000EE"/>
            <w:u w:val="single"/>
          </w:rPr>
          <w:t>https://investor.synaptics.com/news-releases/news-release-details/synaptics-launches-verostm-seamless-intelligent-connectivity</w:t>
        </w:r>
      </w:hyperlink>
      <w:r>
        <w:t xml:space="preserve"> - Supports the significance of the new SoCs in addressing various market needs by enhancing device intelligence and connectivity capabilities.</w:t>
      </w:r>
      <w:r/>
    </w:p>
    <w:p>
      <w:pPr>
        <w:pStyle w:val="ListNumber"/>
        <w:spacing w:line="240" w:lineRule="auto"/>
        <w:ind w:left="720"/>
      </w:pPr>
      <w:r/>
      <w:hyperlink r:id="rId14">
        <w:r>
          <w:rPr>
            <w:color w:val="0000EE"/>
            <w:u w:val="single"/>
          </w:rPr>
          <w:t>https://audioxpress.com/news/synaptics-launches-veros-high-performance-wireless-combo-socs</w:t>
        </w:r>
      </w:hyperlink>
      <w:r>
        <w:t xml:space="preserve"> - Details the technical specifications and capabilities of the new SoCs, such as Wi-Fi 6E, Bluetooth 5.4, and support for Thread/Zigbee, which are central to Synaptics' growth strategy.</w:t>
      </w:r>
      <w:r/>
    </w:p>
    <w:p>
      <w:pPr>
        <w:pStyle w:val="ListNumber"/>
        <w:spacing w:line="240" w:lineRule="auto"/>
        <w:ind w:left="720"/>
      </w:pPr>
      <w:r/>
      <w:hyperlink r:id="rId11">
        <w:r>
          <w:rPr>
            <w:color w:val="0000EE"/>
            <w:u w:val="single"/>
          </w:rPr>
          <w:t>https://www.eetimes.com/exclusive-ceo-interview-michael-hurlston-on-synaptics-edge-ai-focus/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synaptics-launches-veros-seamless-intelligent-080500823.html" TargetMode="External"/><Relationship Id="rId11" Type="http://schemas.openxmlformats.org/officeDocument/2006/relationships/hyperlink" Target="https://www.eetimes.com/exclusive-ceo-interview-michael-hurlston-on-synaptics-edge-ai-focus/" TargetMode="External"/><Relationship Id="rId12" Type="http://schemas.openxmlformats.org/officeDocument/2006/relationships/hyperlink" Target="https://www.linkedin.com/posts/synaptics_synatechday-intelligentconnectivity-automotiveux-activity-7252482214263685120-UjYh" TargetMode="External"/><Relationship Id="rId13" Type="http://schemas.openxmlformats.org/officeDocument/2006/relationships/hyperlink" Target="https://investor.synaptics.com/news-releases/news-release-details/synaptics-launches-verostm-seamless-intelligent-connectivity" TargetMode="External"/><Relationship Id="rId14" Type="http://schemas.openxmlformats.org/officeDocument/2006/relationships/hyperlink" Target="https://audioxpress.com/news/synaptics-launches-veros-high-performance-wireless-combo-so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