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Talkdesk unveils innovative AI solutions in upcoming webinar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Talkdesk Unveils Innovative AI Solutions in Upcoming Webinar</w:t>
      </w:r>
      <w:r/>
    </w:p>
    <w:p>
      <w:r/>
      <w:r>
        <w:t>In a significant move within the contact centre industry, Talkdesk is set to unveil a suite of advanced AI tools designed to supercharge productivity and personalise customer interactions. Positioned as a key event in their technological calendar, the webinar is scheduled to take place on 29th October 2024 at 10:00 a.m. Pacific Time / 1:00 p.m. Eastern Time.</w:t>
      </w:r>
      <w:r/>
    </w:p>
    <w:p>
      <w:r/>
      <w:r>
        <w:rPr>
          <w:b/>
        </w:rPr>
        <w:t>Virtual Gathering for Industry Innovation</w:t>
      </w:r>
      <w:r/>
    </w:p>
    <w:p>
      <w:r/>
      <w:r>
        <w:t>This virtual event promises an in-depth look at Talkdesk’s latest advancements in automation and customer experience. It marks the third major technology release by the company this year under their October rollout, showcasing a commitment to continuous innovation in contact centre operations.</w:t>
      </w:r>
      <w:r/>
    </w:p>
    <w:p>
      <w:r/>
      <w:r>
        <w:rPr>
          <w:b/>
        </w:rPr>
        <w:t>Empowering Agents with AI</w:t>
      </w:r>
      <w:r/>
    </w:p>
    <w:p>
      <w:r/>
      <w:r>
        <w:t>One of the highlighted features is the real-time multilingual translation tool. This technology enables customer service representatives to engage with clients in their preferred languages, thus streamlining communication and improving customer satisfaction. This development reflects a broader industry trend towards enhanced inclusivity in customer service.</w:t>
      </w:r>
      <w:r/>
    </w:p>
    <w:p>
      <w:r/>
      <w:r>
        <w:t>The webinar will also cover methods for designing personalised customer call flows. With embedded safeguards to ensure ethical AI utilisation, Talkdesk aims to offer adaptive solutions that grow alongside a business’s needs.</w:t>
      </w:r>
      <w:r/>
    </w:p>
    <w:p>
      <w:r/>
      <w:r>
        <w:rPr>
          <w:b/>
        </w:rPr>
        <w:t>AI Toolkit Enhancements</w:t>
      </w:r>
      <w:r/>
    </w:p>
    <w:p>
      <w:r/>
      <w:r>
        <w:t>Attendees can expect to gain expertise on bolstering their current AI toolkit with pre-designed templates for virtual agents, smart scripts, and intent models. These tools offer actionable insights intended to improve both agent performance and customer interactions.</w:t>
      </w:r>
      <w:r/>
    </w:p>
    <w:p>
      <w:r/>
      <w:r>
        <w:t>The integration process of these AI-driven features with third-party cloud platforms will also be discussed, emphasising customisation and scalability for diverse business environments.</w:t>
      </w:r>
      <w:r/>
    </w:p>
    <w:p>
      <w:r/>
      <w:r>
        <w:rPr>
          <w:b/>
        </w:rPr>
        <w:t>Healthcare Experience Cloud Updates</w:t>
      </w:r>
      <w:r/>
    </w:p>
    <w:p>
      <w:r/>
      <w:r>
        <w:t>In addition to these tools, Talkdesk will reveal updates to their Healthcare Experience Cloud, optimising the platform to better serve the healthcare industry’s unique requirements.</w:t>
      </w:r>
      <w:r/>
    </w:p>
    <w:p>
      <w:r/>
      <w:r>
        <w:t>Registration for the webinar is open, and it offers a critical opportunity for professionals looking to elevate their contact centre capabilities with cutting-edge AI technologies. The event is reviewed by Robyn Coppell, ensuring the content's relevance and expertise.</w:t>
      </w:r>
      <w:r/>
    </w:p>
    <w:p>
      <w:r/>
      <w:r>
        <w:t>As the contact centre industry increasingly shifts towards technological solutions, events like this provide valuable insights into current trends and future directions.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https://www.talkdesk.com/resources/webinars/supercharge-productivity-personalize-customer-journeys-with-agent-driven-ai/</w:t>
        </w:r>
      </w:hyperlink>
      <w:r>
        <w:t xml:space="preserve"> - This link corroborates the details about the webinar scheduled for 29 October 2024, focusing on advanced AI tools to supercharge productivity and personalize customer journeys.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https://www.callcentrehelper.com/agent-driven-ai-webinar-246449.htm</w:t>
        </w:r>
      </w:hyperlink>
      <w:r>
        <w:t xml:space="preserve"> - This link confirms the webinar's date, time, and virtual nature, as well as the focus on AI-powered tools for contact centre operations.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https://www.callcentrehelper.com/elevating-retail-cx-lessons-webinar-246450.htm</w:t>
        </w:r>
      </w:hyperlink>
      <w:r>
        <w:t xml:space="preserve"> - Although focused on a different webinar, this link supports the broader context of Talkdesk's commitment to innovation in contact centre technology.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https://www.talkdesk.com/resources/webinars/elevating-the-retail-customer-experience-lessons-from-talkdesk-and-frost-sullivan/</w:t>
        </w:r>
      </w:hyperlink>
      <w:r>
        <w:t xml:space="preserve"> - This link provides additional context on Talkdesk's efforts in enhancing customer experience, aligning with the theme of the upcoming webinar.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https://www.linkedin.com/posts/talkdesk_webinar-100daysofai-ai-activity-7252332596305514497-jqRi</w:t>
        </w:r>
      </w:hyperlink>
      <w:r>
        <w:t xml:space="preserve"> - This link highlights Talkdesk's ongoing AI journey and new launches, supporting the claim of continuous innovation and technological advancements.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https://www.talkdesk.com/resources/webinars/supercharge-productivity-personalize-customer-journeys-with-agent-driven-ai/</w:t>
        </w:r>
      </w:hyperlink>
      <w:r>
        <w:t xml:space="preserve"> - This link details the real-time multilingual translation tool and personalized customer call flows, showcasing Talkdesk's focus on inclusivity and adaptive AI solutions.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https://www.callcentrehelper.com/agent-driven-ai-webinar-246449.htm</w:t>
        </w:r>
      </w:hyperlink>
      <w:r>
        <w:t xml:space="preserve"> - This link explains the methods for designing personalized customer call flows and the integration of AI-driven features with third-party cloud platforms.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https://www.talkdesk.com/resources/webinars/supercharge-productivity-personalize-customer-journeys-with-agent-driven-ai/</w:t>
        </w:r>
      </w:hyperlink>
      <w:r>
        <w:t xml:space="preserve"> - This link discusses the use of pre-designed templates for virtual agents, smart scripts, and intent models to enhance the AI toolkit.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https://www.callcentrehelper.com/agent-driven-ai-webinar-246449.htm</w:t>
        </w:r>
      </w:hyperlink>
      <w:r>
        <w:t xml:space="preserve"> - This link mentions the emphasis on customisation and scalability for diverse business environments through the integration of AI-driven features.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https://www.talkdesk.com/resources/webinars/supercharge-productivity-personalize-customer-journeys-with-agent-driven-ai/</w:t>
        </w:r>
      </w:hyperlink>
      <w:r>
        <w:t xml:space="preserve"> - This link touches on the updates to Talkdesk's Healthcare Experience Cloud, optimizing it for the healthcare industry's unique requirements.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https://www.callcentrehelper.com/agent-driven-ai-webinar-246449.htm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alkdesk.com/resources/webinars/supercharge-productivity-personalize-customer-journeys-with-agent-driven-ai/" TargetMode="External"/><Relationship Id="rId11" Type="http://schemas.openxmlformats.org/officeDocument/2006/relationships/hyperlink" Target="https://www.callcentrehelper.com/agent-driven-ai-webinar-246449.htm" TargetMode="External"/><Relationship Id="rId12" Type="http://schemas.openxmlformats.org/officeDocument/2006/relationships/hyperlink" Target="https://www.callcentrehelper.com/elevating-retail-cx-lessons-webinar-246450.htm" TargetMode="External"/><Relationship Id="rId13" Type="http://schemas.openxmlformats.org/officeDocument/2006/relationships/hyperlink" Target="https://www.talkdesk.com/resources/webinars/elevating-the-retail-customer-experience-lessons-from-talkdesk-and-frost-sullivan/" TargetMode="External"/><Relationship Id="rId14" Type="http://schemas.openxmlformats.org/officeDocument/2006/relationships/hyperlink" Target="https://www.linkedin.com/posts/talkdesk_webinar-100daysofai-ai-activity-7252332596305514497-jqRi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