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content marketing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current landscape of digital transformation, content marketing has cemented its role as a vital component of brand promotion strategies for businesses around the world. With the integration of advanced technologies like Artificial Intelligence (AI), companies are finding new avenues to enhance their content marketing efforts, aiming to bolster customer engagement and streamline operations.</w:t>
      </w:r>
      <w:r/>
    </w:p>
    <w:p>
      <w:r/>
      <w:r>
        <w:t>One of the most impactful applications of AI in content marketing is the development of personalised content recommendations. By leveraging data analytics, AI systems can assess various customer-related information, including browsing history, previous purchases, and demographic details. This analysis enables businesses to provide tailored content recommendations to their customers, fostering more personalised interactions that can enhance customer satisfaction and build trust.</w:t>
      </w:r>
      <w:r/>
    </w:p>
    <w:p>
      <w:r/>
      <w:r>
        <w:t>Additionally, AI is increasingly employed to automate the creation of content itself. Numerous AI platforms are now capable of generating a wide spectrum of content types, from succinct social media posts to more comprehensive blog articles. By adopting AI tools for content generation, companies can expedite the creation and distribution processes, thereby saving both time and financial resources. This technological efficiency allows businesses to focus on strategic aspects while maintaining a steady flow of content output.</w:t>
      </w:r>
      <w:r/>
    </w:p>
    <w:p>
      <w:r/>
      <w:r>
        <w:t>Optimisation of content strategies is another area where AI proves invaluable. Through sophisticated algorithms, businesses can monitor and scrutinise the performance metrics of their content, such as website traffic, click-through rates, and audience engagement metrics. These insights empower businesses to gain a deeper understanding of their audience’s preferences and behaviours, enabling them to finely tune their content strategies to align with market demands and consumer interests.</w:t>
      </w:r>
      <w:r/>
    </w:p>
    <w:p>
      <w:r/>
      <w:r>
        <w:t>AI-powered chatbots present another innovative approach to content marketing. These digital assistants employ AI algorithms to facilitate dynamic, conversational interactions with customers. Chatbots are adept at addressing customer queries, offering customised recommendations, and guiding prospective buyers through the sales journey. With the capability to integrate seamlessly into existing customer service frameworks, they can significantly enhance the customer experience by providing prompt and personalised support.</w:t>
      </w:r>
      <w:r/>
    </w:p>
    <w:p>
      <w:r/>
      <w:r>
        <w:t>Moreover, sentiment analysis driven by AI provides businesses with the tools to gauge consumer perceptions and attitudes towards their brand. By processing extensive volumes of customer feedback through social media, reviews, and other feedback channels, AI algorithms can detect significant trends and sentiments. These insights are instrumental in refining content marketing strategies by identifying successful approaches and pinpointing areas in need of improvement.</w:t>
      </w:r>
      <w:r/>
    </w:p>
    <w:p>
      <w:r/>
      <w:r>
        <w:t>Furthermore, the use of AI in content marketing extends to ideation, assisting businesses in staying ahead with fresh and relevant content ideas. Tools such as Buzzsumo and Content Idea Generator utilise customer behaviour patterns to inspire new content initiatives and identify trending topics. By keeping abreast of emerging trends, companies can ensure their content remains current and engaging.</w:t>
      </w:r>
      <w:r/>
    </w:p>
    <w:p>
      <w:r/>
      <w:r>
        <w:t>While AI presents a plethora of opportunities to transform content marketing, it is crucial for businesses to vigilantly oversee AI-generated content to ensure it resonates with their brand values and message authenticity. Companies are encouraged to continue integrating AI technologies thoughtfully into their strategies to optimise their marketing endeavours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https://www.535media.com/how-ai-is-transforming-digital-marketing/</w:t>
        </w:r>
      </w:hyperlink>
      <w:r>
        <w:t xml:space="preserve"> - Corroborates the use of AI in developing personalized content recommendations and automating content creation.</w:t>
      </w:r>
      <w:r/>
    </w:p>
    <w:p>
      <w:pPr>
        <w:pStyle w:val="ListNumber"/>
        <w:spacing w:line="240" w:lineRule="auto"/>
        <w:ind w:left="720"/>
      </w:pPr>
      <w:r/>
      <w:hyperlink r:id="rId11">
        <w:r>
          <w:rPr>
            <w:color w:val="0000EE"/>
            <w:u w:val="single"/>
          </w:rPr>
          <w:t>https://velaro.com/blog/ai-in-digital-marketing</w:t>
        </w:r>
      </w:hyperlink>
      <w:r>
        <w:t xml:space="preserve"> - Supports the automation of content creation, optimization of content strategies, and the use of AI-powered chatbots in content marketing.</w:t>
      </w:r>
      <w:r/>
    </w:p>
    <w:p>
      <w:pPr>
        <w:pStyle w:val="ListNumber"/>
        <w:spacing w:line="240" w:lineRule="auto"/>
        <w:ind w:left="720"/>
      </w:pPr>
      <w:r/>
      <w:hyperlink r:id="rId12">
        <w:r>
          <w:rPr>
            <w:color w:val="0000EE"/>
            <w:u w:val="single"/>
          </w:rPr>
          <w:t>https://influencermarketinghub.com/ai-digital-transformation/</w:t>
        </w:r>
      </w:hyperlink>
      <w:r>
        <w:t xml:space="preserve"> - Provides insights into AI's role in enhancing analytics, automating tasks, and delivering personalized content, as well as its impact on influencer marketing.</w:t>
      </w:r>
      <w:r/>
    </w:p>
    <w:p>
      <w:pPr>
        <w:pStyle w:val="ListNumber"/>
        <w:spacing w:line="240" w:lineRule="auto"/>
        <w:ind w:left="720"/>
      </w:pPr>
      <w:r/>
      <w:hyperlink r:id="rId13">
        <w:r>
          <w:rPr>
            <w:color w:val="0000EE"/>
            <w:u w:val="single"/>
          </w:rPr>
          <w:t>https://www.deloittedigital.com/us/en/insights/perspective/genai-press-release.html</w:t>
        </w:r>
      </w:hyperlink>
      <w:r>
        <w:t xml:space="preserve"> - Details the transformation of content marketing through generative AI, including its efficiency and the ability to meet demand for personalized content.</w:t>
      </w:r>
      <w:r/>
    </w:p>
    <w:p>
      <w:pPr>
        <w:pStyle w:val="ListNumber"/>
        <w:spacing w:line="240" w:lineRule="auto"/>
        <w:ind w:left="720"/>
      </w:pPr>
      <w:r/>
      <w:hyperlink r:id="rId14">
        <w:r>
          <w:rPr>
            <w:color w:val="0000EE"/>
            <w:u w:val="single"/>
          </w:rPr>
          <w:t>https://coppmedia.com/ai-in-content-marketing/</w:t>
        </w:r>
      </w:hyperlink>
      <w:r>
        <w:t xml:space="preserve"> - Explains how AI enhances content marketing through personalized recommendations, content generation, and predictive analytics.</w:t>
      </w:r>
      <w:r/>
    </w:p>
    <w:p>
      <w:pPr>
        <w:pStyle w:val="ListNumber"/>
        <w:spacing w:line="240" w:lineRule="auto"/>
        <w:ind w:left="720"/>
      </w:pPr>
      <w:r/>
      <w:hyperlink r:id="rId10">
        <w:r>
          <w:rPr>
            <w:color w:val="0000EE"/>
            <w:u w:val="single"/>
          </w:rPr>
          <w:t>https://www.535media.com/how-ai-is-transforming-digital-marketing/</w:t>
        </w:r>
      </w:hyperlink>
      <w:r>
        <w:t xml:space="preserve"> - Discusses the optimization of content strategies using AI and the importance of monitoring performance metrics.</w:t>
      </w:r>
      <w:r/>
    </w:p>
    <w:p>
      <w:pPr>
        <w:pStyle w:val="ListNumber"/>
        <w:spacing w:line="240" w:lineRule="auto"/>
        <w:ind w:left="720"/>
      </w:pPr>
      <w:r/>
      <w:hyperlink r:id="rId11">
        <w:r>
          <w:rPr>
            <w:color w:val="0000EE"/>
            <w:u w:val="single"/>
          </w:rPr>
          <w:t>https://velaro.com/blog/ai-in-digital-marketing</w:t>
        </w:r>
      </w:hyperlink>
      <w:r>
        <w:t xml:space="preserve"> - Highlights the role of AI-powered chatbots in facilitating dynamic customer interactions and providing personalized support.</w:t>
      </w:r>
      <w:r/>
    </w:p>
    <w:p>
      <w:pPr>
        <w:pStyle w:val="ListNumber"/>
        <w:spacing w:line="240" w:lineRule="auto"/>
        <w:ind w:left="720"/>
      </w:pPr>
      <w:r/>
      <w:hyperlink r:id="rId12">
        <w:r>
          <w:rPr>
            <w:color w:val="0000EE"/>
            <w:u w:val="single"/>
          </w:rPr>
          <w:t>https://influencermarketinghub.com/ai-digital-transformation/</w:t>
        </w:r>
      </w:hyperlink>
      <w:r>
        <w:t xml:space="preserve"> - Mentions sentiment analysis driven by AI to gauge consumer perceptions and attitudes towards a brand.</w:t>
      </w:r>
      <w:r/>
    </w:p>
    <w:p>
      <w:pPr>
        <w:pStyle w:val="ListNumber"/>
        <w:spacing w:line="240" w:lineRule="auto"/>
        <w:ind w:left="720"/>
      </w:pPr>
      <w:r/>
      <w:hyperlink r:id="rId14">
        <w:r>
          <w:rPr>
            <w:color w:val="0000EE"/>
            <w:u w:val="single"/>
          </w:rPr>
          <w:t>https://coppmedia.com/ai-in-content-marketing/</w:t>
        </w:r>
      </w:hyperlink>
      <w:r>
        <w:t xml:space="preserve"> - Describes how AI tools like BuzzSumo assist in content ideation and identifying trending topics.</w:t>
      </w:r>
      <w:r/>
    </w:p>
    <w:p>
      <w:pPr>
        <w:pStyle w:val="ListNumber"/>
        <w:spacing w:line="240" w:lineRule="auto"/>
        <w:ind w:left="720"/>
      </w:pPr>
      <w:r/>
      <w:hyperlink r:id="rId11">
        <w:r>
          <w:rPr>
            <w:color w:val="0000EE"/>
            <w:u w:val="single"/>
          </w:rPr>
          <w:t>https://velaro.com/blog/ai-in-digital-marketing</w:t>
        </w:r>
      </w:hyperlink>
      <w:r>
        <w:t xml:space="preserve"> - Emphasizes the need for human oversight to ensure AI-generated content aligns with brand values and message authenticity.</w:t>
      </w:r>
      <w:r/>
    </w:p>
    <w:p>
      <w:pPr>
        <w:pStyle w:val="ListNumber"/>
        <w:spacing w:line="240" w:lineRule="auto"/>
        <w:ind w:left="720"/>
      </w:pPr>
      <w:r/>
      <w:hyperlink r:id="rId13">
        <w:r>
          <w:rPr>
            <w:color w:val="0000EE"/>
            <w:u w:val="single"/>
          </w:rPr>
          <w:t>https://www.deloittedigital.com/us/en/insights/perspective/genai-press-release.html</w:t>
        </w:r>
      </w:hyperlink>
      <w:r>
        <w:t xml:space="preserve"> - Supports the integration of AI technologies to optimize marketing endeavors effectively and maintain brand consistency.</w:t>
      </w:r>
      <w:r/>
    </w:p>
    <w:p>
      <w:pPr>
        <w:pStyle w:val="ListNumber"/>
        <w:spacing w:line="240" w:lineRule="auto"/>
        <w:ind w:left="720"/>
      </w:pPr>
      <w:r/>
      <w:hyperlink r:id="rId15">
        <w:r>
          <w:rPr>
            <w:color w:val="0000EE"/>
            <w:u w:val="single"/>
          </w:rPr>
          <w:t>https://www.icenimagazine.co.uk/using-ai-successfully-to-improve-your-business-content-marketing/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535media.com/how-ai-is-transforming-digital-marketing/" TargetMode="External"/><Relationship Id="rId11" Type="http://schemas.openxmlformats.org/officeDocument/2006/relationships/hyperlink" Target="https://velaro.com/blog/ai-in-digital-marketing" TargetMode="External"/><Relationship Id="rId12" Type="http://schemas.openxmlformats.org/officeDocument/2006/relationships/hyperlink" Target="https://influencermarketinghub.com/ai-digital-transformation/" TargetMode="External"/><Relationship Id="rId13" Type="http://schemas.openxmlformats.org/officeDocument/2006/relationships/hyperlink" Target="https://www.deloittedigital.com/us/en/insights/perspective/genai-press-release.html" TargetMode="External"/><Relationship Id="rId14" Type="http://schemas.openxmlformats.org/officeDocument/2006/relationships/hyperlink" Target="https://coppmedia.com/ai-in-content-marketing/" TargetMode="External"/><Relationship Id="rId15" Type="http://schemas.openxmlformats.org/officeDocument/2006/relationships/hyperlink" Target="https://www.icenimagazine.co.uk/using-ai-successfully-to-improve-your-business-content-marke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