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impact of AI on automotive search engine optimisation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ever-evolving landscape of digital technology, the integration of artificial intelligence (AI) into search engines is challenging traditional strategies, particularly in the automotive industry's approach to Search Engine Optimisation (SEO). Google, a frontrunner in AI advancement, is reshaping the way search results are presented with its newly implemented feature known as "AI Overview." Initially tested under the moniker Search Generative Experience (SGE), this tool has moved from beta testing into mainstream application as of early 2024.</w:t>
      </w:r>
      <w:r/>
    </w:p>
    <w:p>
      <w:r/>
      <w:r>
        <w:t>AI Overview presents AI-generated search summaries at the top of the results page, currently seeking to replace the longstanding "Featured Snippets." A diverse mix of sources and articles are used to generate these overviews, offering a concise, AI-crafted summary for user queries. On mobile devices, AI Overview insights now frequently appear by default, offering streamlined access to information such as pricing estimates or potentially elementary concepts regarding AI uses. For desktop users, the feature can be enabled in Chrome, providing consistency across platforms.</w:t>
      </w:r>
      <w:r/>
    </w:p>
    <w:p>
      <w:r/>
      <w:r>
        <w:t>This shift in search dynamics raises pertinent questions about the relevance of traditional SEO, particularly in its effectiveness to maintain visibility and drive business results. For instance, in the context of automotive queries, users seeking detailed features or comparisons—such as "F-150 Trim Levels"—may find their needs satiated by the AI Overview, which proficiently handles informational searches. Conversely, searches driven by transactional intent, like "F-150s for Sale," typically do not trigger an AI Overview, given that these searches often require buyer-specific nuance beyond AI's current capabilities.</w:t>
      </w:r>
      <w:r/>
    </w:p>
    <w:p>
      <w:r/>
      <w:r>
        <w:t>This dual nature of search intent presents a critical distinction for automotive SEO practitioners. Informational searches, well-supported by AI-generated responses, stand in contrast to transactional queries which demand more direct engagement with real-time inventory and personal consumer choices—areas where AI-assisted summaries presently fall short.</w:t>
      </w:r>
      <w:r/>
    </w:p>
    <w:p>
      <w:r/>
      <w:r>
        <w:t>The introduction of AI Overview prompts a reconsideration of SEO strategies within the automotive sector. While the technological leap forwards implies exciting prospects, notably in handling general information queries, it underscores the enduring necessity of traditional SEO practices tailored to transactional purposes. As AI technology continues to develop, it becomes crucial for automotive dealers to understand that the success of their SEO efforts is grounded not in mere alignment with AI capabilities but in effectively addressing the specific needs of search intent.</w:t>
      </w:r>
      <w:r/>
    </w:p>
    <w:p>
      <w:r/>
      <w:r>
        <w:t>In essence, Google's AI Overview represents a significant technological advancement, potentially transforming how information is accessed and consumed. Yet, it serves as a reminder that while these developments are reshaping digital landscapes, the essence of SEO for transactional activities in industries like automotive remains distinct and firmly attached to traditional methodologies. Crafting effective SEO strategies now involves blending cutting-edge AI capabilities with the proven techniques that continue to drive consumer engagement and conversion.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https://support.google.com/websearch/answer/14901683?hl=en&amp;p=ai_overviews&amp;rd=1&amp;visit_id=638530235353939754-3844204137</w:t>
        </w:r>
      </w:hyperlink>
      <w:r>
        <w:t xml:space="preserve"> - Explains the introduction and functionality of Google's AI Overviews, including their availability and how they work.</w:t>
      </w:r>
      <w:r/>
    </w:p>
    <w:p>
      <w:pPr>
        <w:pStyle w:val="ListNumber"/>
        <w:spacing w:line="240" w:lineRule="auto"/>
        <w:ind w:left="720"/>
      </w:pPr>
      <w:r/>
      <w:hyperlink r:id="rId11">
        <w:r>
          <w:rPr>
            <w:color w:val="0000EE"/>
            <w:u w:val="single"/>
          </w:rPr>
          <w:t>https://exposureninja.com/blog/how-to-rank-ai-overview/</w:t>
        </w:r>
      </w:hyperlink>
      <w:r>
        <w:t xml:space="preserve"> - Discusses the launch of AI Overviews, their differences from the previous SGE, and tips on how to rank in AI Overviews.</w:t>
      </w:r>
      <w:r/>
    </w:p>
    <w:p>
      <w:pPr>
        <w:pStyle w:val="ListNumber"/>
        <w:spacing w:line="240" w:lineRule="auto"/>
        <w:ind w:left="720"/>
      </w:pPr>
      <w:r/>
      <w:hyperlink r:id="rId12">
        <w:r>
          <w:rPr>
            <w:color w:val="0000EE"/>
            <w:u w:val="single"/>
          </w:rPr>
          <w:t>https://www.cnet.com/tech/services-and-software/ai-overviews-are-taking-over-google-search-how-to-turn-it-off/</w:t>
        </w:r>
      </w:hyperlink>
      <w:r>
        <w:t xml:space="preserve"> - Details the rollout of AI Overviews, their appearance in search results, and methods to minimize or disable them.</w:t>
      </w:r>
      <w:r/>
    </w:p>
    <w:p>
      <w:pPr>
        <w:pStyle w:val="ListNumber"/>
        <w:spacing w:line="240" w:lineRule="auto"/>
        <w:ind w:left="720"/>
      </w:pPr>
      <w:r/>
      <w:hyperlink r:id="rId13">
        <w:r>
          <w:rPr>
            <w:color w:val="0000EE"/>
            <w:u w:val="single"/>
          </w:rPr>
          <w:t>https://searchengineland.com/google-rolling-out-new-ai-overview-links-and-organized-search-results-447205</w:t>
        </w:r>
      </w:hyperlink>
      <w:r>
        <w:t xml:space="preserve"> - Describes the new AI-organized search results and the updated links and citations format in AI Overviews.</w:t>
      </w:r>
      <w:r/>
    </w:p>
    <w:p>
      <w:pPr>
        <w:pStyle w:val="ListNumber"/>
        <w:spacing w:line="240" w:lineRule="auto"/>
        <w:ind w:left="720"/>
      </w:pPr>
      <w:r/>
      <w:hyperlink r:id="rId14">
        <w:r>
          <w:rPr>
            <w:color w:val="0000EE"/>
            <w:u w:val="single"/>
          </w:rPr>
          <w:t>https://www.carnegiehighered.com/blog/how-to-optimize-higher-education-websites-for-googles-ai-powered-search-generative-experience/</w:t>
        </w:r>
      </w:hyperlink>
      <w:r>
        <w:t xml:space="preserve"> - Provides insights into optimizing websites for Google's AI Overviews, including the impact on SEO and search behavior.</w:t>
      </w:r>
      <w:r/>
    </w:p>
    <w:p>
      <w:pPr>
        <w:pStyle w:val="ListNumber"/>
        <w:spacing w:line="240" w:lineRule="auto"/>
        <w:ind w:left="720"/>
      </w:pPr>
      <w:r/>
      <w:hyperlink r:id="rId10">
        <w:r>
          <w:rPr>
            <w:color w:val="0000EE"/>
            <w:u w:val="single"/>
          </w:rPr>
          <w:t>https://support.google.com/websearch/answer/14901683?hl=en&amp;p=ai_overviews&amp;rd=1&amp;visit_id=638530235353939754-3844204137</w:t>
        </w:r>
      </w:hyperlink>
      <w:r>
        <w:t xml:space="preserve"> - Explains that AI Overviews are powered by generative AI and can appear for informational searches but not typically for transactional searches.</w:t>
      </w:r>
      <w:r/>
    </w:p>
    <w:p>
      <w:pPr>
        <w:pStyle w:val="ListNumber"/>
        <w:spacing w:line="240" w:lineRule="auto"/>
        <w:ind w:left="720"/>
      </w:pPr>
      <w:r/>
      <w:hyperlink r:id="rId11">
        <w:r>
          <w:rPr>
            <w:color w:val="0000EE"/>
            <w:u w:val="single"/>
          </w:rPr>
          <w:t>https://exposureninja.com/blog/how-to-rank-ai-overview/</w:t>
        </w:r>
      </w:hyperlink>
      <w:r>
        <w:t xml:space="preserve"> - Mentions that AI Overviews handle informational searches well but may not be suitable for transactional intent searches like 'F-150s for Sale'.</w:t>
      </w:r>
      <w:r/>
    </w:p>
    <w:p>
      <w:pPr>
        <w:pStyle w:val="ListNumber"/>
        <w:spacing w:line="240" w:lineRule="auto"/>
        <w:ind w:left="720"/>
      </w:pPr>
      <w:r/>
      <w:hyperlink r:id="rId12">
        <w:r>
          <w:rPr>
            <w:color w:val="0000EE"/>
            <w:u w:val="single"/>
          </w:rPr>
          <w:t>https://www.cnet.com/tech/services-and-software/ai-overviews-are-taking-over-google-search-how-to-turn-it-off/</w:t>
        </w:r>
      </w:hyperlink>
      <w:r>
        <w:t xml:space="preserve"> - Highlights the distinction between informational and transactional searches in the context of AI Overviews.</w:t>
      </w:r>
      <w:r/>
    </w:p>
    <w:p>
      <w:pPr>
        <w:pStyle w:val="ListNumber"/>
        <w:spacing w:line="240" w:lineRule="auto"/>
        <w:ind w:left="720"/>
      </w:pPr>
      <w:r/>
      <w:hyperlink r:id="rId13">
        <w:r>
          <w:rPr>
            <w:color w:val="0000EE"/>
            <w:u w:val="single"/>
          </w:rPr>
          <w:t>https://searchengineland.com/google-rolling-out-new-ai-overview-links-and-organized-search-results-447205</w:t>
        </w:r>
      </w:hyperlink>
      <w:r>
        <w:t xml:space="preserve"> - Discusses the evolution of search results with AI Overviews and their impact on how information is accessed and consumed.</w:t>
      </w:r>
      <w:r/>
    </w:p>
    <w:p>
      <w:pPr>
        <w:pStyle w:val="ListNumber"/>
        <w:spacing w:line="240" w:lineRule="auto"/>
        <w:ind w:left="720"/>
      </w:pPr>
      <w:r/>
      <w:hyperlink r:id="rId14">
        <w:r>
          <w:rPr>
            <w:color w:val="0000EE"/>
            <w:u w:val="single"/>
          </w:rPr>
          <w:t>https://www.carnegiehighered.com/blog/how-to-optimize-higher-education-websites-for-googles-ai-powered-search-generative-experience/</w:t>
        </w:r>
      </w:hyperlink>
      <w:r>
        <w:t xml:space="preserve"> - Emphasizes the need to blend AI capabilities with traditional SEO strategies to address different search intents effectively.</w:t>
      </w:r>
      <w:r/>
    </w:p>
    <w:p>
      <w:pPr>
        <w:pStyle w:val="ListNumber"/>
        <w:spacing w:line="240" w:lineRule="auto"/>
        <w:ind w:left="720"/>
      </w:pPr>
      <w:r/>
      <w:hyperlink r:id="rId10">
        <w:r>
          <w:rPr>
            <w:color w:val="0000EE"/>
            <w:u w:val="single"/>
          </w:rPr>
          <w:t>https://support.google.com/websearch/answer/14901683?hl=en&amp;p=ai_overviews&amp;rd=1&amp;visit_id=638530235353939754-3844204137</w:t>
        </w:r>
      </w:hyperlink>
      <w:r>
        <w:t xml:space="preserve"> - Explains the importance of user feedback in improving AI Overviews and the ongoing development of these features.</w:t>
      </w:r>
      <w:r/>
    </w:p>
    <w:p>
      <w:pPr>
        <w:pStyle w:val="ListNumber"/>
        <w:spacing w:line="240" w:lineRule="auto"/>
        <w:ind w:left="720"/>
      </w:pPr>
      <w:r/>
      <w:hyperlink r:id="rId15">
        <w:r>
          <w:rPr>
            <w:color w:val="0000EE"/>
            <w:u w:val="single"/>
          </w:rPr>
          <w:t>https://www.autosuccessonline.com/seo-optimized-ai-search/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upport.google.com/websearch/answer/14901683?hl=en&amp;p=ai_overviews&amp;rd=1&amp;visit_id=638530235353939754-3844204137" TargetMode="External"/><Relationship Id="rId11" Type="http://schemas.openxmlformats.org/officeDocument/2006/relationships/hyperlink" Target="https://exposureninja.com/blog/how-to-rank-ai-overview/" TargetMode="External"/><Relationship Id="rId12" Type="http://schemas.openxmlformats.org/officeDocument/2006/relationships/hyperlink" Target="https://www.cnet.com/tech/services-and-software/ai-overviews-are-taking-over-google-search-how-to-turn-it-off/" TargetMode="External"/><Relationship Id="rId13" Type="http://schemas.openxmlformats.org/officeDocument/2006/relationships/hyperlink" Target="https://searchengineland.com/google-rolling-out-new-ai-overview-links-and-organized-search-results-447205" TargetMode="External"/><Relationship Id="rId14" Type="http://schemas.openxmlformats.org/officeDocument/2006/relationships/hyperlink" Target="https://www.carnegiehighered.com/blog/how-to-optimize-higher-education-websites-for-googles-ai-powered-search-generative-experience/" TargetMode="External"/><Relationship Id="rId15" Type="http://schemas.openxmlformats.org/officeDocument/2006/relationships/hyperlink" Target="https://www.autosuccessonline.com/seo-optimized-ai-sear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