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Tiny Traveler AI Classic: A comprehensive review of the latest baby monitor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Tiny Traveler AI Classic: A Comprehensive Review of the Latest Baby Monitor Technology</w:t>
      </w:r>
      <w:r/>
    </w:p>
    <w:p>
      <w:r/>
      <w:r>
        <w:t>In the world of parenthood, ensuring a child's safety and comfort during times of separation has always been a priority. The evolution of technology has brought about advanced solutions to ease this universal parental concern. New Jersey families have recently turned their attention toward the Tiny Traveler AI Classic baby monitor, a product that promises a blend of convenience, reliability, and state-of-the-art features.</w:t>
      </w:r>
      <w:r/>
    </w:p>
    <w:p>
      <w:r/>
      <w:r>
        <w:rPr>
          <w:b/>
        </w:rPr>
        <w:t>In-Depth Look at the Tiny Traveler AI Classic</w:t>
      </w:r>
      <w:r/>
    </w:p>
    <w:p>
      <w:r/>
      <w:r>
        <w:t>The Tiny Traveler AI Classic baby monitor has received significant attention for its thoughtful combination of design and functionality. Over several weeks, the device underwent extensive testing in various settings across a typical Jersey Shore home, showcasing its capabilities and reliability.</w:t>
      </w:r>
      <w:r/>
    </w:p>
    <w:p>
      <w:r/>
      <w:r>
        <w:rPr>
          <w:b/>
        </w:rPr>
        <w:t>Design and Portability</w:t>
      </w:r>
      <w:r/>
    </w:p>
    <w:p>
      <w:r/>
      <w:r>
        <w:t>The monitor boasts a compact and lightweight design, making it easy for parents to carry in diaper bags or purses. The 3.5-inch LCD screen delivers clear, sharp visuals, proving essential for parents wanting a constant view of their little ones.</w:t>
      </w:r>
      <w:r/>
    </w:p>
    <w:p>
      <w:r/>
      <w:r>
        <w:rPr>
          <w:b/>
        </w:rPr>
        <w:t>Key Features</w:t>
      </w:r>
      <w:r/>
      <w:r/>
    </w:p>
    <w:p>
      <w:pPr>
        <w:pStyle w:val="ListBullet"/>
        <w:spacing w:line="240" w:lineRule="auto"/>
        <w:ind w:left="720"/>
      </w:pPr>
      <w:r/>
      <w:r>
        <w:t>Wireless Range: The monitor functions wirelessly up to 1,000 feet without needing WiFi, ensuring parents can keep an eye on their child from different rooms or even levels of the house.</w:t>
      </w:r>
      <w:r/>
    </w:p>
    <w:p>
      <w:pPr>
        <w:pStyle w:val="ListBullet"/>
        <w:spacing w:line="240" w:lineRule="auto"/>
        <w:ind w:left="720"/>
      </w:pPr>
      <w:r/>
      <w:r>
        <w:t>Night Vision: Its automatic night vision feature guarantees visibility of the baby in dim lighting, transitioning seamlessly as ambient light changes.</w:t>
      </w:r>
      <w:r/>
    </w:p>
    <w:p>
      <w:pPr>
        <w:pStyle w:val="ListBullet"/>
        <w:spacing w:line="240" w:lineRule="auto"/>
        <w:ind w:left="720"/>
      </w:pPr>
      <w:r/>
      <w:r>
        <w:t>Duo Vision: An optional second camera allows simultaneous monitoring of multiple children, a beneficial feature for households with infants and toddlers.</w:t>
      </w:r>
      <w:r/>
    </w:p>
    <w:p>
      <w:pPr>
        <w:pStyle w:val="ListBullet"/>
        <w:spacing w:line="240" w:lineRule="auto"/>
        <w:ind w:left="720"/>
      </w:pPr>
      <w:r/>
      <w:r>
        <w:t>Battery Life: With eight hours of battery life provided by the camera battery cradle, recharging becomes less of a frequent chore.</w:t>
      </w:r>
      <w:r/>
    </w:p>
    <w:p>
      <w:pPr>
        <w:pStyle w:val="ListBullet"/>
        <w:spacing w:line="240" w:lineRule="auto"/>
        <w:ind w:left="720"/>
      </w:pPr>
      <w:r/>
      <w:r>
        <w:t>Two-Way Communication: This feature allows parents to talk to their baby or play soothing sounds, effectively easing the child during naps or nighttime wakes.</w:t>
      </w:r>
      <w:r/>
      <w:r/>
    </w:p>
    <w:p>
      <w:r/>
      <w:r>
        <w:rPr>
          <w:b/>
        </w:rPr>
        <w:t>Performance Evaluation</w:t>
      </w:r>
      <w:r/>
    </w:p>
    <w:p>
      <w:r/>
      <w:r>
        <w:t>The Tiny Traveler AI Classic maintained a robust wireless signal throughout a typical home environment. Its video quality remained consistently high both during the day and at night, enhancing parental assurance of their baby's wellbeing.</w:t>
      </w:r>
      <w:r/>
    </w:p>
    <w:p>
      <w:r/>
      <w:r>
        <w:rPr>
          <w:b/>
        </w:rPr>
        <w:t>Additional Features and Benefits</w:t>
      </w:r>
      <w:r/>
    </w:p>
    <w:p>
      <w:r/>
      <w:r>
        <w:t>The monitor also offers:</w:t>
      </w:r>
      <w:r/>
      <w:r/>
    </w:p>
    <w:p>
      <w:pPr>
        <w:pStyle w:val="ListBullet"/>
        <w:spacing w:line="240" w:lineRule="auto"/>
        <w:ind w:left="720"/>
      </w:pPr>
      <w:r/>
      <w:r>
        <w:t>Optional Recording: Parents can capture special moments, adding sentimental value to the device.</w:t>
      </w:r>
      <w:r/>
    </w:p>
    <w:p>
      <w:pPr>
        <w:pStyle w:val="ListBullet"/>
        <w:spacing w:line="240" w:lineRule="auto"/>
        <w:ind w:left="720"/>
      </w:pPr>
      <w:r/>
      <w:r>
        <w:t>Temperature Monitoring: Observing the baby's room climate provides added peace of mind.</w:t>
      </w:r>
      <w:r/>
    </w:p>
    <w:p>
      <w:pPr>
        <w:pStyle w:val="ListBullet"/>
        <w:spacing w:line="240" w:lineRule="auto"/>
        <w:ind w:left="720"/>
      </w:pPr>
      <w:r/>
      <w:r>
        <w:t>Lullabies and White Noise: Pre-loaded sound options help calm and lull babies to sleep more swiftly.</w:t>
      </w:r>
      <w:r/>
      <w:r/>
    </w:p>
    <w:p>
      <w:r/>
      <w:r>
        <w:rPr>
          <w:b/>
        </w:rPr>
        <w:t>Consumer Insights: Who Benefits Most?</w:t>
      </w:r>
      <w:r/>
    </w:p>
    <w:p>
      <w:r/>
      <w:r>
        <w:t>The Tiny Traveler AI Classic stands out particularly for:</w:t>
      </w:r>
      <w:r/>
      <w:r/>
    </w:p>
    <w:p>
      <w:pPr>
        <w:pStyle w:val="ListBullet"/>
        <w:spacing w:line="240" w:lineRule="auto"/>
        <w:ind w:left="720"/>
      </w:pPr>
      <w:r/>
      <w:r>
        <w:t>Parents who prioritise portability and ease of use.</w:t>
      </w:r>
      <w:r/>
    </w:p>
    <w:p>
      <w:pPr>
        <w:pStyle w:val="ListBullet"/>
        <w:spacing w:line="240" w:lineRule="auto"/>
        <w:ind w:left="720"/>
      </w:pPr>
      <w:r/>
      <w:r>
        <w:t>Families with multiple young children, benefiting from the Duo Vision feature.</w:t>
      </w:r>
      <w:r/>
    </w:p>
    <w:p>
      <w:pPr>
        <w:pStyle w:val="ListBullet"/>
        <w:spacing w:line="240" w:lineRule="auto"/>
        <w:ind w:left="720"/>
      </w:pPr>
      <w:r/>
      <w:r>
        <w:t>Those who appreciate intuitive setup and design.</w:t>
      </w:r>
      <w:r/>
      <w:r/>
    </w:p>
    <w:p>
      <w:r/>
      <w:r>
        <w:rPr>
          <w:b/>
        </w:rPr>
        <w:t>Market Comparison and Availability</w:t>
      </w:r>
      <w:r/>
    </w:p>
    <w:p>
      <w:r/>
      <w:r>
        <w:t>The monitor's superior 1,000-foot wireless range distinguishes it from competitors, alongside its dual-camera capability. For potential buyers, it is priced between $150-$200, depending on the chosen retailer or bundles, and can be purchased from Amazon, Buy Buy Baby, and other major outlets.</w:t>
      </w:r>
      <w:r/>
    </w:p>
    <w:p>
      <w:r/>
      <w:r>
        <w:rPr>
          <w:b/>
        </w:rPr>
        <w:t>Conclusion</w:t>
      </w:r>
      <w:r/>
    </w:p>
    <w:p>
      <w:r/>
      <w:r>
        <w:t>For New Jersey families seeking a reliable monitoring solution, the Tiny Traveler AI Classic presents a compelling option. While consumer experiences may vary, this device’s blend of robust features effectively addresses the needs of modern parenting. Parents are advised to explore all available options and consult experts to ensure the best choice tailored to their family’s specific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https://lexienoelleundem.com/tiny-traveler-ai-classic/</w:t>
        </w:r>
      </w:hyperlink>
      <w:r>
        <w:t xml:space="preserve"> - Corroborates the design and portability of the Tiny Traveler AI Classic, including its real-time video and audio features, and various AI-powered detections like Laugh, Cry, and Stand Detection.</w:t>
      </w:r>
      <w:r/>
    </w:p>
    <w:p>
      <w:pPr>
        <w:pStyle w:val="ListNumber"/>
        <w:spacing w:line="240" w:lineRule="auto"/>
        <w:ind w:left="720"/>
      </w:pPr>
      <w:r/>
      <w:hyperlink r:id="rId11">
        <w:r>
          <w:rPr>
            <w:color w:val="0000EE"/>
            <w:u w:val="single"/>
          </w:rPr>
          <w:t>https://www.tomsguide.com/reviews/tiny-traveler</w:t>
        </w:r>
      </w:hyperlink>
      <w:r>
        <w:t xml:space="preserve"> - Supports the features of the Tiny Traveler, such as dual camera support, automatic night vision, and its use as a portable baby monitor, along with details on its design and battery life.</w:t>
      </w:r>
      <w:r/>
    </w:p>
    <w:p>
      <w:pPr>
        <w:pStyle w:val="ListNumber"/>
        <w:spacing w:line="240" w:lineRule="auto"/>
        <w:ind w:left="720"/>
      </w:pPr>
      <w:r/>
      <w:hyperlink r:id="rId12">
        <w:r>
          <w:rPr>
            <w:color w:val="0000EE"/>
            <w:u w:val="single"/>
          </w:rPr>
          <w:t>https://thedigestonline.com/family/tiny-traveler-ai-baby-monitor/</w:t>
        </w:r>
      </w:hyperlink>
      <w:r>
        <w:t xml:space="preserve"> - Confirms the performance and range of the Tiny Traveler AI Classic, highlighting its ability to maintain a strong wireless signal throughout a home environment.</w:t>
      </w:r>
      <w:r/>
    </w:p>
    <w:p>
      <w:pPr>
        <w:pStyle w:val="ListNumber"/>
        <w:spacing w:line="240" w:lineRule="auto"/>
        <w:ind w:left="720"/>
      </w:pPr>
      <w:r/>
      <w:hyperlink r:id="rId13">
        <w:r>
          <w:rPr>
            <w:color w:val="0000EE"/>
            <w:u w:val="single"/>
          </w:rPr>
          <w:t>https://finance.yahoo.com/news/tiny-traveler-launches-innovative-ai-141500886.html</w:t>
        </w:r>
      </w:hyperlink>
      <w:r>
        <w:t xml:space="preserve"> - Details the launch and features of the Tiny Traveler AI Classic, including its AI technology, customizable features, and capabilities like Laugh, Cry, &amp; Stand Detection, and Virtual Fence.</w:t>
      </w:r>
      <w:r/>
    </w:p>
    <w:p>
      <w:pPr>
        <w:pStyle w:val="ListNumber"/>
        <w:spacing w:line="240" w:lineRule="auto"/>
        <w:ind w:left="720"/>
      </w:pPr>
      <w:r/>
      <w:hyperlink r:id="rId14">
        <w:r>
          <w:rPr>
            <w:color w:val="0000EE"/>
            <w:u w:val="single"/>
          </w:rPr>
          <w:t>https://www.amazon.com/Tiny-Traveler-Baby-Monitor-Touchscreen/dp/B0CDGK8CZN</w:t>
        </w:r>
      </w:hyperlink>
      <w:r>
        <w:t xml:space="preserve"> - Provides customer reviews and feedback on the Tiny Traveler baby monitor, including its ease of setup, video quality, and night vision capabilities.</w:t>
      </w:r>
      <w:r/>
    </w:p>
    <w:p>
      <w:pPr>
        <w:pStyle w:val="ListNumber"/>
        <w:spacing w:line="240" w:lineRule="auto"/>
        <w:ind w:left="720"/>
      </w:pPr>
      <w:r/>
      <w:hyperlink r:id="rId10">
        <w:r>
          <w:rPr>
            <w:color w:val="0000EE"/>
            <w:u w:val="single"/>
          </w:rPr>
          <w:t>https://lexienoelleundem.com/tiny-traveler-ai-classic/</w:t>
        </w:r>
      </w:hyperlink>
      <w:r>
        <w:t xml:space="preserve"> - Explains the wifi-free operation of the Tiny Traveler AI Classic, allowing real-time audio and video without an internet connection.</w:t>
      </w:r>
      <w:r/>
    </w:p>
    <w:p>
      <w:pPr>
        <w:pStyle w:val="ListNumber"/>
        <w:spacing w:line="240" w:lineRule="auto"/>
        <w:ind w:left="720"/>
      </w:pPr>
      <w:r/>
      <w:hyperlink r:id="rId11">
        <w:r>
          <w:rPr>
            <w:color w:val="0000EE"/>
            <w:u w:val="single"/>
          </w:rPr>
          <w:t>https://www.tomsguide.com/reviews/tiny-traveler</w:t>
        </w:r>
      </w:hyperlink>
      <w:r>
        <w:t xml:space="preserve"> - Discusses the battery life and interface of the Tiny Traveler, including its 4-hour battery life and the need for the camera to be plugged in for power.</w:t>
      </w:r>
      <w:r/>
    </w:p>
    <w:p>
      <w:pPr>
        <w:pStyle w:val="ListNumber"/>
        <w:spacing w:line="240" w:lineRule="auto"/>
        <w:ind w:left="720"/>
      </w:pPr>
      <w:r/>
      <w:hyperlink r:id="rId13">
        <w:r>
          <w:rPr>
            <w:color w:val="0000EE"/>
            <w:u w:val="single"/>
          </w:rPr>
          <w:t>https://finance.yahoo.com/news/tiny-traveler-launches-innovative-ai-141500886.html</w:t>
        </w:r>
      </w:hyperlink>
      <w:r>
        <w:t xml:space="preserve"> - Mentions the two-way communication feature, allowing parents to talk to their baby or play soothing sounds, and the long-range transmission up to 1,000 feet.</w:t>
      </w:r>
      <w:r/>
    </w:p>
    <w:p>
      <w:pPr>
        <w:pStyle w:val="ListNumber"/>
        <w:spacing w:line="240" w:lineRule="auto"/>
        <w:ind w:left="720"/>
      </w:pPr>
      <w:r/>
      <w:hyperlink r:id="rId12">
        <w:r>
          <w:rPr>
            <w:color w:val="0000EE"/>
            <w:u w:val="single"/>
          </w:rPr>
          <w:t>https://thedigestonline.com/family/tiny-traveler-ai-baby-monitor/</w:t>
        </w:r>
      </w:hyperlink>
      <w:r>
        <w:t xml:space="preserve"> - Highlights the performance and reliability of the Tiny Traveler AI Classic in various settings, ensuring high video quality both during the day and at night.</w:t>
      </w:r>
      <w:r/>
    </w:p>
    <w:p>
      <w:pPr>
        <w:pStyle w:val="ListNumber"/>
        <w:spacing w:line="240" w:lineRule="auto"/>
        <w:ind w:left="720"/>
      </w:pPr>
      <w:r/>
      <w:hyperlink r:id="rId14">
        <w:r>
          <w:rPr>
            <w:color w:val="0000EE"/>
            <w:u w:val="single"/>
          </w:rPr>
          <w:t>https://www.amazon.com/Tiny-Traveler-Baby-Monitor-Touchscreen/dp/B0CDGK8CZN</w:t>
        </w:r>
      </w:hyperlink>
      <w:r>
        <w:t xml:space="preserve"> - Supports the ease of setup and the beneficial features for families with multiple young children, such as the split-screen viewing feature.</w:t>
      </w:r>
      <w:r/>
    </w:p>
    <w:p>
      <w:pPr>
        <w:pStyle w:val="ListNumber"/>
        <w:spacing w:line="240" w:lineRule="auto"/>
        <w:ind w:left="720"/>
      </w:pPr>
      <w:r/>
      <w:hyperlink r:id="rId13">
        <w:r>
          <w:rPr>
            <w:color w:val="0000EE"/>
            <w:u w:val="single"/>
          </w:rPr>
          <w:t>https://finance.yahoo.com/news/tiny-traveler-launches-innovative-ai-141500886.html</w:t>
        </w:r>
      </w:hyperlink>
      <w:r>
        <w:t xml:space="preserve"> - Details the pricing and availability of the Tiny Traveler AI Classic, including its purchase options from Amazon and other major outlets.</w:t>
      </w:r>
      <w:r/>
    </w:p>
    <w:p>
      <w:pPr>
        <w:pStyle w:val="ListNumber"/>
        <w:spacing w:line="240" w:lineRule="auto"/>
        <w:ind w:left="720"/>
      </w:pPr>
      <w:r/>
      <w:hyperlink r:id="rId12">
        <w:r>
          <w:rPr>
            <w:color w:val="0000EE"/>
            <w:u w:val="single"/>
          </w:rPr>
          <w:t>https://thedigestonline.com/family/tiny-traveler-ai-baby-monitor/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xienoelleundem.com/tiny-traveler-ai-classic/" TargetMode="External"/><Relationship Id="rId11" Type="http://schemas.openxmlformats.org/officeDocument/2006/relationships/hyperlink" Target="https://www.tomsguide.com/reviews/tiny-traveler" TargetMode="External"/><Relationship Id="rId12" Type="http://schemas.openxmlformats.org/officeDocument/2006/relationships/hyperlink" Target="https://thedigestonline.com/family/tiny-traveler-ai-baby-monitor/" TargetMode="External"/><Relationship Id="rId13" Type="http://schemas.openxmlformats.org/officeDocument/2006/relationships/hyperlink" Target="https://finance.yahoo.com/news/tiny-traveler-launches-innovative-ai-141500886.html" TargetMode="External"/><Relationship Id="rId14" Type="http://schemas.openxmlformats.org/officeDocument/2006/relationships/hyperlink" Target="https://www.amazon.com/Tiny-Traveler-Baby-Monitor-Touchscreen/dp/B0CDGK8CZ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