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Topaz Labs unveils Gigapixel AI 8: A leap forward in image enhancement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Topaz Labs Unveils Gigapixel AI 8: A Leap Forward in Image Enhancement Technology</w:t>
      </w:r>
      <w:r/>
    </w:p>
    <w:p>
      <w:r/>
      <w:r>
        <w:t>Topaz Labs, a leader in artificial intelligence-driven software solutions, has announced the release of Gigapixel AI 8, setting a new benchmark in image enhancement capabilities. The latest iteration of the software promises to provide users with advanced tools that possess the ability to restore and upscale images to an unprecedented level of detail and creativity.</w:t>
      </w:r>
      <w:r/>
    </w:p>
    <w:p>
      <w:r/>
      <w:r>
        <w:rPr>
          <w:b/>
        </w:rPr>
        <w:t>Expanding the Boundaries of Creative Image Processing</w:t>
      </w:r>
      <w:r/>
    </w:p>
    <w:p>
      <w:r/>
      <w:r>
        <w:t>The standout feature of Gigapixel AI 8 is the introduction of two distinct models: the Redefine Model and the Recovery Model. These models aim to address both creative and technical demands in image enhancement.</w:t>
      </w:r>
      <w:r/>
    </w:p>
    <w:p>
      <w:r/>
      <w:r>
        <w:t xml:space="preserve">1. </w:t>
      </w:r>
      <w:r>
        <w:rPr>
          <w:b/>
        </w:rPr>
        <w:t>Redefine Model (Creative Upscaler):</w:t>
      </w:r>
      <w:r>
        <w:t xml:space="preserve"> This model is engineered to enable users to push the creative limits of their images while maintaining fidelity to the original input. It incorporates diffusion-based generative output and employs text prompts to facilitate specificity, allowing for imaginative and stunning visual transformations. This feature is particularly useful for artists and designers looking to elevate their creative projects.</w:t>
      </w:r>
      <w:r/>
    </w:p>
    <w:p>
      <w:r/>
      <w:r>
        <w:t xml:space="preserve">2. </w:t>
      </w:r>
      <w:r>
        <w:rPr>
          <w:b/>
        </w:rPr>
        <w:t>Recovery Model:</w:t>
      </w:r>
      <w:r>
        <w:t xml:space="preserve"> Developed to reinstate lost details in compromised images, this model goes beyond traditional capabilities. It is designed for reviving old photographs, scanned documents, and enhancing facial details and text in images once considered irrecoverable. This model's advanced restoration capabilities make it a powerful tool for both historians and digital archivists.</w:t>
      </w:r>
      <w:r/>
    </w:p>
    <w:p>
      <w:r/>
      <w:r>
        <w:rPr>
          <w:b/>
        </w:rPr>
        <w:t>Gen2 Face Recovery: Enhanced Facial Detail Restoration</w:t>
      </w:r>
      <w:r/>
    </w:p>
    <w:p>
      <w:r/>
      <w:r>
        <w:t>Another significant addition to Gigapixel AI 8 is the Gen2 Face Recovery feature. This feature is tailored for high-fidelity enhancement of facial details. It offers two operational modes: Realistic and Creative, each suited for different restoration needs. It ensures improved results even in low-resolution or damaged images, providing users with the option to refine faces with precision or to reconstruct them creatively.</w:t>
      </w:r>
      <w:r/>
    </w:p>
    <w:p>
      <w:r/>
      <w:r>
        <w:rPr>
          <w:b/>
        </w:rPr>
        <w:t>Introducing Gigapixel Cloud Service</w:t>
      </w:r>
      <w:r/>
    </w:p>
    <w:p>
      <w:r/>
      <w:r>
        <w:t>In conjunction with the release of Gigapixel AI 8, Topaz Labs has also launched the Gigapixel Cloud Service. This new feature offers a credit-based processing system, allowing users to leverage server-side rendering to offload complex tasks, thereby facilitating faster and more efficient image processing. This option is particularly beneficial for users with lower-powered hardware or those seeking accelerated results using the Recovery or Redefine models.</w:t>
      </w:r>
      <w:r/>
    </w:p>
    <w:p>
      <w:r/>
      <w:r>
        <w:t>The combination of these advancements with Gigapixel AI 8 marks a significant development in image processing technology, offering a comprehensive suite of tools for users ranging from professional photographers and graphic designers to hobbyists and researchers engaged in digital restoration. As industries continue to demand higher quality image outputs and more creative flexibility, Topaz Labs’ latest offering presents itself as a pivotal tool in meeting these evolving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https://www.youtube.com/watch?v=WQCuG_e9l-I</w:t>
        </w:r>
      </w:hyperlink>
      <w:r>
        <w:t xml:space="preserve"> - This video tutorial on Topaz Gigapixel AI version 7 explains the various settings and models available, including the AI models and face recovery features, which are similar to the enhancements described in Gigapixel AI 8.</w:t>
      </w:r>
      <w:r/>
    </w:p>
    <w:p>
      <w:pPr>
        <w:pStyle w:val="ListNumber"/>
        <w:spacing w:line="240" w:lineRule="auto"/>
        <w:ind w:left="720"/>
      </w:pPr>
      <w:r/>
      <w:hyperlink r:id="rId11">
        <w:r>
          <w:rPr>
            <w:color w:val="0000EE"/>
            <w:u w:val="single"/>
          </w:rPr>
          <w:t>https://www.youtube.com/watch?v=m5ojB2gNdIw</w:t>
        </w:r>
      </w:hyperlink>
      <w:r>
        <w:t xml:space="preserve"> - This video compares Topaz Gigapixel AI and Topaz Photo AI, highlighting their upscaling capabilities and other features like face recovery, which are relevant to the advanced models and face recovery features in Gigapixel AI 8.</w:t>
      </w:r>
      <w:r/>
    </w:p>
    <w:p>
      <w:pPr>
        <w:pStyle w:val="ListNumber"/>
        <w:spacing w:line="240" w:lineRule="auto"/>
        <w:ind w:left="720"/>
      </w:pPr>
      <w:r/>
      <w:hyperlink r:id="rId12">
        <w:r>
          <w:rPr>
            <w:color w:val="0000EE"/>
            <w:u w:val="single"/>
          </w:rPr>
          <w:t>https://community.topazlabs.com/t/should-i-get-topaz-photo-ai-or-gigapixel-ai/49288</w:t>
        </w:r>
      </w:hyperlink>
      <w:r>
        <w:t xml:space="preserve"> - This discussion on the Topaz Labs community forum talks about the differences between Gigapixel AI and Photo AI, including batch processing and interface differences, which are relevant to the cloud service and efficiency features of Gigapixel AI 8.</w:t>
      </w:r>
      <w:r/>
    </w:p>
    <w:p>
      <w:pPr>
        <w:pStyle w:val="ListNumber"/>
        <w:spacing w:line="240" w:lineRule="auto"/>
        <w:ind w:left="720"/>
      </w:pPr>
      <w:r/>
      <w:hyperlink r:id="rId13">
        <w:r>
          <w:rPr>
            <w:color w:val="0000EE"/>
            <w:u w:val="single"/>
          </w:rPr>
          <w:t>https://www.reddit.com/r/TopazLabs/comments/1bopuyc/gigapixel_7_vs_photo_ai/</w:t>
        </w:r>
      </w:hyperlink>
      <w:r>
        <w:t xml:space="preserve"> - This Reddit discussion compares Gigapixel AI and Photo AI, mentioning the upscaling capabilities, batch processing, and stability of Gigapixel AI, which aligns with the advanced features and cloud service of Gigapixel AI 8.</w:t>
      </w:r>
      <w:r/>
    </w:p>
    <w:p>
      <w:pPr>
        <w:pStyle w:val="ListNumber"/>
        <w:spacing w:line="240" w:lineRule="auto"/>
        <w:ind w:left="720"/>
      </w:pPr>
      <w:r/>
      <w:hyperlink r:id="rId10">
        <w:r>
          <w:rPr>
            <w:color w:val="0000EE"/>
            <w:u w:val="single"/>
          </w:rPr>
          <w:t>https://www.youtube.com/watch?v=WQCuG_e9l-I</w:t>
        </w:r>
      </w:hyperlink>
      <w:r>
        <w:t xml:space="preserve"> - The video explains the AI models in Gigapixel AI, including those suitable for artwork and low-resolution images, which is similar to the Redefine and Recovery models described in Gigapixel AI 8.</w:t>
      </w:r>
      <w:r/>
    </w:p>
    <w:p>
      <w:pPr>
        <w:pStyle w:val="ListNumber"/>
        <w:spacing w:line="240" w:lineRule="auto"/>
        <w:ind w:left="720"/>
      </w:pPr>
      <w:r/>
      <w:hyperlink r:id="rId11">
        <w:r>
          <w:rPr>
            <w:color w:val="0000EE"/>
            <w:u w:val="single"/>
          </w:rPr>
          <w:t>https://www.youtube.com/watch?v=m5ojB2gNdIw</w:t>
        </w:r>
      </w:hyperlink>
      <w:r>
        <w:t xml:space="preserve"> - This video demonstrates the face recovery feature in both Gigapixel AI and Photo AI, showing its effectiveness in enhancing facial details, similar to the Gen2 Face Recovery feature in Gigapixel AI 8.</w:t>
      </w:r>
      <w:r/>
    </w:p>
    <w:p>
      <w:pPr>
        <w:pStyle w:val="ListNumber"/>
        <w:spacing w:line="240" w:lineRule="auto"/>
        <w:ind w:left="720"/>
      </w:pPr>
      <w:r/>
      <w:hyperlink r:id="rId12">
        <w:r>
          <w:rPr>
            <w:color w:val="0000EE"/>
            <w:u w:val="single"/>
          </w:rPr>
          <w:t>https://community.topazlabs.com/t/should-i-get-topaz-photo-ai-or-gigapixel-ai/49288</w:t>
        </w:r>
      </w:hyperlink>
      <w:r>
        <w:t xml:space="preserve"> - The discussion highlights the stability and usability of Gigapixel AI, especially for large batch jobs, which is consistent with the efficiency and cloud service features of Gigapixel AI 8.</w:t>
      </w:r>
      <w:r/>
    </w:p>
    <w:p>
      <w:pPr>
        <w:pStyle w:val="ListNumber"/>
        <w:spacing w:line="240" w:lineRule="auto"/>
        <w:ind w:left="720"/>
      </w:pPr>
      <w:r/>
      <w:hyperlink r:id="rId13">
        <w:r>
          <w:rPr>
            <w:color w:val="0000EE"/>
            <w:u w:val="single"/>
          </w:rPr>
          <w:t>https://www.reddit.com/r/TopazLabs/comments/1bopuyc/gigapixel_7_vs_photo_ai/</w:t>
        </w:r>
      </w:hyperlink>
      <w:r>
        <w:t xml:space="preserve"> - The Reddit discussion mentions the faster processing times and better interface for batch jobs in Gigapixel AI, which supports the benefits of the Gigapixel Cloud Service in Gigapixel AI 8.</w:t>
      </w:r>
      <w:r/>
    </w:p>
    <w:p>
      <w:pPr>
        <w:pStyle w:val="ListNumber"/>
        <w:spacing w:line="240" w:lineRule="auto"/>
        <w:ind w:left="720"/>
      </w:pPr>
      <w:r/>
      <w:hyperlink r:id="rId10">
        <w:r>
          <w:rPr>
            <w:color w:val="0000EE"/>
            <w:u w:val="single"/>
          </w:rPr>
          <w:t>https://www.youtube.com/watch?v=WQCuG_e9l-I</w:t>
        </w:r>
      </w:hyperlink>
      <w:r>
        <w:t xml:space="preserve"> - The video tutorial shows how to use different preview modes and settings in Gigapixel AI, which is relevant to the advanced tools and creative flexibility offered in Gigapixel AI 8.</w:t>
      </w:r>
      <w:r/>
    </w:p>
    <w:p>
      <w:pPr>
        <w:pStyle w:val="ListNumber"/>
        <w:spacing w:line="240" w:lineRule="auto"/>
        <w:ind w:left="720"/>
      </w:pPr>
      <w:r/>
      <w:hyperlink r:id="rId11">
        <w:r>
          <w:rPr>
            <w:color w:val="0000EE"/>
            <w:u w:val="single"/>
          </w:rPr>
          <w:t>https://www.youtube.com/watch?v=m5ojB2gNdIw</w:t>
        </w:r>
      </w:hyperlink>
      <w:r>
        <w:t xml:space="preserve"> - This video compares the upscaling results of Gigapixel AI and Photo AI, showing the quality and detail enhancement, which is similar to the advanced image enhancement capabilities of Gigapixel AI 8.</w:t>
      </w:r>
      <w:r/>
    </w:p>
    <w:p>
      <w:pPr>
        <w:pStyle w:val="ListNumber"/>
        <w:spacing w:line="240" w:lineRule="auto"/>
        <w:ind w:left="720"/>
      </w:pPr>
      <w:r/>
      <w:hyperlink r:id="rId12">
        <w:r>
          <w:rPr>
            <w:color w:val="0000EE"/>
            <w:u w:val="single"/>
          </w:rPr>
          <w:t>https://community.topazlabs.com/t/should-i-get-topaz-photo-ai-or-gigapixel-ai/49288</w:t>
        </w:r>
      </w:hyperlink>
      <w:r>
        <w:t xml:space="preserve"> - The forum discussion mentions the ongoing development and updates of Gigapixel AI, which aligns with the continuous improvement and new features introduced in Gigapixel AI 8.</w:t>
      </w:r>
      <w:r/>
    </w:p>
    <w:p>
      <w:pPr>
        <w:pStyle w:val="ListNumber"/>
        <w:spacing w:line="240" w:lineRule="auto"/>
        <w:ind w:left="720"/>
      </w:pPr>
      <w:r/>
      <w:hyperlink r:id="rId14">
        <w:r>
          <w:rPr>
            <w:color w:val="0000EE"/>
            <w:u w:val="single"/>
          </w:rPr>
          <w:t>https://www.43rumors.com/just-released-topaz-gigapixel-ai-8-0-with-new-incredible-restoration-and-creative-upscaling/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WQCuG_e9l-I" TargetMode="External"/><Relationship Id="rId11" Type="http://schemas.openxmlformats.org/officeDocument/2006/relationships/hyperlink" Target="https://www.youtube.com/watch?v=m5ojB2gNdIw" TargetMode="External"/><Relationship Id="rId12" Type="http://schemas.openxmlformats.org/officeDocument/2006/relationships/hyperlink" Target="https://community.topazlabs.com/t/should-i-get-topaz-photo-ai-or-gigapixel-ai/49288" TargetMode="External"/><Relationship Id="rId13" Type="http://schemas.openxmlformats.org/officeDocument/2006/relationships/hyperlink" Target="https://www.reddit.com/r/TopazLabs/comments/1bopuyc/gigapixel_7_vs_photo_ai/" TargetMode="External"/><Relationship Id="rId14" Type="http://schemas.openxmlformats.org/officeDocument/2006/relationships/hyperlink" Target="https://www.43rumors.com/just-released-topaz-gigapixel-ai-8-0-with-new-incredible-restoration-and-creative-upsca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