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14-year-old innovator wins 3M Young Scientist Challenge with pesticide detection app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remarkable display of innovation and scientific curiosity, 14-year-old Sirish Subash, hailing from Snellville, Georgia, has been awarded a $25,000 cash prize after winning the prestigious 3M Young Scientist Challenge of 2024. His winning entry is PestiSCAND, a groundbreaking handheld application designed to detect pesticides on fruits and vegetables using AI technology.</w:t>
      </w:r>
      <w:r/>
    </w:p>
    <w:p>
      <w:r/>
      <w:r>
        <w:t>Sirish's journey to this achievement began with a simple question that emerged during a routine kitchen task. As he routinely washed produce at his home, he pondered the effectiveness of this practice against pesticides. His curiosity propelled him to thoroughly investigate the prevalence and impact of pesticides on grocery produce. According to a study by the Environmental Working Group, he discovered that a staggering 75% of conventional fresh produce contained traces of potentially harmful pesticides. This sparked his determination to address the issue comprehensively.</w:t>
      </w:r>
      <w:r/>
    </w:p>
    <w:p>
      <w:r/>
      <w:r>
        <w:t>Aware that existing methods for detecting pesticides often rendered produce inedible or required expensive laboratory equipment, Sirish focused on creating a solution that was both practical and accessible. His invention, PestiSCAND, uses AI and machine learning to analyse the wavelengths of light that reflect off produce, enabling real-time detection of pesticide residues. This innovation stands out for its user-friendly application, allowing consumers to scan their groceries for harmful substances on the spot.</w:t>
      </w:r>
      <w:r/>
    </w:p>
    <w:p>
      <w:r/>
      <w:r>
        <w:t>Sirish entered his invention into the 3M Young Scientist Challenge, a contest that celebrates the scientific achievements and creativity of middle-school students. After rigorous selection, he emerged as one of the top ten finalists. With the guidance of his mentor, Aditya Banerji, a senior research engineer at 3M, Sirish was able to enhance his device. This collaboration also facilitated the initial steps towards developing PestiSCAND into an app compatible with iPhones.</w:t>
      </w:r>
      <w:r/>
    </w:p>
    <w:p>
      <w:r/>
      <w:r>
        <w:t>The award recognises Sirish's dedication and the extensive hours he invested into his research. He attributed much of his success to the mentorship and professional insights he gained during the challenge, which not only helped refine his current project but also inspired him to aspire to greater scientific accomplishments.</w:t>
      </w:r>
      <w:r/>
    </w:p>
    <w:p>
      <w:r/>
      <w:r>
        <w:t>Reflecting on his victory, Subash expressed his aspiration to contribute positively to the world. Looking to the future, he envisions creating devices that address climate change and environmental issues, intending to play a part in global efforts towards sustainability.</w:t>
      </w:r>
      <w:r/>
    </w:p>
    <w:p>
      <w:r/>
      <w:r>
        <w:t>Sirish Subash's innovation and commitment underscore the potential of young minds in driving scientific advancement, illustrating the impactful ideas that can emerge from curiosity and inquiry. As his device gains momentum, it promises to offer consumers an effective tool to safeguard against unwanted pesticide exposure, thereby enhancing food safety and health.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https://youngscientistlab.com/annual-challenge/finalists-mentors-judges/finalists/sirish-subash/</w:t>
        </w:r>
      </w:hyperlink>
      <w:r>
        <w:t xml:space="preserve"> - Details about Sirish Subash, the 2024 3M Young Scientist Challenge finalist, and his project PestiSCAND.</w:t>
      </w:r>
      <w:r/>
    </w:p>
    <w:p>
      <w:pPr>
        <w:pStyle w:val="ListNumber"/>
        <w:spacing w:line="240" w:lineRule="auto"/>
        <w:ind w:left="720"/>
      </w:pPr>
      <w:r/>
      <w:hyperlink r:id="rId11">
        <w:r>
          <w:rPr>
            <w:color w:val="0000EE"/>
            <w:u w:val="single"/>
          </w:rPr>
          <w:t>https://www.mprnews.org/story/2024/10/17/winner-of-3m-young-scientist-challenge-invents-ai-pesticide-detector-produce</w:t>
        </w:r>
      </w:hyperlink>
      <w:r>
        <w:t xml:space="preserve"> - Information about Sirish Subash winning the 2024 3M Young Scientist Challenge and the details of his invention, PestiSCAND.</w:t>
      </w:r>
      <w:r/>
    </w:p>
    <w:p>
      <w:pPr>
        <w:pStyle w:val="ListNumber"/>
        <w:spacing w:line="240" w:lineRule="auto"/>
        <w:ind w:left="720"/>
      </w:pPr>
      <w:r/>
      <w:hyperlink r:id="rId12">
        <w:r>
          <w:rPr>
            <w:color w:val="0000EE"/>
            <w:u w:val="single"/>
          </w:rPr>
          <w:t>https://youngscientistlab.com/annual-challenge/finalists-mentors-judges/finalists/?years=2024</w:t>
        </w:r>
      </w:hyperlink>
      <w:r>
        <w:t xml:space="preserve"> - List of 2024 3M Young Scientist Challenge finalists, including Sirish Subash and his project PestiSCAND.</w:t>
      </w:r>
      <w:r/>
    </w:p>
    <w:p>
      <w:pPr>
        <w:pStyle w:val="ListNumber"/>
        <w:spacing w:line="240" w:lineRule="auto"/>
        <w:ind w:left="720"/>
      </w:pPr>
      <w:r/>
      <w:hyperlink r:id="rId13">
        <w:r>
          <w:rPr>
            <w:color w:val="0000EE"/>
            <w:u w:val="single"/>
          </w:rPr>
          <w:t>https://news.3m.com/2024-10-16-14-year-old-named-Americas-Top-Young-Scientist-for-inventing-an-AI-handheld-pesticide-detector</w:t>
        </w:r>
      </w:hyperlink>
      <w:r>
        <w:t xml:space="preserve"> - Official announcement from 3M about Sirish Subash winning the 2024 3M Young Scientist Challenge and details about his project.</w:t>
      </w:r>
      <w:r/>
    </w:p>
    <w:p>
      <w:pPr>
        <w:pStyle w:val="ListNumber"/>
        <w:spacing w:line="240" w:lineRule="auto"/>
        <w:ind w:left="720"/>
      </w:pPr>
      <w:r/>
      <w:hyperlink r:id="rId14">
        <w:r>
          <w:rPr>
            <w:color w:val="0000EE"/>
            <w:u w:val="single"/>
          </w:rPr>
          <w:t>https://www.usatoday.com/story/news/health/2024/10/16/sirish-subash-americas-top-young-scientist-2024/75696722007/</w:t>
        </w:r>
      </w:hyperlink>
      <w:r>
        <w:t xml:space="preserve"> - Article from USA Today about Sirish Subash's win and the health implications of pesticide residues on produce.</w:t>
      </w:r>
      <w:r/>
    </w:p>
    <w:p>
      <w:pPr>
        <w:pStyle w:val="ListNumber"/>
        <w:spacing w:line="240" w:lineRule="auto"/>
        <w:ind w:left="720"/>
      </w:pPr>
      <w:r/>
      <w:hyperlink r:id="rId10">
        <w:r>
          <w:rPr>
            <w:color w:val="0000EE"/>
            <w:u w:val="single"/>
          </w:rPr>
          <w:t>https://youngscientistlab.com/annual-challenge/finalists-mentors-judges/finalists/sirish-subash/</w:t>
        </w:r>
      </w:hyperlink>
      <w:r>
        <w:t xml:space="preserve"> - Sirish Subash's motivation and journey to creating PestiSCAND, including his curiosity about pesticide residues.</w:t>
      </w:r>
      <w:r/>
    </w:p>
    <w:p>
      <w:pPr>
        <w:pStyle w:val="ListNumber"/>
        <w:spacing w:line="240" w:lineRule="auto"/>
        <w:ind w:left="720"/>
      </w:pPr>
      <w:r/>
      <w:hyperlink r:id="rId11">
        <w:r>
          <w:rPr>
            <w:color w:val="0000EE"/>
            <w:u w:val="single"/>
          </w:rPr>
          <w:t>https://www.mprnews.org/story/2024/10/17/winner-of-3m-young-scientist-challenge-invents-ai-pesticide-detector-produce</w:t>
        </w:r>
      </w:hyperlink>
      <w:r>
        <w:t xml:space="preserve"> - Details about how PestiSCAND works, using AI and machine learning to detect pesticide residues.</w:t>
      </w:r>
      <w:r/>
    </w:p>
    <w:p>
      <w:pPr>
        <w:pStyle w:val="ListNumber"/>
        <w:spacing w:line="240" w:lineRule="auto"/>
        <w:ind w:left="720"/>
      </w:pPr>
      <w:r/>
      <w:hyperlink r:id="rId13">
        <w:r>
          <w:rPr>
            <w:color w:val="0000EE"/>
            <w:u w:val="single"/>
          </w:rPr>
          <w:t>https://news.3m.com/2024-10-16-14-year-old-named-Americas-Top-Young-Scientist-for-inventing-an-AI-handheld-pesticide-detector</w:t>
        </w:r>
      </w:hyperlink>
      <w:r>
        <w:t xml:space="preserve"> - Information about the 3M Young Scientist Challenge, including the selection process and the role of mentors like Aditya Banerji.</w:t>
      </w:r>
      <w:r/>
    </w:p>
    <w:p>
      <w:pPr>
        <w:pStyle w:val="ListNumber"/>
        <w:spacing w:line="240" w:lineRule="auto"/>
        <w:ind w:left="720"/>
      </w:pPr>
      <w:r/>
      <w:hyperlink r:id="rId14">
        <w:r>
          <w:rPr>
            <w:color w:val="0000EE"/>
            <w:u w:val="single"/>
          </w:rPr>
          <w:t>https://www.usatoday.com/story/news/health/2024/10/16/sirish-subash-americas-top-young-scientist-2024/75696722007/</w:t>
        </w:r>
      </w:hyperlink>
      <w:r>
        <w:t xml:space="preserve"> - Sirish Subash's future aspirations, including his desire to address climate change and environmental issues.</w:t>
      </w:r>
      <w:r/>
    </w:p>
    <w:p>
      <w:pPr>
        <w:pStyle w:val="ListNumber"/>
        <w:spacing w:line="240" w:lineRule="auto"/>
        <w:ind w:left="720"/>
      </w:pPr>
      <w:r/>
      <w:hyperlink r:id="rId13">
        <w:r>
          <w:rPr>
            <w:color w:val="0000EE"/>
            <w:u w:val="single"/>
          </w:rPr>
          <w:t>https://news.3m.com/2024-10-16-14-year-old-named-Americas-Top-Young-Scientist-for-inventing-an-AI-handheld-pesticide-detector</w:t>
        </w:r>
      </w:hyperlink>
      <w:r>
        <w:t xml:space="preserve"> - The impact of the 3M Young Scientist Challenge on young innovators and their future achievements.</w:t>
      </w:r>
      <w:r/>
    </w:p>
    <w:p>
      <w:pPr>
        <w:pStyle w:val="ListNumber"/>
        <w:spacing w:line="240" w:lineRule="auto"/>
        <w:ind w:left="720"/>
      </w:pPr>
      <w:r/>
      <w:hyperlink r:id="rId11">
        <w:r>
          <w:rPr>
            <w:color w:val="0000EE"/>
            <w:u w:val="single"/>
          </w:rPr>
          <w:t>https://www.mprnews.org/story/2024/10/17/winner-of-3m-young-scientist-challenge-invents-ai-pesticide-detector-produce</w:t>
        </w:r>
      </w:hyperlink>
      <w:r>
        <w:t xml:space="preserve"> - The recognition and prizes associated with winning the 3M Young Scientist Challenge, including the $25,000 cash prize.</w:t>
      </w:r>
      <w:r/>
    </w:p>
    <w:p>
      <w:pPr>
        <w:pStyle w:val="ListNumber"/>
        <w:spacing w:line="240" w:lineRule="auto"/>
        <w:ind w:left="720"/>
      </w:pPr>
      <w:r/>
      <w:hyperlink r:id="rId15">
        <w:r>
          <w:rPr>
            <w:color w:val="0000EE"/>
            <w:u w:val="single"/>
          </w:rPr>
          <w:t>https://www.goodgoodgood.co/articles/grocery-store-produce-fruit-pesticides-scanner-ai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youngscientistlab.com/annual-challenge/finalists-mentors-judges/finalists/sirish-subash/" TargetMode="External"/><Relationship Id="rId11" Type="http://schemas.openxmlformats.org/officeDocument/2006/relationships/hyperlink" Target="https://www.mprnews.org/story/2024/10/17/winner-of-3m-young-scientist-challenge-invents-ai-pesticide-detector-produce" TargetMode="External"/><Relationship Id="rId12" Type="http://schemas.openxmlformats.org/officeDocument/2006/relationships/hyperlink" Target="https://youngscientistlab.com/annual-challenge/finalists-mentors-judges/finalists/?years=2024" TargetMode="External"/><Relationship Id="rId13" Type="http://schemas.openxmlformats.org/officeDocument/2006/relationships/hyperlink" Target="https://news.3m.com/2024-10-16-14-year-old-named-Americas-Top-Young-Scientist-for-inventing-an-AI-handheld-pesticide-detector" TargetMode="External"/><Relationship Id="rId14" Type="http://schemas.openxmlformats.org/officeDocument/2006/relationships/hyperlink" Target="https://www.usatoday.com/story/news/health/2024/10/16/sirish-subash-americas-top-young-scientist-2024/75696722007/" TargetMode="External"/><Relationship Id="rId15" Type="http://schemas.openxmlformats.org/officeDocument/2006/relationships/hyperlink" Target="https://www.goodgoodgood.co/articles/grocery-store-produce-fruit-pesticides-scanner-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