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 new era for golf: The AI-powered iXi robot golf trolley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 New Era for Golf: The AI-Powered iXi Robot Golf Trolley</w:t>
      </w:r>
      <w:r/>
    </w:p>
    <w:p>
      <w:r/>
      <w:r>
        <w:t>In a major development for the golfing world, Futurewave and Botronics have introduced the iXi robot golf trolley, a revolutionary invention designed to enhance the gameplay experience. Launched with the goal of merging convenience with technology, this AI-powered trolley promises to take over the traditional role of the caddy, offering golfers enhanced mobility and personalised coaching on the course.</w:t>
      </w:r>
      <w:r/>
    </w:p>
    <w:p>
      <w:r/>
      <w:r>
        <w:t>The iXi robot golf trolley is the epitome of minimalist design, featuring a simple structure with four wheels, a post for supporting a golf bag, and a handle with a screen controller. Its compact design allows for easy folding, enabling simple transportation. Despite its unassuming exterior, the real magic lies within the trolley's sophisticated AI system.</w:t>
      </w:r>
      <w:r/>
    </w:p>
    <w:p>
      <w:r/>
      <w:r>
        <w:t xml:space="preserve">The heart of the iXi's functionality revolves around its sensors and artificial intelligence capabilities. Like a silent partner on the green, the trolley can follow its owner around the course, relieving the need for a human caddy to carry clubs. This innovation allows golfers to concentrate solely on their performance, unburdened by the extraneous task of lugging equipment. </w:t>
      </w:r>
      <w:r/>
    </w:p>
    <w:p>
      <w:r/>
      <w:r>
        <w:t xml:space="preserve">However, the iXi offers more than just logistical support. It utilises advanced cameras and sensors to scrutinise and analyse the golfer's swing, providing invaluable insights for improving their technique. This feature positions iXi as not just a carrier, but also a virtual coach. As golf smartwatches now provide feedback on a player's activity, the iXi advances this concept, having a distinct advantage thanks to its strategic position and real-time surveillance capabilities. </w:t>
      </w:r>
      <w:r/>
    </w:p>
    <w:p>
      <w:r/>
      <w:r>
        <w:t>Futurewave and Botronics have hinted at potential updates to iXi's capabilities, suggesting future models could intelligently anticipate and present the appropriate golf club before a player even reaches for one.</w:t>
      </w:r>
      <w:r/>
    </w:p>
    <w:p>
      <w:r/>
      <w:r>
        <w:t>While the introduction of the iXi might raise concerns about the displacement of human caddies, its creators emphasise the offering of new levels of freedom and focus for the golf enthusiast. The trolley's design and technology suggest a future where AI companionship enhances leisure activities by supplementing human effort with digital precision.</w:t>
      </w:r>
      <w:r/>
    </w:p>
    <w:p>
      <w:r/>
      <w:r>
        <w:t>This development signals an intriguing shift in the way sports technologies are evolving, merging artificial intelligence with physical sports in new and innovative ways. As golfers integrate such advanced tools into their games, this gadget could redefine the perception of sports optimisation, where digital aids become almost as crucial as skill and physical training.</w:t>
      </w:r>
      <w:r/>
    </w:p>
    <w:p>
      <w:r/>
      <w:r>
        <w:t>In summary, the iXi robot golf trolley represents a significant leap in integrating AI into sports, providing convenience, and enhancing skill development. As this technology continues to evolve, it could indeed transform how sports enthusiasts approach their craft across the globe.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https://www.yankodesign.com/2024/10/19/ai-powered-self-driving-golf-trolley-can-follow-you-around-and-give-you-tips/</w:t>
        </w:r>
      </w:hyperlink>
      <w:r>
        <w:t xml:space="preserve"> - Corroborates the design and functionality of the iXi robot golf trolley, including its ability to follow the golfer and analyze their swing.</w:t>
      </w:r>
      <w:r/>
    </w:p>
    <w:p>
      <w:pPr>
        <w:pStyle w:val="ListNumber"/>
        <w:spacing w:line="240" w:lineRule="auto"/>
        <w:ind w:left="720"/>
      </w:pPr>
      <w:r/>
      <w:hyperlink r:id="rId11">
        <w:r>
          <w:rPr>
            <w:color w:val="0000EE"/>
            <w:u w:val="single"/>
          </w:rPr>
          <w:t>https://presale.ixi.golf</w:t>
        </w:r>
      </w:hyperlink>
      <w:r>
        <w:t xml:space="preserve"> - Provides details on the iXi's advanced AI and camera system, its ability to navigate the course, and its features such as tracking shot distances and offering real-time insights.</w:t>
      </w:r>
      <w:r/>
    </w:p>
    <w:p>
      <w:pPr>
        <w:pStyle w:val="ListNumber"/>
        <w:spacing w:line="240" w:lineRule="auto"/>
        <w:ind w:left="720"/>
      </w:pPr>
      <w:r/>
      <w:hyperlink r:id="rId12">
        <w:r>
          <w:rPr>
            <w:color w:val="0000EE"/>
            <w:u w:val="single"/>
          </w:rPr>
          <w:t>https://www.designboom.com/design/ixi-golf-trolley-autonomously-ai-powered-gameplay-analysis-futurewave-botronics-10-17-2024/</w:t>
        </w:r>
      </w:hyperlink>
      <w:r>
        <w:t xml:space="preserve"> - Supports the information about the iXi's autonomous navigation, real-time performance tracking, and its role in analyzing the player's movements and offering insights.</w:t>
      </w:r>
      <w:r/>
    </w:p>
    <w:p>
      <w:pPr>
        <w:pStyle w:val="ListNumber"/>
        <w:spacing w:line="240" w:lineRule="auto"/>
        <w:ind w:left="720"/>
      </w:pPr>
      <w:r/>
      <w:hyperlink r:id="rId13">
        <w:r>
          <w:rPr>
            <w:color w:val="0000EE"/>
            <w:u w:val="single"/>
          </w:rPr>
          <w:t>https://uncrate.com/ixi-self-driving-golf-trolley/</w:t>
        </w:r>
      </w:hyperlink>
      <w:r>
        <w:t xml:space="preserve"> - Confirms the iXi's role as a virtual caddy, tracking key metrics like swing patterns and distances, and providing personalized feedback.</w:t>
      </w:r>
      <w:r/>
    </w:p>
    <w:p>
      <w:pPr>
        <w:pStyle w:val="ListNumber"/>
        <w:spacing w:line="240" w:lineRule="auto"/>
        <w:ind w:left="720"/>
      </w:pPr>
      <w:r/>
      <w:hyperlink r:id="rId10">
        <w:r>
          <w:rPr>
            <w:color w:val="0000EE"/>
            <w:u w:val="single"/>
          </w:rPr>
          <w:t>https://www.yankodesign.com/2024/10/19/ai-powered-self-driving-golf-trolley-can-follow-you-around-and-give-you-tips/</w:t>
        </w:r>
      </w:hyperlink>
      <w:r>
        <w:t xml:space="preserve"> - Details the minimalist design of the iXi, including its four wheels, post for the golf bag, and handle with a screen controller, as well as its compact and foldable nature.</w:t>
      </w:r>
      <w:r/>
    </w:p>
    <w:p>
      <w:pPr>
        <w:pStyle w:val="ListNumber"/>
        <w:spacing w:line="240" w:lineRule="auto"/>
        <w:ind w:left="720"/>
      </w:pPr>
      <w:r/>
      <w:hyperlink r:id="rId11">
        <w:r>
          <w:rPr>
            <w:color w:val="0000EE"/>
            <w:u w:val="single"/>
          </w:rPr>
          <w:t>https://presale.ixi.golf</w:t>
        </w:r>
      </w:hyperlink>
      <w:r>
        <w:t xml:space="preserve"> - Explains the intuitive hands-free control of the iXi using simple body movements and its advanced AI and camera system.</w:t>
      </w:r>
      <w:r/>
    </w:p>
    <w:p>
      <w:pPr>
        <w:pStyle w:val="ListNumber"/>
        <w:spacing w:line="240" w:lineRule="auto"/>
        <w:ind w:left="720"/>
      </w:pPr>
      <w:r/>
      <w:hyperlink r:id="rId12">
        <w:r>
          <w:rPr>
            <w:color w:val="0000EE"/>
            <w:u w:val="single"/>
          </w:rPr>
          <w:t>https://www.designboom.com/design/ixi-golf-trolley-autonomously-ai-powered-gameplay-analysis-futurewave-botronics-10-17-2024/</w:t>
        </w:r>
      </w:hyperlink>
      <w:r>
        <w:t xml:space="preserve"> - Discusses the collaboration between Futurewave and Botronics in developing the iXi and its lightweight, foldable, and durable aluminum frame.</w:t>
      </w:r>
      <w:r/>
    </w:p>
    <w:p>
      <w:pPr>
        <w:pStyle w:val="ListNumber"/>
        <w:spacing w:line="240" w:lineRule="auto"/>
        <w:ind w:left="720"/>
      </w:pPr>
      <w:r/>
      <w:hyperlink r:id="rId13">
        <w:r>
          <w:rPr>
            <w:color w:val="0000EE"/>
            <w:u w:val="single"/>
          </w:rPr>
          <w:t>https://uncrate.com/ixi-self-driving-golf-trolley/</w:t>
        </w:r>
      </w:hyperlink>
      <w:r>
        <w:t xml:space="preserve"> - Highlights the iXi's onboard camera and AI system that tracks key metrics and provides personalized feedback to improve gameplay.</w:t>
      </w:r>
      <w:r/>
    </w:p>
    <w:p>
      <w:pPr>
        <w:pStyle w:val="ListNumber"/>
        <w:spacing w:line="240" w:lineRule="auto"/>
        <w:ind w:left="720"/>
      </w:pPr>
      <w:r/>
      <w:hyperlink r:id="rId10">
        <w:r>
          <w:rPr>
            <w:color w:val="0000EE"/>
            <w:u w:val="single"/>
          </w:rPr>
          <w:t>https://www.yankodesign.com/2024/10/19/ai-powered-self-driving-golf-trolley-can-follow-you-around-and-give-you-tips/</w:t>
        </w:r>
      </w:hyperlink>
      <w:r>
        <w:t xml:space="preserve"> - Addresses the potential concerns about the displacement of human caddies and the benefits of increased freedom and focus for golfers.</w:t>
      </w:r>
      <w:r/>
    </w:p>
    <w:p>
      <w:pPr>
        <w:pStyle w:val="ListNumber"/>
        <w:spacing w:line="240" w:lineRule="auto"/>
        <w:ind w:left="720"/>
      </w:pPr>
      <w:r/>
      <w:hyperlink r:id="rId11">
        <w:r>
          <w:rPr>
            <w:color w:val="0000EE"/>
            <w:u w:val="single"/>
          </w:rPr>
          <w:t>https://presale.ixi.golf</w:t>
        </w:r>
      </w:hyperlink>
      <w:r>
        <w:t xml:space="preserve"> - Mentions the potential future updates to the iXi, such as intelligently anticipating and presenting the appropriate golf club before the player reaches for it.</w:t>
      </w:r>
      <w:r/>
    </w:p>
    <w:p>
      <w:pPr>
        <w:pStyle w:val="ListNumber"/>
        <w:spacing w:line="240" w:lineRule="auto"/>
        <w:ind w:left="720"/>
      </w:pPr>
      <w:r/>
      <w:hyperlink r:id="rId12">
        <w:r>
          <w:rPr>
            <w:color w:val="0000EE"/>
            <w:u w:val="single"/>
          </w:rPr>
          <w:t>https://www.designboom.com/design/ixi-golf-trolley-autonomously-ai-powered-gameplay-analysis-futurewave-botronics-10-17-2024/</w:t>
        </w:r>
      </w:hyperlink>
      <w:r>
        <w:t xml:space="preserve"> - Describes the iXi's impact on sports technology, merging AI with physical sports to enhance performance and redefine sports optimization.</w:t>
      </w:r>
      <w:r/>
    </w:p>
    <w:p>
      <w:pPr>
        <w:pStyle w:val="ListNumber"/>
        <w:spacing w:line="240" w:lineRule="auto"/>
        <w:ind w:left="720"/>
      </w:pPr>
      <w:r/>
      <w:hyperlink r:id="rId14">
        <w:r>
          <w:rPr>
            <w:color w:val="0000EE"/>
            <w:u w:val="single"/>
          </w:rPr>
          <w:t>https://www.yankodesign.com/2024/10/19/ai-powered-self-driving-golf-trolley-can-follow-you-around-and-give-you-tips/?utm_source=rss&amp;utm_medium=rss&amp;utm_campaign=ai-powered-self-driving-golf-trolley-can-follow-you-around-and-give-you-tips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ankodesign.com/2024/10/19/ai-powered-self-driving-golf-trolley-can-follow-you-around-and-give-you-tips/" TargetMode="External"/><Relationship Id="rId11" Type="http://schemas.openxmlformats.org/officeDocument/2006/relationships/hyperlink" Target="https://presale.ixi.golf" TargetMode="External"/><Relationship Id="rId12" Type="http://schemas.openxmlformats.org/officeDocument/2006/relationships/hyperlink" Target="https://www.designboom.com/design/ixi-golf-trolley-autonomously-ai-powered-gameplay-analysis-futurewave-botronics-10-17-2024/" TargetMode="External"/><Relationship Id="rId13" Type="http://schemas.openxmlformats.org/officeDocument/2006/relationships/hyperlink" Target="https://uncrate.com/ixi-self-driving-golf-trolley/" TargetMode="External"/><Relationship Id="rId14" Type="http://schemas.openxmlformats.org/officeDocument/2006/relationships/hyperlink" Target="https://www.yankodesign.com/2024/10/19/ai-powered-self-driving-golf-trolley-can-follow-you-around-and-give-you-tips/?utm_source=rss&amp;utm_medium=rss&amp;utm_campaign=ai-powered-self-driving-golf-trolley-can-follow-you-around-and-give-you-tip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