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Adolfo Juri Elettronica enhances production with new 3D AOI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Adolfo Juri Elettronica Industriale SA, a stalwart of the Swiss electronics manufacturing sector, has announced a technological enhancement to its production line with the inclusion of the Delvitech Aton 3D Automated Optical Inspection (AOI) system. This upgrade marks a significant advancement aimed at boosting precision and production efficiency within the company. Located in Ambrì, Switzerland, the company has been a respected contributor to the industry for over six decades, providing services in design, engineering, prototyping, and mass production.</w:t>
      </w:r>
      <w:r/>
    </w:p>
    <w:p>
      <w:r/>
      <w:r>
        <w:t>Recognised particularly for its expertise in PCB assembly, surface-mount technology (SMT), through-hole assembly, and final testing, Adolfo Juri Elettronica serves a diverse range of high-demand sectors. This includes medical devices, industrial automation, telecommunications, energy, and consumer electronics. Over the years, the company has cultivated a reputation for offering a comprehensive array of services, supported by effective client relationship management that ensures high-quality service delivery tailored to meet specific production needs.</w:t>
      </w:r>
      <w:r/>
    </w:p>
    <w:p>
      <w:r/>
      <w:r>
        <w:t>The Delvitech Aton 3D AOI system is an advanced technology designed to augment the manufacturing process by automatically inspecting electronic assemblies to identify and rectify potential defects early. The system is noted for its high-speed, high-resolution image processing capabilities, which leverage artificial intelligence to detect soldering defects, component misplacements, and other hard-to-spot issues. These abilities facilitate immediate corrections during manufacturing, thereby reducing waste and the need for rework.</w:t>
      </w:r>
      <w:r/>
    </w:p>
    <w:p>
      <w:r/>
      <w:r>
        <w:t>CEO Alessandra Juri Zanolari underscored the importance of this investment, stating that innovation continues to be a cornerstone of the company's strategy for achieving manufacturing excellence. She emphasised that the introduction of the Delvitech Aton 3D AOI system will strengthen the company's ability to maintain high-quality output while enhancing production speed and efficiency. For clients, this integration means products can be brought to market more swiftly and at reduced costs, while upholding exacting quality standards and minimal defect rates.</w:t>
      </w:r>
      <w:r/>
    </w:p>
    <w:p>
      <w:r/>
      <w:r>
        <w:t>Roberto Gatti, CEO of Delvitech, expressed pride in the collaboration, highlighting the value of Swiss innovation and the role Delvitech Aton AOI plays in supporting Adolfo Juri Elettronica's drive towards improved production capabilities. He noted that such partnerships reflect the broader strength of Swiss manufacturing excellence.</w:t>
      </w:r>
      <w:r/>
    </w:p>
    <w:p>
      <w:r/>
      <w:r>
        <w:t>The decision to integrate Delvitech's cutting-edge system is in alignment with Adolfo Juri Elettronica's ongoing focus on lean management principles and continuous improvement. This strategic partnership allows the development and application of AI-driven inspection models, tailored to each client's specific manufacturing needs, thereby offering a competitive edge in the market.</w:t>
      </w:r>
      <w:r/>
    </w:p>
    <w:p>
      <w:r/>
      <w:r>
        <w:t>As the company forges ahead with this technological investment, it continues to solidify its position as a leader in providing high-quality electronic manufacturing services, driving forward with both innovation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https://iconnect007.com/article/141457/leepra-technologies-selects-delvitechs-3d-aibased-aoi-system-to-revolutionize-quality-control/141454/smt</w:t>
        </w:r>
      </w:hyperlink>
      <w:r>
        <w:t xml:space="preserve"> - This article explains the integration of Delvitech's 3D AI-based AOI system into Leepra Technologies, highlighting its use in various manufacturing sectors and the benefits of precise defect detection and real-time quality control.</w:t>
      </w:r>
      <w:r/>
    </w:p>
    <w:p>
      <w:pPr>
        <w:pStyle w:val="ListNumber"/>
        <w:spacing w:line="240" w:lineRule="auto"/>
        <w:ind w:left="720"/>
      </w:pPr>
      <w:r/>
      <w:hyperlink r:id="rId11">
        <w:r>
          <w:rPr>
            <w:color w:val="0000EE"/>
            <w:u w:val="single"/>
          </w:rPr>
          <w:t>https://www.emsnow.com/swiss-based-delvitech-sa-exhibits-at-productronica-its-latest-aoi-spi-solutions-based-on-proprietary-developed-ai/</w:t>
        </w:r>
      </w:hyperlink>
      <w:r>
        <w:t xml:space="preserve"> - This source details Delvitech's latest AOI/SPI solutions, including the Aton system, and how it addresses complex assembly challenges using AI and neural networks.</w:t>
      </w:r>
      <w:r/>
    </w:p>
    <w:p>
      <w:pPr>
        <w:pStyle w:val="ListNumber"/>
        <w:spacing w:line="240" w:lineRule="auto"/>
        <w:ind w:left="720"/>
      </w:pPr>
      <w:r/>
      <w:hyperlink r:id="rId12">
        <w:r>
          <w:rPr>
            <w:color w:val="0000EE"/>
            <w:u w:val="single"/>
          </w:rPr>
          <w:t>https://www.alldataee.com/en/news/delvitechs-new-3d-aoi-aton/</w:t>
        </w:r>
      </w:hyperlink>
      <w:r>
        <w:t xml:space="preserve"> - This article provides information on Delvitech's Aton system, its features such as full 3D inspection, patented optical technology, and AI-based inspection solutions, and its application in various inspection phases.</w:t>
      </w:r>
      <w:r/>
    </w:p>
    <w:p>
      <w:pPr>
        <w:pStyle w:val="ListNumber"/>
        <w:spacing w:line="240" w:lineRule="auto"/>
        <w:ind w:left="720"/>
      </w:pPr>
      <w:r/>
      <w:hyperlink r:id="rId13">
        <w:r>
          <w:rPr>
            <w:color w:val="0000EE"/>
            <w:u w:val="single"/>
          </w:rPr>
          <w:t>https://delvi.tech/leepra-technologies-chooses-delvitech/</w:t>
        </w:r>
      </w:hyperlink>
      <w:r>
        <w:t xml:space="preserve"> - This page describes the integration of Delvitech's Aton system into Leepra Technologies, emphasizing its impact on quality control, production efficiency, and compliance with regulatory standards.</w:t>
      </w:r>
      <w:r/>
    </w:p>
    <w:p>
      <w:pPr>
        <w:pStyle w:val="ListNumber"/>
        <w:spacing w:line="240" w:lineRule="auto"/>
        <w:ind w:left="720"/>
      </w:pPr>
      <w:r/>
      <w:hyperlink r:id="rId14">
        <w:r>
          <w:rPr>
            <w:color w:val="0000EE"/>
            <w:u w:val="single"/>
          </w:rPr>
          <w:t>https://delvi.tech</w:t>
        </w:r>
      </w:hyperlink>
      <w:r>
        <w:t xml:space="preserve"> - Delvitech's official website outlines their 3D Automated Optical Inspection systems, including the Aton and Horus, and their application in inspecting PCB assemblies using AI.</w:t>
      </w:r>
      <w:r/>
    </w:p>
    <w:p>
      <w:pPr>
        <w:pStyle w:val="ListNumber"/>
        <w:spacing w:line="240" w:lineRule="auto"/>
        <w:ind w:left="720"/>
      </w:pPr>
      <w:r/>
      <w:hyperlink r:id="rId10">
        <w:r>
          <w:rPr>
            <w:color w:val="0000EE"/>
            <w:u w:val="single"/>
          </w:rPr>
          <w:t>https://iconnect007.com/article/141457/leepra-technologies-selects-delvitechs-3d-aibased-aoi-system-to-revolutionize-quality-control/141454/smt</w:t>
        </w:r>
      </w:hyperlink>
      <w:r>
        <w:t xml:space="preserve"> - This article mentions the various industries served by Leepra Technologies, such as electronics manufacturing, automotive parts, aerospace components, medical devices, and consumer goods, which aligns with the diverse sectors served by Adolfo Juri Elettronica.</w:t>
      </w:r>
      <w:r/>
    </w:p>
    <w:p>
      <w:pPr>
        <w:pStyle w:val="ListNumber"/>
        <w:spacing w:line="240" w:lineRule="auto"/>
        <w:ind w:left="720"/>
      </w:pPr>
      <w:r/>
      <w:hyperlink r:id="rId11">
        <w:r>
          <w:rPr>
            <w:color w:val="0000EE"/>
            <w:u w:val="single"/>
          </w:rPr>
          <w:t>https://www.emsnow.com/swiss-based-delvitech-sa-exhibits-at-productronica-its-latest-aoi-spi-solutions-based-on-proprietary-developed-ai/</w:t>
        </w:r>
      </w:hyperlink>
      <w:r>
        <w:t xml:space="preserve"> - This source highlights the high-speed and high-resolution image processing capabilities of Delvitech's AOI systems, which are crucial for detecting soldering defects and component misplacements.</w:t>
      </w:r>
      <w:r/>
    </w:p>
    <w:p>
      <w:pPr>
        <w:pStyle w:val="ListNumber"/>
        <w:spacing w:line="240" w:lineRule="auto"/>
        <w:ind w:left="720"/>
      </w:pPr>
      <w:r/>
      <w:hyperlink r:id="rId12">
        <w:r>
          <w:rPr>
            <w:color w:val="0000EE"/>
            <w:u w:val="single"/>
          </w:rPr>
          <w:t>https://www.alldataee.com/en/news/delvitechs-new-3d-aoi-aton/</w:t>
        </w:r>
      </w:hyperlink>
      <w:r>
        <w:t xml:space="preserve"> - This article explains how Delvitech's Aton system can be used for all inspection phases, from post-wave to post-reflow, ensuring flexibility and efficiency in production lines.</w:t>
      </w:r>
      <w:r/>
    </w:p>
    <w:p>
      <w:pPr>
        <w:pStyle w:val="ListNumber"/>
        <w:spacing w:line="240" w:lineRule="auto"/>
        <w:ind w:left="720"/>
      </w:pPr>
      <w:r/>
      <w:hyperlink r:id="rId13">
        <w:r>
          <w:rPr>
            <w:color w:val="0000EE"/>
            <w:u w:val="single"/>
          </w:rPr>
          <w:t>https://delvi.tech/leepra-technologies-chooses-delvitech/</w:t>
        </w:r>
      </w:hyperlink>
      <w:r>
        <w:t xml:space="preserve"> - This page underscores the importance of innovation and the role of AI-driven inspection models in enhancing production capabilities, aligning with Adolfo Juri Elettronica's focus on innovation and lean management.</w:t>
      </w:r>
      <w:r/>
    </w:p>
    <w:p>
      <w:pPr>
        <w:pStyle w:val="ListNumber"/>
        <w:spacing w:line="240" w:lineRule="auto"/>
        <w:ind w:left="720"/>
      </w:pPr>
      <w:r/>
      <w:hyperlink r:id="rId11">
        <w:r>
          <w:rPr>
            <w:color w:val="0000EE"/>
            <w:u w:val="single"/>
          </w:rPr>
          <w:t>https://www.emsnow.com/swiss-based-delvitech-sa-exhibits-at-productronica-its-latest-aoi-spi-solutions-based-on-proprietary-developed-ai/</w:t>
        </w:r>
      </w:hyperlink>
      <w:r>
        <w:t xml:space="preserve"> - This source mentions the predictive analysis and self-programming features of Delvitech's AOI systems, which support continuous improvement and efficiency in manufacturing processes.</w:t>
      </w:r>
      <w:r/>
    </w:p>
    <w:p>
      <w:pPr>
        <w:pStyle w:val="ListNumber"/>
        <w:spacing w:line="240" w:lineRule="auto"/>
        <w:ind w:left="720"/>
      </w:pPr>
      <w:r/>
      <w:hyperlink r:id="rId14">
        <w:r>
          <w:rPr>
            <w:color w:val="0000EE"/>
            <w:u w:val="single"/>
          </w:rPr>
          <w:t>https://delvi.tech</w:t>
        </w:r>
      </w:hyperlink>
      <w:r>
        <w:t xml:space="preserve"> - Delvitech's website emphasizes their commitment to reducing waste, cutting down CO2 emissions, and pioneering sustainable AOI solutions, which aligns with the broader focus on environmental and efficiency improvements.</w:t>
      </w:r>
      <w:r/>
    </w:p>
    <w:p>
      <w:pPr>
        <w:pStyle w:val="ListNumber"/>
        <w:spacing w:line="240" w:lineRule="auto"/>
        <w:ind w:left="720"/>
      </w:pPr>
      <w:r/>
      <w:hyperlink r:id="rId15">
        <w:r>
          <w:rPr>
            <w:color w:val="0000EE"/>
            <w:u w:val="single"/>
          </w:rPr>
          <w:t>https://www.wnie.online/adolfo-juri-elettronica-industriale-sa-selects-delvitechs-3d-ai-based-aoi-solutions-to-keep-on-leading-the-electronics-manufacturing-industry/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connect007.com/article/141457/leepra-technologies-selects-delvitechs-3d-aibased-aoi-system-to-revolutionize-quality-control/141454/smt" TargetMode="External"/><Relationship Id="rId11" Type="http://schemas.openxmlformats.org/officeDocument/2006/relationships/hyperlink" Target="https://www.emsnow.com/swiss-based-delvitech-sa-exhibits-at-productronica-its-latest-aoi-spi-solutions-based-on-proprietary-developed-ai/" TargetMode="External"/><Relationship Id="rId12" Type="http://schemas.openxmlformats.org/officeDocument/2006/relationships/hyperlink" Target="https://www.alldataee.com/en/news/delvitechs-new-3d-aoi-aton/" TargetMode="External"/><Relationship Id="rId13" Type="http://schemas.openxmlformats.org/officeDocument/2006/relationships/hyperlink" Target="https://delvi.tech/leepra-technologies-chooses-delvitech/" TargetMode="External"/><Relationship Id="rId14" Type="http://schemas.openxmlformats.org/officeDocument/2006/relationships/hyperlink" Target="https://delvi.tech" TargetMode="External"/><Relationship Id="rId15" Type="http://schemas.openxmlformats.org/officeDocument/2006/relationships/hyperlink" Target="https://www.wnie.online/adolfo-juri-elettronica-industriale-sa-selects-delvitechs-3d-ai-based-aoi-solutions-to-keep-on-leading-the-electronics-manufacturing-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