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Ahead of elections: special report examines voting process and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Ahead of Elections: Special Report Examines Voting Process and Misinformation</w:t>
      </w:r>
      <w:r/>
    </w:p>
    <w:p>
      <w:r/>
      <w:r>
        <w:t>As Election Day nears, a critical focus is turning towards the mechanics of voting and the integrity of the election process in the United States. Millions of Americans are preparing to head to the polls to elect leaders at various levels of government, from the presidential office to local school boards. Concerned citizens and voters alike are being encouraged to inform themselves about the electoral process and be aware of potential misinformation that could cloud their understanding and decisions.</w:t>
      </w:r>
      <w:r/>
    </w:p>
    <w:p>
      <w:r/>
      <w:r>
        <w:t>In light of these upcoming elections, a comprehensive half-hour news special titled "Commitment 2024: Get the Facts" is set to air, shedding light on the voting process, the safeguards in place, and the types of disinformation that voters might encounter. This effort is led by National Investigative Correspondent John Cardinale and White House Correspondent Kalyn Norwood, who collaborate to present viewers with essential insights on how votes are counted and the measures in place to ensure the physical security of polling stations.</w:t>
      </w:r>
      <w:r/>
    </w:p>
    <w:p>
      <w:r/>
      <w:r>
        <w:t>Particularly, the report will tackle pressing issues such as voter fraud and the challenges posed by modern technology, including AI-generated deepfakes and fake news websites. These developments have introduced sophisticated forms of misinformation and disinformation aimed at misleading the electorate. The programme draws upon original research conducted by Hearst Television's National Investigative Unit, which includes confirmed instances of election and voter fraud, thereby grounding the discussion in factual data.</w:t>
      </w:r>
      <w:r/>
    </w:p>
    <w:p>
      <w:r/>
      <w:r>
        <w:t>The special report also features new interviews with election officials and experts who provide updated perspectives and clarifications on the electoral system. These experts dissect the reality of voter fraud, which remains a topic of significant public concern and discourse, and offer guidance on how individuals can recognise and critically evaluate potential threats posed by misinformation.</w:t>
      </w:r>
      <w:r/>
    </w:p>
    <w:p>
      <w:r/>
      <w:r>
        <w:t>"Commitment 2024: Get the Facts" aims to prepare voters to make informed choices at the ballot box by equipping them with factual information and the tools to discern falsehoods that might influence voter behaviour. Those interested in viewing the programme can check local listings for airing schedules or stream it via the Very Local app at no cost.</w:t>
      </w:r>
      <w:r/>
    </w:p>
    <w:p>
      <w:r/>
      <w:r>
        <w:t>This initiative underscores the ongoing efforts by media outlets and investigative units to ensure a transparent electoral process by addressing public concern over misinformation and maintaining informed voter participation across the nation.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https://newslit.org/election/</w:t>
        </w:r>
      </w:hyperlink>
      <w:r>
        <w:t xml:space="preserve"> - This link corroborates the efforts to inform voters about election misinformation, including the use of AI-generated content and the importance of news literacy in discerning fact from fiction.</w:t>
      </w:r>
      <w:r/>
    </w:p>
    <w:p>
      <w:pPr>
        <w:pStyle w:val="ListNumber"/>
        <w:spacing w:line="240" w:lineRule="auto"/>
        <w:ind w:left="720"/>
      </w:pPr>
      <w:r/>
      <w:hyperlink r:id="rId11">
        <w:r>
          <w:rPr>
            <w:color w:val="0000EE"/>
            <w:u w:val="single"/>
          </w:rPr>
          <w:t>https://www.cbsnews.com/philadelphia/news/how-to-recognize-election-misinformation-danger/</w:t>
        </w:r>
      </w:hyperlink>
      <w:r>
        <w:t xml:space="preserve"> - This article supports the discussion on the evolving nature of misinformation, the role of AI, and the strategies to recognize and combat it, such as using the News Literacy Project's Misinformation Dashboard.</w:t>
      </w:r>
      <w:r/>
    </w:p>
    <w:p>
      <w:pPr>
        <w:pStyle w:val="ListNumber"/>
        <w:spacing w:line="240" w:lineRule="auto"/>
        <w:ind w:left="720"/>
      </w:pPr>
      <w:r/>
      <w:hyperlink r:id="rId12">
        <w:r>
          <w:rPr>
            <w:color w:val="0000EE"/>
            <w:u w:val="single"/>
          </w:rPr>
          <w:t>https://www.brennancenter.org/election-misinformation</w:t>
        </w:r>
      </w:hyperlink>
      <w:r>
        <w:t xml:space="preserve"> - This link provides context on the broader impact of election misinformation, including its effect on trust in elections and the need for public action to combat it.</w:t>
      </w:r>
      <w:r/>
    </w:p>
    <w:p>
      <w:pPr>
        <w:pStyle w:val="ListNumber"/>
        <w:spacing w:line="240" w:lineRule="auto"/>
        <w:ind w:left="720"/>
      </w:pPr>
      <w:r/>
      <w:hyperlink r:id="rId13">
        <w:r>
          <w:rPr>
            <w:color w:val="0000EE"/>
            <w:u w:val="single"/>
          </w:rPr>
          <w:t>https://thehill.com/opinion/technology/4941143-election-misinformation-public-action/</w:t>
        </w:r>
      </w:hyperlink>
      <w:r>
        <w:t xml:space="preserve"> - This article offers strategies for pushing back against election misinformation, aligning with the report's goal of equipping voters with tools to discern falsehoods.</w:t>
      </w:r>
      <w:r/>
    </w:p>
    <w:p>
      <w:pPr>
        <w:pStyle w:val="ListNumber"/>
        <w:spacing w:line="240" w:lineRule="auto"/>
        <w:ind w:left="720"/>
      </w:pPr>
      <w:r/>
      <w:hyperlink r:id="rId14">
        <w:r>
          <w:rPr>
            <w:color w:val="0000EE"/>
            <w:u w:val="single"/>
          </w:rPr>
          <w:t>https://www.newsguardtech.com/special-reports/2024-elections-misinformation-tracker/</w:t>
        </w:r>
      </w:hyperlink>
      <w:r>
        <w:t xml:space="preserve"> - This link details the tracking of election misinformation by NewsGuard, highlighting the ongoing efforts to monitor and update information on myths and trends in election misinformation.</w:t>
      </w:r>
      <w:r/>
    </w:p>
    <w:p>
      <w:pPr>
        <w:pStyle w:val="ListNumber"/>
        <w:spacing w:line="240" w:lineRule="auto"/>
        <w:ind w:left="720"/>
      </w:pPr>
      <w:r/>
      <w:hyperlink r:id="rId15">
        <w:r>
          <w:rPr>
            <w:color w:val="0000EE"/>
            <w:u w:val="single"/>
          </w:rPr>
          <w:t>https://newslit.org/election/#OurResources</w:t>
        </w:r>
      </w:hyperlink>
      <w:r>
        <w:t xml:space="preserve"> - This section of the News Literacy Project website provides resources for learning and teaching news literacy, including infographics, webinars, and other educational materials to help voters make informed decisions.</w:t>
      </w:r>
      <w:r/>
    </w:p>
    <w:p>
      <w:pPr>
        <w:pStyle w:val="ListNumber"/>
        <w:spacing w:line="240" w:lineRule="auto"/>
        <w:ind w:left="720"/>
      </w:pPr>
      <w:r/>
      <w:hyperlink r:id="rId16">
        <w:r>
          <w:rPr>
            <w:color w:val="0000EE"/>
            <w:u w:val="single"/>
          </w:rPr>
          <w:t>https://www.cbsnews.com/philadelphia/news/how-to-recognize-election-misinformation-danger/#GetInvolved</w:t>
        </w:r>
      </w:hyperlink>
      <w:r>
        <w:t xml:space="preserve"> - This part of the article emphasizes the importance of voter involvement, such as becoming poll workers or poll watchers, to ensure the integrity of the electoral process.</w:t>
      </w:r>
      <w:r/>
    </w:p>
    <w:p>
      <w:pPr>
        <w:pStyle w:val="ListNumber"/>
        <w:spacing w:line="240" w:lineRule="auto"/>
        <w:ind w:left="720"/>
      </w:pPr>
      <w:r/>
      <w:hyperlink r:id="rId17">
        <w:r>
          <w:rPr>
            <w:color w:val="0000EE"/>
            <w:u w:val="single"/>
          </w:rPr>
          <w:t>https://newslit.org/election/#StayInTheLoop</w:t>
        </w:r>
      </w:hyperlink>
      <w:r>
        <w:t xml:space="preserve"> - This link highlights the importance of staying informed through newsletters and other resources, which is crucial for maintaining informed voter participation.</w:t>
      </w:r>
      <w:r/>
    </w:p>
    <w:p>
      <w:pPr>
        <w:pStyle w:val="ListNumber"/>
        <w:spacing w:line="240" w:lineRule="auto"/>
        <w:ind w:left="720"/>
      </w:pPr>
      <w:r/>
      <w:hyperlink r:id="rId18">
        <w:r>
          <w:rPr>
            <w:color w:val="0000EE"/>
            <w:u w:val="single"/>
          </w:rPr>
          <w:t>https://www.newsguardtech.com/special-reports/2024-elections-misinformation-tracker/#MediaIntelligenceDashboard</w:t>
        </w:r>
      </w:hyperlink>
      <w:r>
        <w:t xml:space="preserve"> - This section explains how NewsGuard's Media Intelligence Dashboard helps in tracking and analyzing election misinformation, providing updated insights on myths and trends.</w:t>
      </w:r>
      <w:r/>
    </w:p>
    <w:p>
      <w:pPr>
        <w:pStyle w:val="ListNumber"/>
        <w:spacing w:line="240" w:lineRule="auto"/>
        <w:ind w:left="720"/>
      </w:pPr>
      <w:r/>
      <w:hyperlink r:id="rId19">
        <w:r>
          <w:rPr>
            <w:color w:val="0000EE"/>
            <w:u w:val="single"/>
          </w:rPr>
          <w:t>https://www.cbsnews.com/philadelphia/news/how-to-recognize-election-misinformation-danger/#MisinformationDashboard</w:t>
        </w:r>
      </w:hyperlink>
      <w:r>
        <w:t xml:space="preserve"> - This link details the News Literacy Project's Misinformation Dashboard, which helps voters identify and avoid viral election falsehoods by analyzing trends and tactics of misinformation.</w:t>
      </w:r>
      <w:r/>
    </w:p>
    <w:p>
      <w:pPr>
        <w:pStyle w:val="ListNumber"/>
        <w:spacing w:line="240" w:lineRule="auto"/>
        <w:ind w:left="720"/>
      </w:pPr>
      <w:r/>
      <w:hyperlink r:id="rId20">
        <w:r>
          <w:rPr>
            <w:color w:val="0000EE"/>
            <w:u w:val="single"/>
          </w:rPr>
          <w:t>https://newslit.org/election/#OtherResources</w:t>
        </w:r>
      </w:hyperlink>
      <w:r>
        <w:t xml:space="preserve"> - This section provides trusted information sources on how and where to vote, which is essential for ensuring voters have accurate and reliable information about the electoral process.</w:t>
      </w:r>
      <w:r/>
    </w:p>
    <w:p>
      <w:pPr>
        <w:pStyle w:val="ListNumber"/>
        <w:spacing w:line="240" w:lineRule="auto"/>
        <w:ind w:left="720"/>
      </w:pPr>
      <w:r/>
      <w:hyperlink r:id="rId21">
        <w:r>
          <w:rPr>
            <w:color w:val="0000EE"/>
            <w:u w:val="single"/>
          </w:rPr>
          <w:t>https://www.wlwt.com/article/election-day-debunking-disinformation-clarify-voting-process-ai-deepfakes-voter-fraud/62626103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lit.org/election/" TargetMode="External"/><Relationship Id="rId11" Type="http://schemas.openxmlformats.org/officeDocument/2006/relationships/hyperlink" Target="https://www.cbsnews.com/philadelphia/news/how-to-recognize-election-misinformation-danger/" TargetMode="External"/><Relationship Id="rId12" Type="http://schemas.openxmlformats.org/officeDocument/2006/relationships/hyperlink" Target="https://www.brennancenter.org/election-misinformation" TargetMode="External"/><Relationship Id="rId13" Type="http://schemas.openxmlformats.org/officeDocument/2006/relationships/hyperlink" Target="https://thehill.com/opinion/technology/4941143-election-misinformation-public-action/" TargetMode="External"/><Relationship Id="rId14" Type="http://schemas.openxmlformats.org/officeDocument/2006/relationships/hyperlink" Target="https://www.newsguardtech.com/special-reports/2024-elections-misinformation-tracker/" TargetMode="External"/><Relationship Id="rId15" Type="http://schemas.openxmlformats.org/officeDocument/2006/relationships/hyperlink" Target="https://newslit.org/election/#OurResources" TargetMode="External"/><Relationship Id="rId16" Type="http://schemas.openxmlformats.org/officeDocument/2006/relationships/hyperlink" Target="https://www.cbsnews.com/philadelphia/news/how-to-recognize-election-misinformation-danger/#GetInvolved" TargetMode="External"/><Relationship Id="rId17" Type="http://schemas.openxmlformats.org/officeDocument/2006/relationships/hyperlink" Target="https://newslit.org/election/#StayInTheLoop" TargetMode="External"/><Relationship Id="rId18" Type="http://schemas.openxmlformats.org/officeDocument/2006/relationships/hyperlink" Target="https://www.newsguardtech.com/special-reports/2024-elections-misinformation-tracker/#MediaIntelligenceDashboard" TargetMode="External"/><Relationship Id="rId19" Type="http://schemas.openxmlformats.org/officeDocument/2006/relationships/hyperlink" Target="https://www.cbsnews.com/philadelphia/news/how-to-recognize-election-misinformation-danger/#MisinformationDashboard" TargetMode="External"/><Relationship Id="rId20" Type="http://schemas.openxmlformats.org/officeDocument/2006/relationships/hyperlink" Target="https://newslit.org/election/#OtherResources" TargetMode="External"/><Relationship Id="rId21" Type="http://schemas.openxmlformats.org/officeDocument/2006/relationships/hyperlink" Target="https://www.wlwt.com/article/election-day-debunking-disinformation-clarify-voting-process-ai-deepfakes-voter-fraud/626261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