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AI-assisted meal planning: exploring the role of ChatGPT in reducing food waste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AI-Assisted Meal Planning: Exploring the Role of ChatGPT in Reducing Food Waste</w:t>
      </w:r>
      <w:r/>
    </w:p>
    <w:p>
      <w:r/>
      <w:r>
        <w:t>As technology continues to evolve, artificial intelligence is being introduced into various facets of daily life, including the kitchen. An intriguing experiment has demonstrated how the AI program, ChatGPT, has been employed to develop a structured meal plan, aimed at helping individuals manage meal preparation while also addressing food waste concerns.</w:t>
      </w:r>
      <w:r/>
    </w:p>
    <w:p>
      <w:r/>
      <w:r>
        <w:rPr>
          <w:b/>
        </w:rPr>
        <w:t>AI-Driven Meal Plan Initiative</w:t>
      </w:r>
      <w:r/>
    </w:p>
    <w:p>
      <w:r/>
      <w:r>
        <w:t>The activity took place through the guiding efforts of an editor at CNET, who embarked on a journey to become a more consistent cook. The editor turned to ChatGPT to create a seven-day dinner menu, tailored with a few specific requirements—quick preparation, healthy options, and a complete avoidance of fish. The AI responded with a list of meals, complete with basic ingredient lists and short cooking instructions, though lacking in detailed measurements.</w:t>
      </w:r>
      <w:r/>
    </w:p>
    <w:p>
      <w:r/>
      <w:r>
        <w:rPr>
          <w:b/>
        </w:rPr>
        <w:t>The Plan in Action</w:t>
      </w:r>
      <w:r/>
    </w:p>
    <w:p>
      <w:r/>
      <w:r>
        <w:t>The AI-developed menu comprised diverse meals ranging from "Lemon Garlic Chicken with Roasted Vegetables" to "Easy Turkey Chili". Over the course of the week, all meals were prepared and tested. Adjustments were occasionally made, such as altering cooking times or adding personal seasonings, to better suit household tastes. For instance, the "Lemon Garlic Chicken" proved simple and efficient, while the "Beef Stir-fry" benefited from an enhanced sauce derived from a personal recipe, adding cornstarch and brown sugar for extra flavour.</w:t>
      </w:r>
      <w:r/>
    </w:p>
    <w:p>
      <w:r/>
      <w:r>
        <w:t>In regards to practicality, the AI not only suggested recipes but also provided a structured grocery list, which simplified shopping and aligned purchase volumes with consumption needs, thereby minimising waste. Each meal required ingredients that were either readily available or easily adaptable, and any leftovers were consumed the following day.</w:t>
      </w:r>
      <w:r/>
    </w:p>
    <w:p>
      <w:r/>
      <w:r>
        <w:rPr>
          <w:b/>
        </w:rPr>
        <w:t>Environmental Implications</w:t>
      </w:r>
      <w:r/>
    </w:p>
    <w:p>
      <w:r/>
      <w:r>
        <w:t>The experiment highlighted an important narrative surrounding food waste, particularly in the United States, where approximately 30% to 40% of food is wasted annually. This waste contributes to increased carbon footprints due to escalated food production and methane emissions from food decay in landfills. By optimising the use of ingredients and planning meals in advance, such structured approaches to cooking can serve to significantly mitigate domestic food waste.</w:t>
      </w:r>
      <w:r/>
    </w:p>
    <w:p>
      <w:r/>
      <w:r>
        <w:rPr>
          <w:b/>
        </w:rPr>
        <w:t>A Methodical Approach to Sustainability</w:t>
      </w:r>
      <w:r/>
    </w:p>
    <w:p>
      <w:r/>
      <w:r>
        <w:t>The week-long trial also underscored sustainability benefits through successful meal planning. The editor noted that, unlike previous weeks, no food ended up being discarded. This effective consumption, facilitated by the AI's structured plan, not only improved household food efficiency but also hinted at broader environmental benefits if such practices were scaled.</w:t>
      </w:r>
      <w:r/>
    </w:p>
    <w:p>
      <w:r/>
      <w:r>
        <w:t>This exploration of integrating AI into daily meal planning demonstrates a blend of technology with culinary arts, pointing towards a future where artificial intelligence could assist in grocery shopping, waste management, and sustainable living practices.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https://www.ptolemay.com/post/the-ai-food-critic-transforming-culinary-apps-with-chatgpt-recommendations</w:t>
        </w:r>
      </w:hyperlink>
      <w:r>
        <w:t xml:space="preserve"> - This article explains how ChatGPT can be integrated into cooking apps to provide personalized recipe suggestions, dietary adjustments, and hands-on cooking assistance, which supports the claim of AI-driven meal planning and reducing food waste.</w:t>
      </w:r>
      <w:r/>
    </w:p>
    <w:p>
      <w:pPr>
        <w:pStyle w:val="ListNumber"/>
        <w:spacing w:line="240" w:lineRule="auto"/>
        <w:ind w:left="720"/>
      </w:pPr>
      <w:r/>
      <w:hyperlink r:id="rId11">
        <w:r>
          <w:rPr>
            <w:color w:val="0000EE"/>
            <w:u w:val="single"/>
          </w:rPr>
          <w:t>https://thegreenhubonline.com/i-used-chatgpt-to-help-me-reduce-food-waste/</w:t>
        </w:r>
      </w:hyperlink>
      <w:r>
        <w:t xml:space="preserve"> - This article details how ChatGPT was used to create meal ideas and recipes to use up fresh produce, reducing food waste, which aligns with the environmental implications and sustainability benefits mentioned.</w:t>
      </w:r>
      <w:r/>
    </w:p>
    <w:p>
      <w:pPr>
        <w:pStyle w:val="ListNumber"/>
        <w:spacing w:line="240" w:lineRule="auto"/>
        <w:ind w:left="720"/>
      </w:pPr>
      <w:r/>
      <w:hyperlink r:id="rId12">
        <w:r>
          <w:rPr>
            <w:color w:val="0000EE"/>
            <w:u w:val="single"/>
          </w:rPr>
          <w:t>https://www.kathilipp.com/2024/07/625-meal-planning-made-easy-with-ai-kathis-insider-tips/</w:t>
        </w:r>
      </w:hyperlink>
      <w:r>
        <w:t xml:space="preserve"> - This article provides practical tips on using AI for meal planning, including generating healthy and budget-friendly recipes, managing dietary restrictions, and creating categorized shopping lists, all of which support the AI-driven meal plan initiative.</w:t>
      </w:r>
      <w:r/>
    </w:p>
    <w:p>
      <w:pPr>
        <w:pStyle w:val="ListNumber"/>
        <w:spacing w:line="240" w:lineRule="auto"/>
        <w:ind w:left="720"/>
      </w:pPr>
      <w:r/>
      <w:hyperlink r:id="rId13">
        <w:r>
          <w:rPr>
            <w:color w:val="0000EE"/>
            <w:u w:val="single"/>
          </w:rPr>
          <w:t>https://www.cnet.com/home/kitchen-and-household/meal-prep-magic-how-i-used-chatgpt-for-budget-friendly-healthy-eating/</w:t>
        </w:r>
      </w:hyperlink>
      <w:r>
        <w:t xml:space="preserve"> - This article describes how an editor at CNET used ChatGPT to create a seven-day meal plan with specific requirements, such as quick preparation and healthy options, and how the AI provided a structured grocery list, corroborating the plan in action and practicality aspects.</w:t>
      </w:r>
      <w:r/>
    </w:p>
    <w:p>
      <w:pPr>
        <w:pStyle w:val="ListNumber"/>
        <w:spacing w:line="240" w:lineRule="auto"/>
        <w:ind w:left="720"/>
      </w:pPr>
      <w:r/>
      <w:hyperlink r:id="rId10">
        <w:r>
          <w:rPr>
            <w:color w:val="0000EE"/>
            <w:u w:val="single"/>
          </w:rPr>
          <w:t>https://www.ptolemay.com/post/the-ai-food-critic-transforming-culinary-apps-with-chatgpt-recommendations</w:t>
        </w:r>
      </w:hyperlink>
      <w:r>
        <w:t xml:space="preserve"> - This article highlights the role of ChatGPT in suggesting ingredient substitutions and reducing food waste by using available ingredients, which supports the methodical approach to sustainability.</w:t>
      </w:r>
      <w:r/>
    </w:p>
    <w:p>
      <w:pPr>
        <w:pStyle w:val="ListNumber"/>
        <w:spacing w:line="240" w:lineRule="auto"/>
        <w:ind w:left="720"/>
      </w:pPr>
      <w:r/>
      <w:hyperlink r:id="rId11">
        <w:r>
          <w:rPr>
            <w:color w:val="0000EE"/>
            <w:u w:val="single"/>
          </w:rPr>
          <w:t>https://thegreenhubonline.com/i-used-chatgpt-to-help-me-reduce-food-waste/</w:t>
        </w:r>
      </w:hyperlink>
      <w:r>
        <w:t xml:space="preserve"> - This article discusses the impact of food waste and how using ChatGPT can help reduce it by creating meal plans that use up all available ingredients, aligning with the environmental implications section.</w:t>
      </w:r>
      <w:r/>
    </w:p>
    <w:p>
      <w:pPr>
        <w:pStyle w:val="ListNumber"/>
        <w:spacing w:line="240" w:lineRule="auto"/>
        <w:ind w:left="720"/>
      </w:pPr>
      <w:r/>
      <w:hyperlink r:id="rId12">
        <w:r>
          <w:rPr>
            <w:color w:val="0000EE"/>
            <w:u w:val="single"/>
          </w:rPr>
          <w:t>https://www.kathilipp.com/2024/07/625-meal-planning-made-easy-with-ai-kathis-insider-tips/</w:t>
        </w:r>
      </w:hyperlink>
      <w:r>
        <w:t xml:space="preserve"> - This article mentions using AI to generate meal plans that avoid food waste by incorporating all available ingredients and leftovers, supporting the sustainability benefits mentioned.</w:t>
      </w:r>
      <w:r/>
    </w:p>
    <w:p>
      <w:pPr>
        <w:pStyle w:val="ListNumber"/>
        <w:spacing w:line="240" w:lineRule="auto"/>
        <w:ind w:left="720"/>
      </w:pPr>
      <w:r/>
      <w:hyperlink r:id="rId13">
        <w:r>
          <w:rPr>
            <w:color w:val="0000EE"/>
            <w:u w:val="single"/>
          </w:rPr>
          <w:t>https://www.cnet.com/home/kitchen-and-household/meal-prep-magic-how-i-used-chatgpt-for-budget-friendly-healthy-eating/</w:t>
        </w:r>
      </w:hyperlink>
      <w:r>
        <w:t xml:space="preserve"> - This article details the environmental benefits of using AI for meal planning, such as reducing carbon footprints and methane emissions from food decay, which aligns with the environmental implications section.</w:t>
      </w:r>
      <w:r/>
    </w:p>
    <w:p>
      <w:pPr>
        <w:pStyle w:val="ListNumber"/>
        <w:spacing w:line="240" w:lineRule="auto"/>
        <w:ind w:left="720"/>
      </w:pPr>
      <w:r/>
      <w:hyperlink r:id="rId10">
        <w:r>
          <w:rPr>
            <w:color w:val="0000EE"/>
            <w:u w:val="single"/>
          </w:rPr>
          <w:t>https://www.ptolemay.com/post/the-ai-food-critic-transforming-culinary-apps-with-chatgpt-recommendations</w:t>
        </w:r>
      </w:hyperlink>
      <w:r>
        <w:t xml:space="preserve"> - This article explains how ChatGPT can help in preparing a shopping list and ensuring all necessary items are purchased, minimizing waste and supporting the practicality of AI-driven meal planning.</w:t>
      </w:r>
      <w:r/>
    </w:p>
    <w:p>
      <w:pPr>
        <w:pStyle w:val="ListNumber"/>
        <w:spacing w:line="240" w:lineRule="auto"/>
        <w:ind w:left="720"/>
      </w:pPr>
      <w:r/>
      <w:hyperlink r:id="rId11">
        <w:r>
          <w:rPr>
            <w:color w:val="0000EE"/>
            <w:u w:val="single"/>
          </w:rPr>
          <w:t>https://thegreenhubonline.com/i-used-chatgpt-to-help-me-reduce-food-waste/</w:t>
        </w:r>
      </w:hyperlink>
      <w:r>
        <w:t xml:space="preserve"> - This article shows how ChatGPT can be used to create meal plans that are quick and easy to prepare, reducing the time and effort involved in meal planning and supporting the plan in action section.</w:t>
      </w:r>
      <w:r/>
    </w:p>
    <w:p>
      <w:pPr>
        <w:pStyle w:val="ListNumber"/>
        <w:spacing w:line="240" w:lineRule="auto"/>
        <w:ind w:left="720"/>
      </w:pPr>
      <w:r/>
      <w:hyperlink r:id="rId13">
        <w:r>
          <w:rPr>
            <w:color w:val="0000EE"/>
            <w:u w:val="single"/>
          </w:rPr>
          <w:t>https://www.cnet.com/home/kitchen-and-household/meal-prep-magic-how-i-used-chatgpt-for-budget-friendly-healthy-eating/</w:t>
        </w:r>
      </w:hyperlink>
      <w:r>
        <w:t xml:space="preserve"> - This article provides an example of how AI can suggest diverse meals and allow for personal adjustments, such as adding seasonings or substituting ingredients, which supports the flexibility and practicality of AI-driven meal plans.</w:t>
      </w:r>
      <w:r/>
    </w:p>
    <w:p>
      <w:pPr>
        <w:pStyle w:val="ListNumber"/>
        <w:spacing w:line="240" w:lineRule="auto"/>
        <w:ind w:left="720"/>
      </w:pPr>
      <w:r/>
      <w:hyperlink r:id="rId14">
        <w:r>
          <w:rPr>
            <w:color w:val="0000EE"/>
            <w:u w:val="single"/>
          </w:rPr>
          <w:t>https://www.cnet.com/home/kitchen-and-household/ai-told-me-what-to-eat-for-a-week-heres-how-it-went/#ftag=CADf328eec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tolemay.com/post/the-ai-food-critic-transforming-culinary-apps-with-chatgpt-recommendations" TargetMode="External"/><Relationship Id="rId11" Type="http://schemas.openxmlformats.org/officeDocument/2006/relationships/hyperlink" Target="https://thegreenhubonline.com/i-used-chatgpt-to-help-me-reduce-food-waste/" TargetMode="External"/><Relationship Id="rId12" Type="http://schemas.openxmlformats.org/officeDocument/2006/relationships/hyperlink" Target="https://www.kathilipp.com/2024/07/625-meal-planning-made-easy-with-ai-kathis-insider-tips/" TargetMode="External"/><Relationship Id="rId13" Type="http://schemas.openxmlformats.org/officeDocument/2006/relationships/hyperlink" Target="https://www.cnet.com/home/kitchen-and-household/meal-prep-magic-how-i-used-chatgpt-for-budget-friendly-healthy-eating/" TargetMode="External"/><Relationship Id="rId14" Type="http://schemas.openxmlformats.org/officeDocument/2006/relationships/hyperlink" Target="https://www.cnet.com/home/kitchen-and-household/ai-told-me-what-to-eat-for-a-week-heres-how-it-went/#ftag=CADf328ee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