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blunder wrongly accuses district attorney of murder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situation highlighting the pitfalls of artificial intelligence in journalism, Hoodline San Jose, a local news website using AI to produce content, inadvertently accused a regional district attorney of murder. The article surfaced with an alarming headline that erroneously implicated the San Mateo County District Attorney (DA) as the accused in a murder case. The incorrect report suggested that the DA was charged with murder amid an ongoing search for a victim's remains. However, the reality of the situation was different—the DA's office was prosecuting an individual for the crime, not the DA himself.</w:t>
      </w:r>
      <w:r/>
    </w:p>
    <w:p>
      <w:r/>
      <w:r>
        <w:t>The confusion originated from a misinterpretation by Hoodline's AI tool, which mishandled a social media update from the San Mateo DA's official account. The update was intended to inform the public about the DA charging a local resident, not to assert involvement or guilt on the part of the DA. The erroneous AI-generated article thus drew attention due to its glaring misreporting of a serious accusation against a public official.</w:t>
      </w:r>
      <w:r/>
    </w:p>
    <w:p>
      <w:r/>
      <w:r>
        <w:t>Following the revelation of this significant mistake by Techdirt, a technology news and commentary platform, Hoodline appended a corrective editor's note to the article. This note described the error as a "typo" that distorted the article's true intent by making it appear as if the district attorney and the suspect were the same person.</w:t>
      </w:r>
      <w:r/>
    </w:p>
    <w:p>
      <w:r/>
      <w:r>
        <w:t>The incident raises critical concerns about the integrity of AI-assisted journalism practices, especially given Hoodline's reputation for employing AI-generated personas, such as the byline "Eileen Vargas," to simulate a diverse journalistic workforce. Nieman Lab, a think tank that reports on the future of journalism, previously criticized Hoodline for creating fictional reporters in an industry already criticized for its lack of diversity.</w:t>
      </w:r>
      <w:r/>
    </w:p>
    <w:p>
      <w:r/>
      <w:r>
        <w:t>The blunder also highlights broader implications for companies such as Google, which reportedly feature AI-processed news articles on its platform. Techdirt's Mike Masnick discovered the false information after it appeared in Google News, leading to questions about the responsibilities of news-sorting algorithms amid the increasing prevalence of AI-generated content.</w:t>
      </w:r>
      <w:r/>
    </w:p>
    <w:p>
      <w:r/>
      <w:r>
        <w:t>Hoodline, owned by the media entity Impress3, faces increased scrutiny over its operational practices and its use of AI, which it purports to enhance editorial efforts. This incident underscores the potential risks involved when media outlets rely heavily on AI systems that may lack adequate human oversight, as opposed to employing traditional journalistic methods where such errors are less likely to occur.</w:t>
      </w:r>
      <w:r/>
    </w:p>
    <w:p>
      <w:r/>
      <w:r>
        <w:t>The unfolding scenario serves as a testament to the challenges at the intersection of AI technology and media, highlighting the necessity for robust editorial standards and human oversight in the era of algorithmic news generation.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https://www.theverge.com/2024/10/16/24271775/a-da-charged-himself-with-murder-according-to-ai</w:t>
        </w:r>
      </w:hyperlink>
      <w:r>
        <w:t xml:space="preserve"> - This article discusses how an AI-powered news site, Hoodline, mistakenly accused the San Mateo County DA of murder, highlighting the error and its correction.</w:t>
      </w:r>
      <w:r/>
    </w:p>
    <w:p>
      <w:pPr>
        <w:pStyle w:val="ListNumber"/>
        <w:spacing w:line="240" w:lineRule="auto"/>
        <w:ind w:left="720"/>
      </w:pPr>
      <w:r/>
      <w:hyperlink r:id="rId11">
        <w:r>
          <w:rPr>
            <w:color w:val="0000EE"/>
            <w:u w:val="single"/>
          </w:rPr>
          <w:t>https://futurism.com/ai-accuses-district-attorney-of-murder</w:t>
        </w:r>
      </w:hyperlink>
      <w:r>
        <w:t xml:space="preserve"> - This article details the incident where Hoodline's AI misinterpreted a press release, leading to a false accusation of murder against the San Mateo County DA, and discusses the broader implications for AI in journalism.</w:t>
      </w:r>
      <w:r/>
    </w:p>
    <w:p>
      <w:pPr>
        <w:pStyle w:val="ListNumber"/>
        <w:spacing w:line="240" w:lineRule="auto"/>
        <w:ind w:left="720"/>
      </w:pPr>
      <w:r/>
      <w:hyperlink r:id="rId12">
        <w:r>
          <w:rPr>
            <w:color w:val="0000EE"/>
            <w:u w:val="single"/>
          </w:rPr>
          <w:t>https://www.niemanlab.org/2024/06/whats-in-a-byline-for-hoodlines-ai-generated-local-news-everything-and-nothing/</w:t>
        </w:r>
      </w:hyperlink>
      <w:r>
        <w:t xml:space="preserve"> - This article critiques Hoodline's use of AI-generated personas and the lack of human oversight, which contributed to the false accusation, and discusses the ethical and practical issues with AI-generated news.</w:t>
      </w:r>
      <w:r/>
    </w:p>
    <w:p>
      <w:pPr>
        <w:pStyle w:val="ListNumber"/>
        <w:spacing w:line="240" w:lineRule="auto"/>
        <w:ind w:left="720"/>
      </w:pPr>
      <w:r/>
      <w:hyperlink r:id="rId13">
        <w:r>
          <w:rPr>
            <w:color w:val="0000EE"/>
            <w:u w:val="single"/>
          </w:rPr>
          <w:t>https://www.techdirt.com/2024/10/15/ai-sludge-local-news-site-hoodline-falsely-accuses-san-mateo-da-of-murder/</w:t>
        </w:r>
      </w:hyperlink>
      <w:r>
        <w:t xml:space="preserve"> - This article from Techdirt provides a detailed analysis of the incident, including how the AI misinterpreted the social media update and the implications for Google's news algorithms and the trustworthiness of AI-generated news.</w:t>
      </w:r>
      <w:r/>
    </w:p>
    <w:p>
      <w:pPr>
        <w:pStyle w:val="ListNumber"/>
        <w:spacing w:line="240" w:lineRule="auto"/>
        <w:ind w:left="720"/>
      </w:pPr>
      <w:r/>
      <w:hyperlink r:id="rId14">
        <w:r>
          <w:rPr>
            <w:color w:val="0000EE"/>
            <w:u w:val="single"/>
          </w:rPr>
          <w:t>https://brokeassstuart.com/2024/04/10/hoodline-caught-using-ai-generated-writers-to-make-ai-generated-articles/</w:t>
        </w:r>
      </w:hyperlink>
      <w:r>
        <w:t xml:space="preserve"> - This article discusses Hoodline's extensive use of AI to generate news stories and fake journalist profiles, and the criticism it has received for lacking transparency and human oversight.</w:t>
      </w:r>
      <w:r/>
    </w:p>
    <w:p>
      <w:pPr>
        <w:pStyle w:val="ListNumber"/>
        <w:spacing w:line="240" w:lineRule="auto"/>
        <w:ind w:left="720"/>
      </w:pPr>
      <w:r/>
      <w:hyperlink r:id="rId11">
        <w:r>
          <w:rPr>
            <w:color w:val="0000EE"/>
            <w:u w:val="single"/>
          </w:rPr>
          <w:t>https://futurism.com/ai-accuses-district-attorney-of-murder</w:t>
        </w:r>
      </w:hyperlink>
      <w:r>
        <w:t xml:space="preserve"> - This article mentions the corrective editor's note appended by Hoodline after the error was revealed, describing it as a 'typo' that distorted the article's intent.</w:t>
      </w:r>
      <w:r/>
    </w:p>
    <w:p>
      <w:pPr>
        <w:pStyle w:val="ListNumber"/>
        <w:spacing w:line="240" w:lineRule="auto"/>
        <w:ind w:left="720"/>
      </w:pPr>
      <w:r/>
      <w:hyperlink r:id="rId12">
        <w:r>
          <w:rPr>
            <w:color w:val="0000EE"/>
            <w:u w:val="single"/>
          </w:rPr>
          <w:t>https://www.niemanlab.org/2024/06/whats-in-a-byline-for-hoodlines-ai-generated-local-news-everything-and-nothing/</w:t>
        </w:r>
      </w:hyperlink>
      <w:r>
        <w:t xml:space="preserve"> - This article highlights Nieman Lab's criticism of Hoodline for creating fictional reporters and the lack of diversity in the journalism industry.</w:t>
      </w:r>
      <w:r/>
    </w:p>
    <w:p>
      <w:pPr>
        <w:pStyle w:val="ListNumber"/>
        <w:spacing w:line="240" w:lineRule="auto"/>
        <w:ind w:left="720"/>
      </w:pPr>
      <w:r/>
      <w:hyperlink r:id="rId13">
        <w:r>
          <w:rPr>
            <w:color w:val="0000EE"/>
            <w:u w:val="single"/>
          </w:rPr>
          <w:t>https://www.techdirt.com/2024/10/15/ai-sludge-local-news-site-hoodline-falsely-accuses-san-mateo-da-of-murder/</w:t>
        </w:r>
      </w:hyperlink>
      <w:r>
        <w:t xml:space="preserve"> - This article discusses how the false information appeared in Google News and raises questions about the responsibilities of news-sorting algorithms.</w:t>
      </w:r>
      <w:r/>
    </w:p>
    <w:p>
      <w:pPr>
        <w:pStyle w:val="ListNumber"/>
        <w:spacing w:line="240" w:lineRule="auto"/>
        <w:ind w:left="720"/>
      </w:pPr>
      <w:r/>
      <w:hyperlink r:id="rId14">
        <w:r>
          <w:rPr>
            <w:color w:val="0000EE"/>
            <w:u w:val="single"/>
          </w:rPr>
          <w:t>https://brokeassstuart.com/2024/04/10/hoodline-caught-using-ai-generated-writers-to-make-ai-generated-articles/</w:t>
        </w:r>
      </w:hyperlink>
      <w:r>
        <w:t xml:space="preserve"> - This article provides context on Hoodline's ownership by Impress3 and its operational practices, including the use of AI to enhance editorial efforts.</w:t>
      </w:r>
      <w:r/>
    </w:p>
    <w:p>
      <w:pPr>
        <w:pStyle w:val="ListNumber"/>
        <w:spacing w:line="240" w:lineRule="auto"/>
        <w:ind w:left="720"/>
      </w:pPr>
      <w:r/>
      <w:hyperlink r:id="rId12">
        <w:r>
          <w:rPr>
            <w:color w:val="0000EE"/>
            <w:u w:val="single"/>
          </w:rPr>
          <w:t>https://www.niemanlab.org/2024/06/whats-in-a-byline-for-hoodlines-ai-generated-local-news-everything-and-nothing/</w:t>
        </w:r>
      </w:hyperlink>
      <w:r>
        <w:t xml:space="preserve"> - This article emphasizes the need for robust editorial standards and human oversight in AI-generated news to prevent such errors.</w:t>
      </w:r>
      <w:r/>
    </w:p>
    <w:p>
      <w:pPr>
        <w:pStyle w:val="ListNumber"/>
        <w:spacing w:line="240" w:lineRule="auto"/>
        <w:ind w:left="720"/>
      </w:pPr>
      <w:r/>
      <w:hyperlink r:id="rId11">
        <w:r>
          <w:rPr>
            <w:color w:val="0000EE"/>
            <w:u w:val="single"/>
          </w:rPr>
          <w:t>https://futurism.com/ai-accuses-district-attorney-of-murder</w:t>
        </w:r>
      </w:hyperlink>
      <w:r>
        <w:t xml:space="preserve"> - This article underscores the broader implications for the media industry and the challenges at the intersection of AI technology and journalism.</w:t>
      </w:r>
      <w:r/>
    </w:p>
    <w:p>
      <w:pPr>
        <w:pStyle w:val="ListNumber"/>
        <w:spacing w:line="240" w:lineRule="auto"/>
        <w:ind w:left="720"/>
      </w:pPr>
      <w:r/>
      <w:hyperlink r:id="rId11">
        <w:r>
          <w:rPr>
            <w:color w:val="0000EE"/>
            <w:u w:val="single"/>
          </w:rPr>
          <w:t>https://futurism.com/ai-accuses-district-attorney-of-murder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16/24271775/a-da-charged-himself-with-murder-according-to-ai" TargetMode="External"/><Relationship Id="rId11" Type="http://schemas.openxmlformats.org/officeDocument/2006/relationships/hyperlink" Target="https://futurism.com/ai-accuses-district-attorney-of-murder" TargetMode="External"/><Relationship Id="rId12" Type="http://schemas.openxmlformats.org/officeDocument/2006/relationships/hyperlink" Target="https://www.niemanlab.org/2024/06/whats-in-a-byline-for-hoodlines-ai-generated-local-news-everything-and-nothing/" TargetMode="External"/><Relationship Id="rId13" Type="http://schemas.openxmlformats.org/officeDocument/2006/relationships/hyperlink" Target="https://www.techdirt.com/2024/10/15/ai-sludge-local-news-site-hoodline-falsely-accuses-san-mateo-da-of-murder/" TargetMode="External"/><Relationship Id="rId14" Type="http://schemas.openxmlformats.org/officeDocument/2006/relationships/hyperlink" Target="https://brokeassstuart.com/2024/04/10/hoodline-caught-using-ai-generated-writers-to-make-ai-generated-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