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tools revolutionise personal finance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Tools Revolutionise Personal Finance Management</w:t>
      </w:r>
      <w:r/>
    </w:p>
    <w:p>
      <w:r/>
      <w:r>
        <w:t>In recent years, the integration of artificial intelligence (AI) into personal finance management has witnessed significant advancements, offering users tailored insights and real-time financial advisory via apps. Sahan de Silva's innovative use of AI demonstrates this trend. Frustrated by the limitations of his budgeting app, PocketSmith, in making on-the-go financial decisions, de Silva turned to ChatGPT, OpenAI's AI chatbot. By merging ChatGPT with his financial data through PocketSmith's API, de Silva unlocked a new way to manage his finances, effectively having a virtual personal CFO.</w:t>
      </w:r>
      <w:r/>
    </w:p>
    <w:p>
      <w:r/>
      <w:r>
        <w:t>De Silva's novel application allows him to question ChatGPT about his daily spending capabilities or analyse spending trends like café indulgences. The AI even assists by categorising purchases, such as classifying new sneakers under "Appearance" in his budget.</w:t>
      </w:r>
      <w:r/>
    </w:p>
    <w:p>
      <w:r/>
      <w:r>
        <w:t>AI-driven tools are increasingly prevalent, offering functionalities from eloquent email drafting to complex financial advice. However, as Arman Hezarkhani, CEO of Parthean, pointed out, users may not always know how to fully utilise these innovative tools, highlighting a gap in tapping into AI's potential for financial management.</w:t>
      </w:r>
      <w:r/>
    </w:p>
    <w:p>
      <w:r/>
      <w:r>
        <w:t>While generative AI tools show promise, they are not infallible. They risk delivering inaccurate or misleading information due to the educated guesses made by their large language models. This underscores the importance of maintaining a cautious approach to AI recommendations.</w:t>
      </w:r>
      <w:r/>
    </w:p>
    <w:p>
      <w:r/>
      <w:r>
        <w:t>Recognising this challenge, app developers are integrating AI to supercharge the finance experience. PocketSmith's experimental AI Tasks feature allows users to ask ChatGPT finance-related queries directly through the app. The aim is to furnish immediate, personalised insights.</w:t>
      </w:r>
      <w:r/>
    </w:p>
    <w:p>
      <w:r/>
      <w:r>
        <w:t>Cleo, a budgeting app, stands out for its unique interaction style. Its chatbot communicates in a friendly, human-like manner, offering guidance as a mix of a supportive confidant and a financial adviser. This personable approach is designed to make users more comfortable when tackling their financial issues.</w:t>
      </w:r>
      <w:r/>
    </w:p>
    <w:p>
      <w:r/>
      <w:r>
        <w:t>Meanwhile, Tendi is venturing into custom financial solutions through "financial personas", further refining advice based on user patterns. This approach enables custom budget plans, offering a basis for those struggling with personal finance management.</w:t>
      </w:r>
      <w:r/>
    </w:p>
    <w:p>
      <w:r/>
      <w:r>
        <w:t>The role of financial literacy, as emphasised by creators of apps like Parthean, remains pivotal. Despite AI's advancements, much of America still battles with low financial literacy rates, influencing the management of personal finance. AI apps strive to bridge this gap by providing real-time, relevant insights intended to enhance user understanding and decision-making capabilities.</w:t>
      </w:r>
      <w:r/>
    </w:p>
    <w:p>
      <w:r/>
      <w:r>
        <w:t>As AI technology continues evolving, its integration into personal finance appears promising but comes with caveats. Users are encouraged to research AI tools, use them alongside reputable financial resources, and regularly reassess their financial strategies. Given the dynamic potential of AI, especially in personalisation and accessibility, these tools offer significant promise for those navigating the intricacies of finance management.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https://www.bankrate.com/banking/savings/ai-apps-to-help-you-save-money/</w:t>
        </w:r>
      </w:hyperlink>
      <w:r>
        <w:t xml:space="preserve"> - Corroborates the use of AI-powered apps like Wally, Cleo, and Magnifi for personal finance management, including budgeting, savings, and investment advice.</w:t>
      </w:r>
      <w:r/>
    </w:p>
    <w:p>
      <w:pPr>
        <w:pStyle w:val="ListNumber"/>
        <w:spacing w:line="240" w:lineRule="auto"/>
        <w:ind w:left="720"/>
      </w:pPr>
      <w:r/>
      <w:hyperlink r:id="rId11">
        <w:r>
          <w:rPr>
            <w:color w:val="0000EE"/>
            <w:u w:val="single"/>
          </w:rPr>
          <w:t>https://redresscompliance.com/top-10-ai-finance-apps/</w:t>
        </w:r>
      </w:hyperlink>
      <w:r>
        <w:t xml:space="preserve"> - Supports the existence and features of various AI finance apps such as Cleo, Emma, Yolt, and Wally, highlighting their capabilities in budgeting, expense tracking, and financial insights.</w:t>
      </w:r>
      <w:r/>
    </w:p>
    <w:p>
      <w:pPr>
        <w:pStyle w:val="ListNumber"/>
        <w:spacing w:line="240" w:lineRule="auto"/>
        <w:ind w:left="720"/>
      </w:pPr>
      <w:r/>
      <w:hyperlink r:id="rId12">
        <w:r>
          <w:rPr>
            <w:color w:val="0000EE"/>
            <w:u w:val="single"/>
          </w:rPr>
          <w:t>https://www.goodsguide.com.au/post/take-control-of-your-finances-top-ai-personal-finance-tools</w:t>
        </w:r>
      </w:hyperlink>
      <w:r>
        <w:t xml:space="preserve"> - Provides examples of AI personal finance tools that offer budgeting, investing, and financial planning insights, and automate financial tasks.</w:t>
      </w:r>
      <w:r/>
    </w:p>
    <w:p>
      <w:pPr>
        <w:pStyle w:val="ListNumber"/>
        <w:spacing w:line="240" w:lineRule="auto"/>
        <w:ind w:left="720"/>
      </w:pPr>
      <w:r/>
      <w:hyperlink r:id="rId13">
        <w:r>
          <w:rPr>
            <w:color w:val="0000EE"/>
            <w:u w:val="single"/>
          </w:rPr>
          <w:t>https://earnup.com/ai-tools-for-personal-finance/</w:t>
        </w:r>
      </w:hyperlink>
      <w:r>
        <w:t xml:space="preserve"> - Explains how AI tools automate budgeting, expense tracking, and provide personalized financial advice, aligning with the benefits mentioned in the article.</w:t>
      </w:r>
      <w:r/>
    </w:p>
    <w:p>
      <w:pPr>
        <w:pStyle w:val="ListNumber"/>
        <w:spacing w:line="240" w:lineRule="auto"/>
        <w:ind w:left="720"/>
      </w:pPr>
      <w:r/>
      <w:hyperlink r:id="rId10">
        <w:r>
          <w:rPr>
            <w:color w:val="0000EE"/>
            <w:u w:val="single"/>
          </w:rPr>
          <w:t>https://www.bankrate.com/banking/savings/ai-apps-to-help-you-save-money/</w:t>
        </w:r>
      </w:hyperlink>
      <w:r>
        <w:t xml:space="preserve"> - Details the interactive and personalized approach of Cleo's chatbot, which aligns with the article's description of Cleo's unique interaction style.</w:t>
      </w:r>
      <w:r/>
    </w:p>
    <w:p>
      <w:pPr>
        <w:pStyle w:val="ListNumber"/>
        <w:spacing w:line="240" w:lineRule="auto"/>
        <w:ind w:left="720"/>
      </w:pPr>
      <w:r/>
      <w:hyperlink r:id="rId11">
        <w:r>
          <w:rPr>
            <w:color w:val="0000EE"/>
            <w:u w:val="single"/>
          </w:rPr>
          <w:t>https://redresscompliance.com/top-10-ai-finance-apps/</w:t>
        </w:r>
      </w:hyperlink>
      <w:r>
        <w:t xml:space="preserve"> - Mentions the integration of AI in apps like Tink and Yolt, which offer custom financial solutions and personalized budget plans based on user patterns.</w:t>
      </w:r>
      <w:r/>
    </w:p>
    <w:p>
      <w:pPr>
        <w:pStyle w:val="ListNumber"/>
        <w:spacing w:line="240" w:lineRule="auto"/>
        <w:ind w:left="720"/>
      </w:pPr>
      <w:r/>
      <w:hyperlink r:id="rId13">
        <w:r>
          <w:rPr>
            <w:color w:val="0000EE"/>
            <w:u w:val="single"/>
          </w:rPr>
          <w:t>https://earnup.com/ai-tools-for-personal-finance/</w:t>
        </w:r>
      </w:hyperlink>
      <w:r>
        <w:t xml:space="preserve"> - Highlights the importance of financial literacy and how AI apps aim to bridge this gap by providing real-time and relevant financial insights.</w:t>
      </w:r>
      <w:r/>
    </w:p>
    <w:p>
      <w:pPr>
        <w:pStyle w:val="ListNumber"/>
        <w:spacing w:line="240" w:lineRule="auto"/>
        <w:ind w:left="720"/>
      </w:pPr>
      <w:r/>
      <w:hyperlink r:id="rId12">
        <w:r>
          <w:rPr>
            <w:color w:val="0000EE"/>
            <w:u w:val="single"/>
          </w:rPr>
          <w:t>https://www.goodsguide.com.au/post/take-control-of-your-finances-top-ai-personal-finance-tools</w:t>
        </w:r>
      </w:hyperlink>
      <w:r>
        <w:t xml:space="preserve"> - Discusses the role of AI in enhancing financial management through automated tasks, personalized advice, and financial planning tools.</w:t>
      </w:r>
      <w:r/>
    </w:p>
    <w:p>
      <w:pPr>
        <w:pStyle w:val="ListNumber"/>
        <w:spacing w:line="240" w:lineRule="auto"/>
        <w:ind w:left="720"/>
      </w:pPr>
      <w:r/>
      <w:hyperlink r:id="rId11">
        <w:r>
          <w:rPr>
            <w:color w:val="0000EE"/>
            <w:u w:val="single"/>
          </w:rPr>
          <w:t>https://redresscompliance.com/top-10-ai-finance-apps/</w:t>
        </w:r>
      </w:hyperlink>
      <w:r>
        <w:t xml:space="preserve"> - Explains the benefits of using AI finance apps, including increased efficiency, better financial insights, and improved accuracy in financial calculations.</w:t>
      </w:r>
      <w:r/>
    </w:p>
    <w:p>
      <w:pPr>
        <w:pStyle w:val="ListNumber"/>
        <w:spacing w:line="240" w:lineRule="auto"/>
        <w:ind w:left="720"/>
      </w:pPr>
      <w:r/>
      <w:hyperlink r:id="rId13">
        <w:r>
          <w:rPr>
            <w:color w:val="0000EE"/>
            <w:u w:val="single"/>
          </w:rPr>
          <w:t>https://earnup.com/ai-tools-for-personal-finance/</w:t>
        </w:r>
      </w:hyperlink>
      <w:r>
        <w:t xml:space="preserve"> - Warns about the potential risks of AI tools delivering inaccurate or misleading information, emphasizing the need for a cautious approach to AI recommendations.</w:t>
      </w:r>
      <w:r/>
    </w:p>
    <w:p>
      <w:pPr>
        <w:pStyle w:val="ListNumber"/>
        <w:spacing w:line="240" w:lineRule="auto"/>
        <w:ind w:left="720"/>
      </w:pPr>
      <w:r/>
      <w:hyperlink r:id="rId14">
        <w:r>
          <w:rPr>
            <w:color w:val="0000EE"/>
            <w:u w:val="single"/>
          </w:rPr>
          <w:t>https://www.geeksforgeeks.org/best-budgeting-tools/</w:t>
        </w:r>
      </w:hyperlink>
      <w:r>
        <w:t xml:space="preserve"> - Supports the integration of AI in budgeting tools to automate tasks, track expenses, and provide personalized financial advice, aligning with the article's discussion on AI's role in personal finance.</w:t>
      </w:r>
      <w:r/>
    </w:p>
    <w:p>
      <w:pPr>
        <w:pStyle w:val="ListNumber"/>
        <w:spacing w:line="240" w:lineRule="auto"/>
        <w:ind w:left="720"/>
      </w:pPr>
      <w:r/>
      <w:hyperlink r:id="rId15">
        <w:r>
          <w:rPr>
            <w:color w:val="0000EE"/>
            <w:u w:val="single"/>
          </w:rPr>
          <w:t>https://www.cnet.com/tech/services-and-software/features/is-ai-the-answer-to-your-money-problems-were-starting-to-find-out/#ftag=CAD590a51e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ankrate.com/banking/savings/ai-apps-to-help-you-save-money/" TargetMode="External"/><Relationship Id="rId11" Type="http://schemas.openxmlformats.org/officeDocument/2006/relationships/hyperlink" Target="https://redresscompliance.com/top-10-ai-finance-apps/" TargetMode="External"/><Relationship Id="rId12" Type="http://schemas.openxmlformats.org/officeDocument/2006/relationships/hyperlink" Target="https://www.goodsguide.com.au/post/take-control-of-your-finances-top-ai-personal-finance-tools" TargetMode="External"/><Relationship Id="rId13" Type="http://schemas.openxmlformats.org/officeDocument/2006/relationships/hyperlink" Target="https://earnup.com/ai-tools-for-personal-finance/" TargetMode="External"/><Relationship Id="rId14" Type="http://schemas.openxmlformats.org/officeDocument/2006/relationships/hyperlink" Target="https://www.geeksforgeeks.org/best-budgeting-tools/" TargetMode="External"/><Relationship Id="rId15" Type="http://schemas.openxmlformats.org/officeDocument/2006/relationships/hyperlink" Target="https://www.cnet.com/tech/services-and-software/features/is-ai-the-answer-to-your-money-problems-were-starting-to-find-out/#ftag=CAD590a51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