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Amazon introduces AI tool to enhance package delivery efficiency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Amazon has announced the roll-out of its new AI-driven tool, Vision-Assisted Package Retrieval (VAPR), which is set to streamline the process of package delivery for its drivers. This innovation is intended to significantly reduce the time and effort delivery drivers spend locating and handling parcels within their delivery vans.</w:t>
      </w:r>
      <w:r/>
    </w:p>
    <w:p>
      <w:r/>
      <w:r>
        <w:t>VAPR utilises a system of cameras and lasers to automatically detect the packages that need to be delivered at each stop. The system then projects a green "O" on the packages designated for delivery and a red "X" on those that are not. Once the correct packages are collected by the driver, VAPR provides an audible confirmation to ensure no items are missed.</w:t>
      </w:r>
      <w:r/>
    </w:p>
    <w:p>
      <w:r/>
      <w:r>
        <w:t>This technological advancement negates the necessity for drivers to use smartphones during the delivery process, a practice that previously required significant time sorting packages, reading labels, and verifying customer information manually. Instead, drivers simply follow the visual cues provided by VAPR, grabbing the appropriate packages and moving efficiently to their next stop.</w:t>
      </w:r>
      <w:r/>
    </w:p>
    <w:p>
      <w:r/>
      <w:r>
        <w:t>Amazon’s Transportation team has reportedly dedicated hundreds of hours to real-world testing of VAPR, assessing its effectiveness in alleviating driver burden. Initial tests revealed a 67% reduction in the perceived physical and mental effort required by drivers and a time saving of over 30 minutes per delivery route.</w:t>
      </w:r>
      <w:r/>
    </w:p>
    <w:p>
      <w:r/>
      <w:r>
        <w:t>VAPR is set to be implemented in 1,000 new Amazon electric delivery vans with plans for broader application depending on continued success. Given Amazon's expansive logistics network, comprised of over 390,000 drivers and more than 100,000 delivery vans operating globally, VAPR could revolutionise package delivery by saving substantial time and reducing driver workload on a vast scale.</w:t>
      </w:r>
      <w:r/>
    </w:p>
    <w:p>
      <w:r/>
      <w:r>
        <w:t>This development comes amidst ongoing discussions about the working conditions of Amazon's delivery workforce. Past reports and legal cases have painted a challenging picture, with allegations of intense work quotas and stringent monitoring allegedly leaving employees unable to take breaks as needed. In this context, tools like VAPR, which potentially free up time in drivers' schedules, could be crucial in addressing some of these concerns by allowing for more balanced work routines.</w:t>
      </w:r>
      <w:r/>
    </w:p>
    <w:p>
      <w:r/>
      <w:r>
        <w:t>The introduction of VAPR represents Amazon’s continuing effort to integrate advanced technology into its operations, striving for increased efficiency while potentially improving working conditions for its extensive delivery driver network.</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https://electrek.co/2024/10/19/amazon-is-powering-up-its-electric-delivery-vans-with-the-power-of-ai/</w:t>
        </w:r>
      </w:hyperlink>
      <w:r>
        <w:t xml:space="preserve"> - Corroborates the use of VAPR to reduce time and effort for delivery drivers, and the system's operation using cameras and lasers to project green 'O' and red 'X' on packages.</w:t>
      </w:r>
      <w:r/>
    </w:p>
    <w:p>
      <w:pPr>
        <w:pStyle w:val="ListNumber"/>
        <w:spacing w:line="240" w:lineRule="auto"/>
        <w:ind w:left="720"/>
      </w:pPr>
      <w:r/>
      <w:hyperlink r:id="rId11">
        <w:r>
          <w:rPr>
            <w:color w:val="0000EE"/>
            <w:u w:val="single"/>
          </w:rPr>
          <w:t>https://apnews.com/article/amazon-delivery-technology-dsp-vapr-8612a8942936d09dd271d53aa98c0799</w:t>
        </w:r>
      </w:hyperlink>
      <w:r>
        <w:t xml:space="preserve"> - Supports the description of VAPR's functionality, including the projection of green 'O' and red 'X' on packages and the provision of audio and visual signals.</w:t>
      </w:r>
      <w:r/>
    </w:p>
    <w:p>
      <w:pPr>
        <w:pStyle w:val="ListNumber"/>
        <w:spacing w:line="240" w:lineRule="auto"/>
        <w:ind w:left="720"/>
      </w:pPr>
      <w:r/>
      <w:hyperlink r:id="rId12">
        <w:r>
          <w:rPr>
            <w:color w:val="0000EE"/>
            <w:u w:val="single"/>
          </w:rPr>
          <w:t>https://finance.yahoo.com/news/amazons-ai-powered-vision-tech-152240028.html?guccounter=1</w:t>
        </w:r>
      </w:hyperlink>
      <w:r>
        <w:t xml:space="preserve"> - Confirms the use of AI-powered vision tech in VAPR, highlighting packages with green circles or red lights, and the elimination of the need for handheld devices.</w:t>
      </w:r>
      <w:r/>
    </w:p>
    <w:p>
      <w:pPr>
        <w:pStyle w:val="ListNumber"/>
        <w:spacing w:line="240" w:lineRule="auto"/>
        <w:ind w:left="720"/>
      </w:pPr>
      <w:r/>
      <w:hyperlink r:id="rId13">
        <w:r>
          <w:rPr>
            <w:color w:val="0000EE"/>
            <w:u w:val="single"/>
          </w:rPr>
          <w:t>https://www.cdomagazine.tech/aiml/amazon-to-add-ai-powered-vision-tech-to-assist-drivers-with-delivery</w:t>
        </w:r>
      </w:hyperlink>
      <w:r>
        <w:t xml:space="preserve"> - Details the operation of VAPR, including the use of green circles and red lights, and the integration with the van’s delivery route navigation system.</w:t>
      </w:r>
      <w:r/>
    </w:p>
    <w:p>
      <w:pPr>
        <w:pStyle w:val="ListNumber"/>
        <w:spacing w:line="240" w:lineRule="auto"/>
        <w:ind w:left="720"/>
      </w:pPr>
      <w:r/>
      <w:hyperlink r:id="rId14">
        <w:r>
          <w:rPr>
            <w:color w:val="0000EE"/>
            <w:u w:val="single"/>
          </w:rPr>
          <w:t>https://www.aboutamazon.com/news/transportation/amazon-vapr-delivery-van-packages</w:t>
        </w:r>
      </w:hyperlink>
      <w:r>
        <w:t xml:space="preserve"> - Provides comprehensive information on VAPR, including its development, testing, and the benefits such as reduced physical and mental effort for drivers and time savings.</w:t>
      </w:r>
      <w:r/>
    </w:p>
    <w:p>
      <w:pPr>
        <w:pStyle w:val="ListNumber"/>
        <w:spacing w:line="240" w:lineRule="auto"/>
        <w:ind w:left="720"/>
      </w:pPr>
      <w:r/>
      <w:hyperlink r:id="rId10">
        <w:r>
          <w:rPr>
            <w:color w:val="0000EE"/>
            <w:u w:val="single"/>
          </w:rPr>
          <w:t>https://electrek.co/2024/10/19/amazon-is-powering-up-its-electric-delivery-vans-with-the-power-of-ai/</w:t>
        </w:r>
      </w:hyperlink>
      <w:r>
        <w:t xml:space="preserve"> - Discusses the real-world testing of VAPR by Amazon’s Transportation team and the resulting 67% reduction in perceived physical and mental effort and over 30 minutes saved per route.</w:t>
      </w:r>
      <w:r/>
    </w:p>
    <w:p>
      <w:pPr>
        <w:pStyle w:val="ListNumber"/>
        <w:spacing w:line="240" w:lineRule="auto"/>
        <w:ind w:left="720"/>
      </w:pPr>
      <w:r/>
      <w:hyperlink r:id="rId11">
        <w:r>
          <w:rPr>
            <w:color w:val="0000EE"/>
            <w:u w:val="single"/>
          </w:rPr>
          <w:t>https://apnews.com/article/amazon-delivery-technology-dsp-vapr-8612a8942936d09dd271d53aa98c0799</w:t>
        </w:r>
      </w:hyperlink>
      <w:r>
        <w:t xml:space="preserve"> - Mentions the planned deployment of VAPR in 1,000 delivery vans by early next year and the potential for broader application based on the technology's success.</w:t>
      </w:r>
      <w:r/>
    </w:p>
    <w:p>
      <w:pPr>
        <w:pStyle w:val="ListNumber"/>
        <w:spacing w:line="240" w:lineRule="auto"/>
        <w:ind w:left="720"/>
      </w:pPr>
      <w:r/>
      <w:hyperlink r:id="rId12">
        <w:r>
          <w:rPr>
            <w:color w:val="0000EE"/>
            <w:u w:val="single"/>
          </w:rPr>
          <w:t>https://finance.yahoo.com/news/amazons-ai-powered-vision-tech-152240028.html?guccounter=1</w:t>
        </w:r>
      </w:hyperlink>
      <w:r>
        <w:t xml:space="preserve"> - Supports the implementation of VAPR in Amazon's electric Rivian vans and the technology's development since early 2020.</w:t>
      </w:r>
      <w:r/>
    </w:p>
    <w:p>
      <w:pPr>
        <w:pStyle w:val="ListNumber"/>
        <w:spacing w:line="240" w:lineRule="auto"/>
        <w:ind w:left="720"/>
      </w:pPr>
      <w:r/>
      <w:hyperlink r:id="rId14">
        <w:r>
          <w:rPr>
            <w:color w:val="0000EE"/>
            <w:u w:val="single"/>
          </w:rPr>
          <w:t>https://www.aboutamazon.com/news/transportation/amazon-vapr-delivery-van-packages</w:t>
        </w:r>
      </w:hyperlink>
      <w:r>
        <w:t xml:space="preserve"> - Highlights the impact of VAPR on Amazon's extensive logistics network, including over 390,000 drivers and more than 100,000 delivery vans.</w:t>
      </w:r>
      <w:r/>
    </w:p>
    <w:p>
      <w:pPr>
        <w:pStyle w:val="ListNumber"/>
        <w:spacing w:line="240" w:lineRule="auto"/>
        <w:ind w:left="720"/>
      </w:pPr>
      <w:r/>
      <w:hyperlink r:id="rId10">
        <w:r>
          <w:rPr>
            <w:color w:val="0000EE"/>
            <w:u w:val="single"/>
          </w:rPr>
          <w:t>https://electrek.co/2024/10/19/amazon-is-powering-up-its-electric-delivery-vans-with-the-power-of-ai/</w:t>
        </w:r>
      </w:hyperlink>
      <w:r>
        <w:t xml:space="preserve"> - Discusses the broader context of working conditions for Amazon's delivery workforce and how tools like VAPR could address some of these concerns.</w:t>
      </w:r>
      <w:r/>
    </w:p>
    <w:p>
      <w:pPr>
        <w:pStyle w:val="ListNumber"/>
        <w:spacing w:line="240" w:lineRule="auto"/>
        <w:ind w:left="720"/>
      </w:pPr>
      <w:r/>
      <w:hyperlink r:id="rId14">
        <w:r>
          <w:rPr>
            <w:color w:val="0000EE"/>
            <w:u w:val="single"/>
          </w:rPr>
          <w:t>https://www.aboutamazon.com/news/transportation/amazon-vapr-delivery-van-packages</w:t>
        </w:r>
      </w:hyperlink>
      <w:r>
        <w:t xml:space="preserve"> - Details Amazon’s ongoing efforts to integrate advanced technology into its operations to improve efficiency and potentially enhance working conditions for drivers.</w:t>
      </w:r>
      <w:r/>
    </w:p>
    <w:p>
      <w:pPr>
        <w:pStyle w:val="ListNumber"/>
        <w:spacing w:line="240" w:lineRule="auto"/>
        <w:ind w:left="720"/>
      </w:pPr>
      <w:r/>
      <w:hyperlink r:id="rId10">
        <w:r>
          <w:rPr>
            <w:color w:val="0000EE"/>
            <w:u w:val="single"/>
          </w:rPr>
          <w:t>https://electrek.co/2024/10/19/amazon-is-powering-up-its-electric-delivery-vans-with-the-power-of-ai/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lectrek.co/2024/10/19/amazon-is-powering-up-its-electric-delivery-vans-with-the-power-of-ai/" TargetMode="External"/><Relationship Id="rId11" Type="http://schemas.openxmlformats.org/officeDocument/2006/relationships/hyperlink" Target="https://apnews.com/article/amazon-delivery-technology-dsp-vapr-8612a8942936d09dd271d53aa98c0799" TargetMode="External"/><Relationship Id="rId12" Type="http://schemas.openxmlformats.org/officeDocument/2006/relationships/hyperlink" Target="https://finance.yahoo.com/news/amazons-ai-powered-vision-tech-152240028.html?guccounter=1" TargetMode="External"/><Relationship Id="rId13" Type="http://schemas.openxmlformats.org/officeDocument/2006/relationships/hyperlink" Target="https://www.cdomagazine.tech/aiml/amazon-to-add-ai-powered-vision-tech-to-assist-drivers-with-delivery" TargetMode="External"/><Relationship Id="rId14" Type="http://schemas.openxmlformats.org/officeDocument/2006/relationships/hyperlink" Target="https://www.aboutamazon.com/news/transportation/amazon-vapr-delivery-van-packag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