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Amherst schools host community session on the implications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Amherst Exempted Village Schools recently held a community session aimed at demystifying artificial intelligence (AI) and its implications for education and daily life. The event, titled “AI Uncovered: A Community Introduction”, took place on October 16 at Marion L. Steele High School and was led by Amanda Sears, the district's technology innovation specialist.</w:t>
      </w:r>
      <w:r/>
    </w:p>
    <w:p>
      <w:r/>
      <w:r>
        <w:t>The educational session was designed to increase understanding of AI, a rapidly advancing field that combines computer science with cognitive processes such as learning and reasoning. The goal was to illustrate AI's roles in everyday life as well as highlight potential risks.</w:t>
      </w:r>
      <w:r/>
    </w:p>
    <w:p>
      <w:r/>
      <w:r>
        <w:t>AI technology, which enables machines to perform tasks that typically require human intelligence, is becoming more integrated into educational settings. Students at Amherst schools are already utilising AI tools, and the district believes it is crucial for parents and community members to become informed about this technology.</w:t>
      </w:r>
      <w:r/>
    </w:p>
    <w:p>
      <w:r/>
      <w:r>
        <w:t>The Amherst Exempted Village Schools Board of Education has already established a policy for AI use within the district. This policy allows students to use AI for various educational purposes such as research assistance, language translation, and data analysis, provided they have a teacher's permission. The policy is intended to guide both students and teachers in leveraging AI technology effectively and appropriately.</w:t>
      </w:r>
      <w:r/>
    </w:p>
    <w:p>
      <w:r/>
      <w:r>
        <w:t>Sears emphasized that current AI technology often operates on machine learning principles, which involve computers learning from data patterns without explicit programming. During the session, she addressed ethical issues associated with AI, such as bias and privacy concerns, particularly in sectors like healthcare and government.</w:t>
      </w:r>
      <w:r/>
    </w:p>
    <w:p>
      <w:r/>
      <w:r>
        <w:t>One of the session's key points was the potential misuse of AI technology. Sears cautioned about fraudulent activities that have emerged, such as scams using AI-generated voice clips that mimic loved ones or deceptive AI-generated images.</w:t>
      </w:r>
      <w:r/>
    </w:p>
    <w:p>
      <w:r/>
      <w:r>
        <w:t>Authorities at Amherst Schools are committed to spreading knowledge about both the advantages and potential pitfalls of AI. The forum highlighted AI's capability to facilitate automated workflows, reduce human errors, and perform repetitive tasks, thereby freeing humans for more complex problem-solving.</w:t>
      </w:r>
      <w:r/>
    </w:p>
    <w:p>
      <w:r/>
      <w:r>
        <w:t>AI also offers benefits in diverse fields, from enhancing cybersecurity by monitoring network traffic to improving manufacturing processes with robots and real-time analytics. Additionally, AI has the potential to handle tasks round the clock, surpassing human limitations such as the need for breaks.</w:t>
      </w:r>
      <w:r/>
    </w:p>
    <w:p>
      <w:r/>
      <w:r>
        <w:t>Scientific insights suggest that AI’s ability to quickly analyse vast amounts of data could significantly hasten advancements in research and development.</w:t>
      </w:r>
      <w:r/>
    </w:p>
    <w:p>
      <w:r/>
      <w:r>
        <w:t>Overall, Amherst Schools are actively promoting AI literacy amongst its community, recognising the importance of equipping students and parents with the knowledge needed to navigate this evolving technological landscape. By educating its community about AI, the district aims to prepare its students for the future and ensure they are well-equipped to handle the opportunities and challenges presented by this evolving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https://ground.news/article/amherst-schools-letting-students-parents-know-artificial-intelligence-is-here-to-stay_84fc38</w:t>
        </w:r>
      </w:hyperlink>
      <w:r>
        <w:t xml:space="preserve"> - Corroborates the event 'AI Uncovered: A Community Introduction' and its purpose of introducing AI to the community.</w:t>
      </w:r>
      <w:r/>
    </w:p>
    <w:p>
      <w:pPr>
        <w:pStyle w:val="ListNumber"/>
        <w:spacing w:line="240" w:lineRule="auto"/>
        <w:ind w:left="720"/>
      </w:pPr>
      <w:r/>
      <w:hyperlink r:id="rId11">
        <w:r>
          <w:rPr>
            <w:color w:val="0000EE"/>
            <w:u w:val="single"/>
          </w:rPr>
          <w:t>https://mahmoudalqadi.com/amherst-schools-are-telling-students-and-parents-that-artificial-intelligence-is-here-to-stay/</w:t>
        </w:r>
      </w:hyperlink>
      <w:r>
        <w:t xml:space="preserve"> - Supports the establishment of an AI use policy by the Amherst Exempted Village Schools Board of Education.</w:t>
      </w:r>
      <w:r/>
    </w:p>
    <w:p>
      <w:pPr>
        <w:pStyle w:val="ListNumber"/>
        <w:spacing w:line="240" w:lineRule="auto"/>
        <w:ind w:left="720"/>
      </w:pPr>
      <w:r/>
      <w:hyperlink r:id="rId12">
        <w:r>
          <w:rPr>
            <w:color w:val="0000EE"/>
            <w:u w:val="single"/>
          </w:rPr>
          <w:t>https://www.amherstk12.org/calendar</w:t>
        </w:r>
      </w:hyperlink>
      <w:r>
        <w:t xml:space="preserve"> - Confirms the date and location of the 'AI Uncovered: A Community Introduction' event.</w:t>
      </w:r>
      <w:r/>
    </w:p>
    <w:p>
      <w:pPr>
        <w:pStyle w:val="ListNumber"/>
        <w:spacing w:line="240" w:lineRule="auto"/>
        <w:ind w:left="720"/>
      </w:pPr>
      <w:r/>
      <w:hyperlink r:id="rId13">
        <w:r>
          <w:rPr>
            <w:color w:val="0000EE"/>
            <w:u w:val="single"/>
          </w:rPr>
          <w:t>https://www.amherstk12.org/calendar/event/~occur-id/16389</w:t>
        </w:r>
      </w:hyperlink>
      <w:r>
        <w:t xml:space="preserve"> - Provides details about the event, including the time and venue.</w:t>
      </w:r>
      <w:r/>
    </w:p>
    <w:p>
      <w:pPr>
        <w:pStyle w:val="ListNumber"/>
        <w:spacing w:line="240" w:lineRule="auto"/>
        <w:ind w:left="720"/>
      </w:pPr>
      <w:r/>
      <w:hyperlink r:id="rId10">
        <w:r>
          <w:rPr>
            <w:color w:val="0000EE"/>
            <w:u w:val="single"/>
          </w:rPr>
          <w:t>https://ground.news/article/amherst-schools-letting-students-parents-know-artificial-intelligence-is-here-to-stay_84fc38</w:t>
        </w:r>
      </w:hyperlink>
      <w:r>
        <w:t xml:space="preserve"> - Mentions Amanda Sears as the technology innovation specialist who led the session.</w:t>
      </w:r>
      <w:r/>
    </w:p>
    <w:p>
      <w:pPr>
        <w:pStyle w:val="ListNumber"/>
        <w:spacing w:line="240" w:lineRule="auto"/>
        <w:ind w:left="720"/>
      </w:pPr>
      <w:r/>
      <w:hyperlink r:id="rId11">
        <w:r>
          <w:rPr>
            <w:color w:val="0000EE"/>
            <w:u w:val="single"/>
          </w:rPr>
          <w:t>https://mahmoudalqadi.com/amherst-schools-are-telling-students-and-parents-that-artificial-intelligence-is-here-to-stay/</w:t>
        </w:r>
      </w:hyperlink>
      <w:r>
        <w:t xml:space="preserve"> - Explains the integration of AI tools in educational settings and their various uses.</w:t>
      </w:r>
      <w:r/>
    </w:p>
    <w:p>
      <w:pPr>
        <w:pStyle w:val="ListNumber"/>
        <w:spacing w:line="240" w:lineRule="auto"/>
        <w:ind w:left="720"/>
      </w:pPr>
      <w:r/>
      <w:hyperlink r:id="rId12">
        <w:r>
          <w:rPr>
            <w:color w:val="0000EE"/>
            <w:u w:val="single"/>
          </w:rPr>
          <w:t>https://www.amherstk12.org/calendar</w:t>
        </w:r>
      </w:hyperlink>
      <w:r>
        <w:t xml:space="preserve"> - Lists the event as part of the school's calendar, indicating its importance to the community.</w:t>
      </w:r>
      <w:r/>
    </w:p>
    <w:p>
      <w:pPr>
        <w:pStyle w:val="ListNumber"/>
        <w:spacing w:line="240" w:lineRule="auto"/>
        <w:ind w:left="720"/>
      </w:pPr>
      <w:r/>
      <w:hyperlink r:id="rId10">
        <w:r>
          <w:rPr>
            <w:color w:val="0000EE"/>
            <w:u w:val="single"/>
          </w:rPr>
          <w:t>https://ground.news/article/amherst-schools-letting-students-parents-know-artificial-intelligence-is-here-to-stay_84fc38</w:t>
        </w:r>
      </w:hyperlink>
      <w:r>
        <w:t xml:space="preserve"> - Discusses the ethical issues and potential risks associated with AI, such as bias and privacy concerns.</w:t>
      </w:r>
      <w:r/>
    </w:p>
    <w:p>
      <w:pPr>
        <w:pStyle w:val="ListNumber"/>
        <w:spacing w:line="240" w:lineRule="auto"/>
        <w:ind w:left="720"/>
      </w:pPr>
      <w:r/>
      <w:hyperlink r:id="rId11">
        <w:r>
          <w:rPr>
            <w:color w:val="0000EE"/>
            <w:u w:val="single"/>
          </w:rPr>
          <w:t>https://mahmoudalqadi.com/amherst-schools-are-telling-students-and-parents-that-artificial-intelligence-is-here-to-stay/</w:t>
        </w:r>
      </w:hyperlink>
      <w:r>
        <w:t xml:space="preserve"> - Highlights the policy allowing students to use AI for educational purposes with teacher permission.</w:t>
      </w:r>
      <w:r/>
    </w:p>
    <w:p>
      <w:pPr>
        <w:pStyle w:val="ListNumber"/>
        <w:spacing w:line="240" w:lineRule="auto"/>
        <w:ind w:left="720"/>
      </w:pPr>
      <w:r/>
      <w:hyperlink r:id="rId13">
        <w:r>
          <w:rPr>
            <w:color w:val="0000EE"/>
            <w:u w:val="single"/>
          </w:rPr>
          <w:t>https://www.amherstk12.org/calendar/event/~occur-id/16389</w:t>
        </w:r>
      </w:hyperlink>
      <w:r>
        <w:t xml:space="preserve"> - Supports the educational goals of the session, including increasing understanding of AI's roles in everyday life.</w:t>
      </w:r>
      <w:r/>
    </w:p>
    <w:p>
      <w:pPr>
        <w:pStyle w:val="ListNumber"/>
        <w:spacing w:line="240" w:lineRule="auto"/>
        <w:ind w:left="720"/>
      </w:pPr>
      <w:r/>
      <w:hyperlink r:id="rId14">
        <w:r>
          <w:rPr>
            <w:color w:val="0000EE"/>
            <w:u w:val="single"/>
          </w:rPr>
          <w:t>https://www.morningjournal.com/2024/10/19/amherst-schools-letting-students-parents-know-artificial-intelligence-is-here-to-stay-editorial/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und.news/article/amherst-schools-letting-students-parents-know-artificial-intelligence-is-here-to-stay_84fc38" TargetMode="External"/><Relationship Id="rId11" Type="http://schemas.openxmlformats.org/officeDocument/2006/relationships/hyperlink" Target="https://mahmoudalqadi.com/amherst-schools-are-telling-students-and-parents-that-artificial-intelligence-is-here-to-stay/" TargetMode="External"/><Relationship Id="rId12" Type="http://schemas.openxmlformats.org/officeDocument/2006/relationships/hyperlink" Target="https://www.amherstk12.org/calendar" TargetMode="External"/><Relationship Id="rId13" Type="http://schemas.openxmlformats.org/officeDocument/2006/relationships/hyperlink" Target="https://www.amherstk12.org/calendar/event/~occur-id/16389" TargetMode="External"/><Relationship Id="rId14" Type="http://schemas.openxmlformats.org/officeDocument/2006/relationships/hyperlink" Target="https://www.morningjournal.com/2024/10/19/amherst-schools-letting-students-parents-know-artificial-intelligence-is-here-to-stay-edito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