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Ariana Grande and Cynthia Erivo address controversial AI edits of 'Wicked' promotional material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Ariana Grande and Cynthia Erivo Address Controversial AI Edits of "Wicked" Promotional Material</w:t>
      </w:r>
      <w:r/>
    </w:p>
    <w:p>
      <w:r/>
      <w:r>
        <w:t>Los Angeles, California – At the Fourth Annual Academy Museum Gala, Ariana Grande and her "Wicked" co-star Cynthia Erivo found themselves at the centre of a conversation about the impact of fan edits and AI-generated content on film promotion. The event, held at the Academy Museum of Motion Pictures on October 19, 2024, became a platform for the two stars to address recent controversial edits of the upcoming "Wicked" film posters.</w:t>
      </w:r>
      <w:r/>
    </w:p>
    <w:p>
      <w:r/>
      <w:r>
        <w:t>The controversy began when a fan modified an official "Wicked" film poster from Universal Pictures. The original poster depicted Erivo's character Elphaba, but was altered to more closely resemble the iconic Broadway poster by adjusting the witch's hat to cover Elphaba’s eyes. Another modification that sparked widespread attention was a meme showing Glinda, played by Grande, whispering to Elphaba with a caption that raised eyebrows for its suggestive nature.</w:t>
      </w:r>
      <w:r/>
    </w:p>
    <w:p>
      <w:r/>
      <w:r>
        <w:t>Cynthia Erivo was quick to express her disapproval. She took to Instagram to voice her feelings, describing the fan-edited poster and meme as "wild" and offensively equal to an AI-generated clip depicting them in an imagined conflict. "None of this is funny. None of it is cute. It degrades me. It degrades us," Erivo stated, clearly frustrated by the modifications that distorted the original promotional intention of the film.</w:t>
      </w:r>
      <w:r/>
    </w:p>
    <w:p>
      <w:r/>
      <w:r>
        <w:t>Ariana Grande, attending the gala, addressed the situation during an exclusive interview. She admitted to the complexities these AI edits bring, stating, "I find AI so conflicting and troublesome sometimes. It’s just a massive adjustment period." Grande acknowledged the enthusiasm of fans who create such content, but also hinted at the challenges they bring, both for artists and promotional strategies. "I have so much respect for my sister, Cynthia, and I love her so much," she added, highlighting her support for Erivo amidst the ongoing situation.</w:t>
      </w:r>
      <w:r/>
    </w:p>
    <w:p>
      <w:r/>
      <w:r>
        <w:t>The film "Wicked," directed by Jon M. Chu and adapted from the beloved Broadway musical, is set at the fictional Shiz University in Oz, following the story of two unlikely friends, Elphaba and Glinda. The production features an impressive supporting cast, including Michelle Yeoh, Jonathan Bailey, Jeff Goldblum, and Bowen Yang. The first of the two-part adaptation is scheduled to premiere in theatres in November, creating a heightened anticipation among fans and adding pressure on the stars involved to maintain a positive and controlled promotional atmosphere.</w:t>
      </w:r>
      <w:r/>
    </w:p>
    <w:p>
      <w:r/>
      <w:r>
        <w:t>Despite the current challenges, both Grande and Erivo expressed a mutual appreciation and hope for future collaborations, particularly in music. "I love being in the studio with her," Grande remarked, suggesting that their professional relationship is set to continue beyond the film.</w:t>
      </w:r>
      <w:r/>
    </w:p>
    <w:p>
      <w:r/>
      <w:r>
        <w:t>As the release of "Wicked" draws nearer, the discussions around AI and fan edits in promotional material underscore the merging of technology and traditional media, presenting new challenges and considerations for actors, studios, and audiences alike.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https://www.the-independent.com/arts-entertainment/films/news/ariana-grande-wicked-poster-art-cynthia-erivo-b2632434.html</w:t>
        </w:r>
      </w:hyperlink>
      <w:r>
        <w:t xml:space="preserve"> - This article corroborates the controversy surrounding the fan-edited 'Wicked' posters and Cynthia Erivo's reaction to them.</w:t>
      </w:r>
      <w:r/>
    </w:p>
    <w:p>
      <w:pPr>
        <w:pStyle w:val="ListNumber"/>
        <w:spacing w:line="240" w:lineRule="auto"/>
        <w:ind w:left="720"/>
      </w:pPr>
      <w:r/>
      <w:hyperlink r:id="rId11">
        <w:r>
          <w:rPr>
            <w:color w:val="0000EE"/>
            <w:u w:val="single"/>
          </w:rPr>
          <w:t>https://tribune.com.pk/story/2504281/ariana-grande-responds-to-cynthia-erivos-criticism-of-fan-edited-wicked-posters-and-ai-content</w:t>
        </w:r>
      </w:hyperlink>
      <w:r>
        <w:t xml:space="preserve"> - This source details Ariana Grande's response to the controversy and her thoughts on AI-generated content.</w:t>
      </w:r>
      <w:r/>
    </w:p>
    <w:p>
      <w:pPr>
        <w:pStyle w:val="ListNumber"/>
        <w:spacing w:line="240" w:lineRule="auto"/>
        <w:ind w:left="720"/>
      </w:pPr>
      <w:r/>
      <w:hyperlink r:id="rId12">
        <w:r>
          <w:rPr>
            <w:color w:val="0000EE"/>
            <w:u w:val="single"/>
          </w:rPr>
          <w:t>https://www.huffpost.com/entry/ariana-grande-fan-edits-wicked-poster_n_67151f38e4b019cef4ea79d9</w:t>
        </w:r>
      </w:hyperlink>
      <w:r>
        <w:t xml:space="preserve"> - This article provides Ariana Grande's comments on the complexity of AI and fan edits during the Academy Museum Gala.</w:t>
      </w:r>
      <w:r/>
    </w:p>
    <w:p>
      <w:pPr>
        <w:pStyle w:val="ListNumber"/>
        <w:spacing w:line="240" w:lineRule="auto"/>
        <w:ind w:left="720"/>
      </w:pPr>
      <w:r/>
      <w:hyperlink r:id="rId13">
        <w:r>
          <w:rPr>
            <w:color w:val="0000EE"/>
            <w:u w:val="single"/>
          </w:rPr>
          <w:t>https://www.usatoday.com/story/entertainment/celebrities/2024/10/16/cynthia-erivo-blasts-photoshopped-wicked-poster/75706081007/</w:t>
        </w:r>
      </w:hyperlink>
      <w:r>
        <w:t xml:space="preserve"> - This source includes Cynthia Erivo's Instagram statement condemning the fan-edited posters and AI-generated content.</w:t>
      </w:r>
      <w:r/>
    </w:p>
    <w:p>
      <w:pPr>
        <w:pStyle w:val="ListNumber"/>
        <w:spacing w:line="240" w:lineRule="auto"/>
        <w:ind w:left="720"/>
      </w:pPr>
      <w:r/>
      <w:hyperlink r:id="rId14">
        <w:r>
          <w:rPr>
            <w:color w:val="0000EE"/>
            <w:u w:val="single"/>
          </w:rPr>
          <w:t>https://www.eonline.com/ca/news/1408879/ariana-grande-weighs-in-on-cynthia-erivos-wicked-poster-criticism</w:t>
        </w:r>
      </w:hyperlink>
      <w:r>
        <w:t xml:space="preserve"> - This article mentions the AI-generated movie poster depicting Ariana Grande and Cynthia Erivo fighting, adding to the controversy.</w:t>
      </w:r>
      <w:r/>
    </w:p>
    <w:p>
      <w:pPr>
        <w:pStyle w:val="ListNumber"/>
        <w:spacing w:line="240" w:lineRule="auto"/>
        <w:ind w:left="720"/>
      </w:pPr>
      <w:r/>
      <w:hyperlink r:id="rId10">
        <w:r>
          <w:rPr>
            <w:color w:val="0000EE"/>
            <w:u w:val="single"/>
          </w:rPr>
          <w:t>https://www.the-independent.com/arts-entertainment/films/news/ariana-grande-wicked-poster-art-cynthia-erivo-b2632434.html</w:t>
        </w:r>
      </w:hyperlink>
      <w:r>
        <w:t xml:space="preserve"> - This source explains the original poster and the differences between it and the fan-edited versions.</w:t>
      </w:r>
      <w:r/>
    </w:p>
    <w:p>
      <w:pPr>
        <w:pStyle w:val="ListNumber"/>
        <w:spacing w:line="240" w:lineRule="auto"/>
        <w:ind w:left="720"/>
      </w:pPr>
      <w:r/>
      <w:hyperlink r:id="rId11">
        <w:r>
          <w:rPr>
            <w:color w:val="0000EE"/>
            <w:u w:val="single"/>
          </w:rPr>
          <w:t>https://tribune.com.pk/story/2504281/ariana-grande-responds-to-cynthia-erivos-criticism-of-fan-edited-wicked-posters-and-ai-content</w:t>
        </w:r>
      </w:hyperlink>
      <w:r>
        <w:t xml:space="preserve"> - This article highlights the broader implications of AI on creativity and fan culture as discussed by Ariana Grande.</w:t>
      </w:r>
      <w:r/>
    </w:p>
    <w:p>
      <w:pPr>
        <w:pStyle w:val="ListNumber"/>
        <w:spacing w:line="240" w:lineRule="auto"/>
        <w:ind w:left="720"/>
      </w:pPr>
      <w:r/>
      <w:hyperlink r:id="rId12">
        <w:r>
          <w:rPr>
            <w:color w:val="0000EE"/>
            <w:u w:val="single"/>
          </w:rPr>
          <w:t>https://www.huffpost.com/entry/ariana-grande-fan-edits-wicked-poster_n_67151f38e4b019cef4ea79d9</w:t>
        </w:r>
      </w:hyperlink>
      <w:r>
        <w:t xml:space="preserve"> - This source corroborates Ariana Grande's respect for Cynthia Erivo and her acknowledgment of the challenges posed by AI edits.</w:t>
      </w:r>
      <w:r/>
    </w:p>
    <w:p>
      <w:pPr>
        <w:pStyle w:val="ListNumber"/>
        <w:spacing w:line="240" w:lineRule="auto"/>
        <w:ind w:left="720"/>
      </w:pPr>
      <w:r/>
      <w:hyperlink r:id="rId13">
        <w:r>
          <w:rPr>
            <w:color w:val="0000EE"/>
            <w:u w:val="single"/>
          </w:rPr>
          <w:t>https://www.usatoday.com/story/entertainment/celebrities/2024/10/16/cynthia-erivo-blasts-photoshopped-wicked-poster/75706081007/</w:t>
        </w:r>
      </w:hyperlink>
      <w:r>
        <w:t xml:space="preserve"> - This article provides details about the film 'Wicked,' its plot, and the cast, including the roles of Erivo and Grande.</w:t>
      </w:r>
      <w:r/>
    </w:p>
    <w:p>
      <w:pPr>
        <w:pStyle w:val="ListNumber"/>
        <w:spacing w:line="240" w:lineRule="auto"/>
        <w:ind w:left="720"/>
      </w:pPr>
      <w:r/>
      <w:hyperlink r:id="rId10">
        <w:r>
          <w:rPr>
            <w:color w:val="0000EE"/>
            <w:u w:val="single"/>
          </w:rPr>
          <w:t>https://www.the-independent.com/arts-entertainment/films/news/ariana-grande-wicked-poster-art-cynthia-erivo-b2632434.html</w:t>
        </w:r>
      </w:hyperlink>
      <w:r>
        <w:t xml:space="preserve"> - This source mentions the release date of the film and the anticipation among fans, adding to the pressure on the stars.</w:t>
      </w:r>
      <w:r/>
    </w:p>
    <w:p>
      <w:pPr>
        <w:pStyle w:val="ListNumber"/>
        <w:spacing w:line="240" w:lineRule="auto"/>
        <w:ind w:left="720"/>
      </w:pPr>
      <w:r/>
      <w:hyperlink r:id="rId13">
        <w:r>
          <w:rPr>
            <w:color w:val="0000EE"/>
            <w:u w:val="single"/>
          </w:rPr>
          <w:t>https://www.usatoday.com/story/entertainment/celebrities/2024/10/16/cynthia-erivo-blasts-photoshopped-wicked-poster/75706081007/</w:t>
        </w:r>
      </w:hyperlink>
      <w:r>
        <w:t xml:space="preserve"> - This article discusses the potential future collaborations between Grande and Erivo, particularly in music.</w:t>
      </w:r>
      <w:r/>
    </w:p>
    <w:p>
      <w:pPr>
        <w:pStyle w:val="ListNumber"/>
        <w:spacing w:line="240" w:lineRule="auto"/>
        <w:ind w:left="720"/>
      </w:pPr>
      <w:r/>
      <w:hyperlink r:id="rId15">
        <w:r>
          <w:rPr>
            <w:color w:val="0000EE"/>
            <w:u w:val="single"/>
          </w:rPr>
          <w:t>https://variety.com/2024/film/columns/ariana-grande-cynthia-erivo-fan-edited-wicked-posters-offensive-meme-1236183632/</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independent.com/arts-entertainment/films/news/ariana-grande-wicked-poster-art-cynthia-erivo-b2632434.html" TargetMode="External"/><Relationship Id="rId11" Type="http://schemas.openxmlformats.org/officeDocument/2006/relationships/hyperlink" Target="https://tribune.com.pk/story/2504281/ariana-grande-responds-to-cynthia-erivos-criticism-of-fan-edited-wicked-posters-and-ai-content" TargetMode="External"/><Relationship Id="rId12" Type="http://schemas.openxmlformats.org/officeDocument/2006/relationships/hyperlink" Target="https://www.huffpost.com/entry/ariana-grande-fan-edits-wicked-poster_n_67151f38e4b019cef4ea79d9" TargetMode="External"/><Relationship Id="rId13" Type="http://schemas.openxmlformats.org/officeDocument/2006/relationships/hyperlink" Target="https://www.usatoday.com/story/entertainment/celebrities/2024/10/16/cynthia-erivo-blasts-photoshopped-wicked-poster/75706081007/" TargetMode="External"/><Relationship Id="rId14" Type="http://schemas.openxmlformats.org/officeDocument/2006/relationships/hyperlink" Target="https://www.eonline.com/ca/news/1408879/ariana-grande-weighs-in-on-cynthia-erivos-wicked-poster-criticism" TargetMode="External"/><Relationship Id="rId15" Type="http://schemas.openxmlformats.org/officeDocument/2006/relationships/hyperlink" Target="https://variety.com/2024/film/columns/ariana-grande-cynthia-erivo-fan-edited-wicked-posters-offensive-meme-123618363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