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Blumhouse Productions partners with Meta to explore AI in filmmaking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Blumhouse Productions, the renowned horror movie studio responsible for franchises such as "Halloween" and "The Purge," has stirred conversations within the film industry by announcing a partnership with Meta, formerly Facebook. This collaboration grants the studio early access to Movie Gen, a new video generation AI model recently unveiled by Meta.</w:t>
      </w:r>
      <w:r/>
    </w:p>
    <w:p>
      <w:r/>
      <w:r>
        <w:t>Jason Blum, the founder and CEO of Blumhouse Productions, expressed enthusiasm for the partnership, citing the innovation potential for filmmakers. In a statement reported by Variety, Blum emphasised that artists remain central to the industry and that exploring new tools to enhance storytelling is a priority for the studio. Blumhouse appears to be betting on the budding technology’s ability to support creativity rather than replace it.</w:t>
      </w:r>
      <w:r/>
    </w:p>
    <w:p>
      <w:r/>
      <w:r>
        <w:t>Blumhouse has selected a group of filmmakers, including Aneesh Chaganty, the Spurlock Sisters, and actor Casey Affleck, to pioneer the use of Movie Gen. Chaganty, known for his 2018 film "Searching," has already created a short film entitled "i h8 ai," which reflects his mixed feelings towards AI technology. The three-minute piece, available on YouTube, utilises Movie Gen to reimagine his amateur childhood films, incorporating advanced visual effects and enhanced settings.</w:t>
      </w:r>
      <w:r/>
    </w:p>
    <w:p>
      <w:r/>
      <w:r>
        <w:t>The film, while showcasing the potential of the AI, highlights Chaganty's ambivalence; he expresses initial scepticism, stating AI might negatively impact the industry, yet concludes with a hint of optimism, contemplating the broader aspirations such a tool could inspire.</w:t>
      </w:r>
      <w:r/>
    </w:p>
    <w:p>
      <w:r/>
      <w:r>
        <w:t>This collaboration forms part of a wider trend within Hollywood, with several major studios aligning with AI technology firms. For example, Lionsgate has recently partnered with Runway, another AI company. Blumhouse’s move is particularly notable given the studio's reputation for producing successful films on modest budgets and championing emerging directors.</w:t>
      </w:r>
      <w:r/>
    </w:p>
    <w:p>
      <w:r/>
      <w:r>
        <w:t>The decision to embrace AI may raise eyebrows, especially since Blumhouse has released films like "M3GAN" and "AFRAID" that scrutinise the potential dangers of AI. The partnership mirrors a tension within the creative industries, as many see generative AI as a threat to the integrity of art, given these models often rely on existing works to generate content.</w:t>
      </w:r>
      <w:r/>
    </w:p>
    <w:p>
      <w:r/>
      <w:r>
        <w:t>Meta’s vice president of generative AI, as reported by Variety, acknowledged the contentious nature of the technology. He underscored the importance of establishing a dialogue with the creative community to ensure the responsible use of such AI innovations.</w:t>
      </w:r>
      <w:r/>
    </w:p>
    <w:p>
      <w:r/>
      <w:r>
        <w:t>As the industry watches this experiment unfold, the debate over AI’s role in filmmaking continues to evolve, shaping the future of how stories might be told.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https://www.hollywoodreporter.com/movies/movie-news/blumhouse-meta-ai-video-generator-short-films-1236033830/</w:t>
        </w:r>
      </w:hyperlink>
      <w:r>
        <w:t xml:space="preserve"> - Corroborates the partnership between Blumhouse and Meta, the use of Meta Movie Gen, and the involvement of filmmakers like Aneesh Chaganty, the Spurlock Sisters, and Casey Affleck.</w:t>
      </w:r>
      <w:r/>
    </w:p>
    <w:p>
      <w:pPr>
        <w:pStyle w:val="ListNumber"/>
        <w:spacing w:line="240" w:lineRule="auto"/>
        <w:ind w:left="720"/>
      </w:pPr>
      <w:r/>
      <w:hyperlink r:id="rId11">
        <w:r>
          <w:rPr>
            <w:color w:val="0000EE"/>
            <w:u w:val="single"/>
          </w:rPr>
          <w:t>https://futurism.com/the-byte/horror-movie-studio-meta-ai-video</w:t>
        </w:r>
      </w:hyperlink>
      <w:r>
        <w:t xml:space="preserve"> - Supports the details of the partnership, Jason Blum's statement on innovation, and the release of Aneesh Chaganty's short film 'i h8 ai'.</w:t>
      </w:r>
      <w:r/>
    </w:p>
    <w:p>
      <w:pPr>
        <w:pStyle w:val="ListNumber"/>
        <w:spacing w:line="240" w:lineRule="auto"/>
        <w:ind w:left="720"/>
      </w:pPr>
      <w:r/>
      <w:hyperlink r:id="rId12">
        <w:r>
          <w:rPr>
            <w:color w:val="0000EE"/>
            <w:u w:val="single"/>
          </w:rPr>
          <w:t>https://culturess.com/blumhouse-productions-further-reinforces-its-creative-decline-with-abhorrent-ai-meta-partnership-01jae5r17hfn</w:t>
        </w:r>
      </w:hyperlink>
      <w:r>
        <w:t xml:space="preserve"> - Provides context on Blumhouse's history, the criticism of the AI partnership, and the irony of Blumhouse producing AI-themed films while adopting AI technology.</w:t>
      </w:r>
      <w:r/>
    </w:p>
    <w:p>
      <w:pPr>
        <w:pStyle w:val="ListNumber"/>
        <w:spacing w:line="240" w:lineRule="auto"/>
        <w:ind w:left="720"/>
      </w:pPr>
      <w:r/>
      <w:hyperlink r:id="rId13">
        <w:r>
          <w:rPr>
            <w:color w:val="0000EE"/>
            <w:u w:val="single"/>
          </w:rPr>
          <w:t>https://movieweb.com/blumhouse-meta-partnership-ai-short-films-disappointing/</w:t>
        </w:r>
      </w:hyperlink>
      <w:r>
        <w:t xml:space="preserve"> - Details the backlash against the partnership, the release of 'i h8 ai', and the broader debate on AI in filmmaking.</w:t>
      </w:r>
      <w:r/>
    </w:p>
    <w:p>
      <w:pPr>
        <w:pStyle w:val="ListNumber"/>
        <w:spacing w:line="240" w:lineRule="auto"/>
        <w:ind w:left="720"/>
      </w:pPr>
      <w:r/>
      <w:hyperlink r:id="rId14">
        <w:r>
          <w:rPr>
            <w:color w:val="0000EE"/>
            <w:u w:val="single"/>
          </w:rPr>
          <w:t>https://www.trtworld.com/science-and-tech/meta-partners-with-blumhouse-to-test-ai-video-tool-for-filmmakers-18221835</w:t>
        </w:r>
      </w:hyperlink>
      <w:r>
        <w:t xml:space="preserve"> - Confirms the partnership, the capabilities of Meta Movie Gen, and the involvement of selected filmmakers.</w:t>
      </w:r>
      <w:r/>
    </w:p>
    <w:p>
      <w:pPr>
        <w:pStyle w:val="ListNumber"/>
        <w:spacing w:line="240" w:lineRule="auto"/>
        <w:ind w:left="720"/>
      </w:pPr>
      <w:r/>
      <w:hyperlink r:id="rId10">
        <w:r>
          <w:rPr>
            <w:color w:val="0000EE"/>
            <w:u w:val="single"/>
          </w:rPr>
          <w:t>https://www.hollywoodreporter.com/movies/movie-news/blumhouse-meta-ai-video-generator-short-films-1236033830/</w:t>
        </w:r>
      </w:hyperlink>
      <w:r>
        <w:t xml:space="preserve"> - Highlights Jason Blum's enthusiasm for the partnership and the emphasis on engaging the creative community in the development of AI tools.</w:t>
      </w:r>
      <w:r/>
    </w:p>
    <w:p>
      <w:pPr>
        <w:pStyle w:val="ListNumber"/>
        <w:spacing w:line="240" w:lineRule="auto"/>
        <w:ind w:left="720"/>
      </w:pPr>
      <w:r/>
      <w:hyperlink r:id="rId11">
        <w:r>
          <w:rPr>
            <w:color w:val="0000EE"/>
            <w:u w:val="single"/>
          </w:rPr>
          <w:t>https://futurism.com/the-byte/horror-movie-studio-meta-ai-video</w:t>
        </w:r>
      </w:hyperlink>
      <w:r>
        <w:t xml:space="preserve"> - Discusses the wider trend of Hollywood studios partnering with AI companies and the specific case of Lionsgate partnering with Runway.</w:t>
      </w:r>
      <w:r/>
    </w:p>
    <w:p>
      <w:pPr>
        <w:pStyle w:val="ListNumber"/>
        <w:spacing w:line="240" w:lineRule="auto"/>
        <w:ind w:left="720"/>
      </w:pPr>
      <w:r/>
      <w:hyperlink r:id="rId13">
        <w:r>
          <w:rPr>
            <w:color w:val="0000EE"/>
            <w:u w:val="single"/>
          </w:rPr>
          <w:t>https://movieweb.com/blumhouse-meta-partnership-ai-short-films-disappointing/</w:t>
        </w:r>
      </w:hyperlink>
      <w:r>
        <w:t xml:space="preserve"> - Addresses the controversy surrounding AI in filmmaking, including concerns about job displacement and the ethical use of AI-generated content.</w:t>
      </w:r>
      <w:r/>
    </w:p>
    <w:p>
      <w:pPr>
        <w:pStyle w:val="ListNumber"/>
        <w:spacing w:line="240" w:lineRule="auto"/>
        <w:ind w:left="720"/>
      </w:pPr>
      <w:r/>
      <w:hyperlink r:id="rId14">
        <w:r>
          <w:rPr>
            <w:color w:val="0000EE"/>
            <w:u w:val="single"/>
          </w:rPr>
          <w:t>https://www.trtworld.com/science-and-tech/meta-partners-with-blumhouse-to-test-ai-video-tool-for-filmmakers-18221835</w:t>
        </w:r>
      </w:hyperlink>
      <w:r>
        <w:t xml:space="preserve"> - Mentions Meta’s vice president of generative AI emphasizing the need for a dialogue with the creative community to ensure responsible AI use.</w:t>
      </w:r>
      <w:r/>
    </w:p>
    <w:p>
      <w:pPr>
        <w:pStyle w:val="ListNumber"/>
        <w:spacing w:line="240" w:lineRule="auto"/>
        <w:ind w:left="720"/>
      </w:pPr>
      <w:r/>
      <w:hyperlink r:id="rId12">
        <w:r>
          <w:rPr>
            <w:color w:val="0000EE"/>
            <w:u w:val="single"/>
          </w:rPr>
          <w:t>https://culturess.com/blumhouse-productions-further-reinforces-its-creative-decline-with-abhorrent-ai-meta-partnership-01jae5r17hfn</w:t>
        </w:r>
      </w:hyperlink>
      <w:r>
        <w:t xml:space="preserve"> - Critiques the partnership in the context of Blumhouse's creative trajectory and the broader implications of AI on the film industry.</w:t>
      </w:r>
      <w:r/>
    </w:p>
    <w:p>
      <w:pPr>
        <w:pStyle w:val="ListNumber"/>
        <w:spacing w:line="240" w:lineRule="auto"/>
        <w:ind w:left="720"/>
      </w:pPr>
      <w:r/>
      <w:hyperlink r:id="rId11">
        <w:r>
          <w:rPr>
            <w:color w:val="0000EE"/>
            <w:u w:val="single"/>
          </w:rPr>
          <w:t>https://futurism.com/the-byte/horror-movie-studio-meta-ai-video</w:t>
        </w:r>
      </w:hyperlink>
      <w:r>
        <w:t xml:space="preserve"> - Details the mixed reactions from the creative community, including criticism from past collaborators and fans.</w:t>
      </w:r>
      <w:r/>
    </w:p>
    <w:p>
      <w:pPr>
        <w:pStyle w:val="ListNumber"/>
        <w:spacing w:line="240" w:lineRule="auto"/>
        <w:ind w:left="720"/>
      </w:pPr>
      <w:r/>
      <w:hyperlink r:id="rId11">
        <w:r>
          <w:rPr>
            <w:color w:val="0000EE"/>
            <w:u w:val="single"/>
          </w:rPr>
          <w:t>https://futurism.com/the-byte/horror-movie-studio-meta-ai-video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llywoodreporter.com/movies/movie-news/blumhouse-meta-ai-video-generator-short-films-1236033830/" TargetMode="External"/><Relationship Id="rId11" Type="http://schemas.openxmlformats.org/officeDocument/2006/relationships/hyperlink" Target="https://futurism.com/the-byte/horror-movie-studio-meta-ai-video" TargetMode="External"/><Relationship Id="rId12" Type="http://schemas.openxmlformats.org/officeDocument/2006/relationships/hyperlink" Target="https://culturess.com/blumhouse-productions-further-reinforces-its-creative-decline-with-abhorrent-ai-meta-partnership-01jae5r17hfn" TargetMode="External"/><Relationship Id="rId13" Type="http://schemas.openxmlformats.org/officeDocument/2006/relationships/hyperlink" Target="https://movieweb.com/blumhouse-meta-partnership-ai-short-films-disappointing/" TargetMode="External"/><Relationship Id="rId14" Type="http://schemas.openxmlformats.org/officeDocument/2006/relationships/hyperlink" Target="https://www.trtworld.com/science-and-tech/meta-partners-with-blumhouse-to-test-ai-video-tool-for-filmmakers-1822183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