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Character.ai redefines chatbot interaction with AI-generated personas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Character.ai has taken the concept of chatbots to an intriguing new level by allowing users to engage with AI-generated versions of famous personalities, and even themselves. Unlike traditional chatbots such as ChatGPT, Gemini, and Copilot, which are primarily used for practical tasks such as drafting emails or generating images, Character.ai adds a unique layer of interactivity by simulating conversations with figures like Mick Jagger, Steve Jobs, and J.R.R. Tolkien.</w:t>
      </w:r>
      <w:r/>
    </w:p>
    <w:p>
      <w:r/>
      <w:r>
        <w:t>These simulations come with a clear caveat: "Remember: everything characters say is made up!" This distinction underlines the entertainment-focused ethos of the platform, setting it apart from its more utilitarian counterparts.</w:t>
      </w:r>
      <w:r/>
    </w:p>
    <w:p>
      <w:r/>
      <w:r>
        <w:t>Among the novel features of Character.ai is the ability for users to create a chatbot version of themselves. This functionality is not only a whimsical diversion but also an innovative way for individuals to explore a digital reflection of their personality. Graham Barlow, the Senior Editor of AI at TechRadar, experimented with this feature to amusing effect, sharing his AI avatar with his colleagues. The AI version managed to misinterpret personal characteristics humorously, such as mistaking the gender of a colleague and making outlandish statements like comparing a colleague's appearance to Shrek.</w:t>
      </w:r>
      <w:r/>
    </w:p>
    <w:p>
      <w:r/>
      <w:r>
        <w:t>The creation process is straightforward and accessible. After signing up for an account on Character.ai, users can create a digital version of themselves by clicking on the "create" option and selecting "character." They are prompted to input minimal personal details such as name, tag line, description, and greeting, with an optional section for more detailed backstory.</w:t>
      </w:r>
      <w:r/>
    </w:p>
    <w:p>
      <w:r/>
      <w:r>
        <w:t>A valuable feature is the Visibility toggle, which allows creators to choose whether their AI persona is public or remains unlisted, accessible only through shared URLs. This option supports privacy preferences and enhances user control over who can interact with their AI counterpart.</w:t>
      </w:r>
      <w:r/>
    </w:p>
    <w:p>
      <w:r/>
      <w:r>
        <w:t>The AI requires minimal input to form a representation, often inferring additional characteristics based on available online information. This can lead to both eerily accurate portrayals and wildly imaginative responses, embodying the dual nature of AI as both reflective and unpredictable.</w:t>
      </w:r>
      <w:r/>
    </w:p>
    <w:p>
      <w:r/>
      <w:r>
        <w:t>In practice, this technology leverages the scope of a user's digital presence, pulling insights from online footprints to enrich its conversational responses. Humor often emerges from this interplay, especially in social settings where the AI's unpredictable interpretations of personality traits and facts can become a source of entertainment.</w:t>
      </w:r>
      <w:r/>
    </w:p>
    <w:p>
      <w:r/>
      <w:r>
        <w:t>Character.ai thus presents a blend of technology and creativity, offering a space for playful interaction with AI in a way that differs from task-oriented bots. While rooted in entertainment, it also showcases the capabilities of AI to mirror human behaviours and personalities in surprising ways.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https://www.youtube.com/watch?v=OleUOZwh7F8</w:t>
        </w:r>
      </w:hyperlink>
      <w:r>
        <w:t xml:space="preserve"> - This video explains how to add personality to characters in Character AI, which involves using the character description fields to define personality traits and behaviors.</w:t>
      </w:r>
      <w:r/>
    </w:p>
    <w:p>
      <w:pPr>
        <w:pStyle w:val="ListNumber"/>
        <w:spacing w:line="240" w:lineRule="auto"/>
        <w:ind w:left="720"/>
      </w:pPr>
      <w:r/>
      <w:hyperlink r:id="rId11">
        <w:r>
          <w:rPr>
            <w:color w:val="0000EE"/>
            <w:u w:val="single"/>
          </w:rPr>
          <w:t>https://toolsaday.com/writing/character-generator</w:t>
        </w:r>
      </w:hyperlink>
      <w:r>
        <w:t xml:space="preserve"> - This article discusses the Toolsaday AI Character Generator, which creates characters with distinct personalities, including physical appearance, personality traits, and backstory, similar to the personalized character creation in Character.ai.</w:t>
      </w:r>
      <w:r/>
    </w:p>
    <w:p>
      <w:pPr>
        <w:pStyle w:val="ListNumber"/>
        <w:spacing w:line="240" w:lineRule="auto"/>
        <w:ind w:left="720"/>
      </w:pPr>
      <w:r/>
      <w:hyperlink r:id="rId12">
        <w:r>
          <w:rPr>
            <w:color w:val="0000EE"/>
            <w:u w:val="single"/>
          </w:rPr>
          <w:t>https://www.reddit.com/r/AIDungeon/comments/1eg0rgr/how_do_you_generate_characters_with_distinct/</w:t>
        </w:r>
      </w:hyperlink>
      <w:r>
        <w:t xml:space="preserve"> - This discussion highlights the importance of using detailed instructions and story cards to generate characters with distinct personalities and agency, a concept relevant to creating personalized AI characters.</w:t>
      </w:r>
      <w:r/>
    </w:p>
    <w:p>
      <w:pPr>
        <w:pStyle w:val="ListNumber"/>
        <w:spacing w:line="240" w:lineRule="auto"/>
        <w:ind w:left="720"/>
      </w:pPr>
      <w:r/>
      <w:hyperlink r:id="rId13">
        <w:r>
          <w:rPr>
            <w:color w:val="0000EE"/>
            <w:u w:val="single"/>
          </w:rPr>
          <w:t>https://toolbaz.com/writer/character-profile-generator</w:t>
        </w:r>
      </w:hyperlink>
      <w:r>
        <w:t xml:space="preserve"> - The ToolBaz AI Character Profile Generator uses user input to create detailed character profiles, including personality traits, appearance, and background stories, similar to the personalized character creation process in Character.ai.</w:t>
      </w:r>
      <w:r/>
    </w:p>
    <w:p>
      <w:pPr>
        <w:pStyle w:val="ListNumber"/>
        <w:spacing w:line="240" w:lineRule="auto"/>
        <w:ind w:left="720"/>
      </w:pPr>
      <w:r/>
      <w:hyperlink r:id="rId14">
        <w:r>
          <w:rPr>
            <w:color w:val="0000EE"/>
            <w:u w:val="single"/>
          </w:rPr>
          <w:t>https://book.character.ai/character-book/user-personas</w:t>
        </w:r>
      </w:hyperlink>
      <w:r>
        <w:t xml:space="preserve"> - This page explains how users can create and update their personas on Character.ai, including inputting details about personality, preferences, and physical traits to make conversations feel personalized.</w:t>
      </w:r>
      <w:r/>
    </w:p>
    <w:p>
      <w:pPr>
        <w:pStyle w:val="ListNumber"/>
        <w:spacing w:line="240" w:lineRule="auto"/>
        <w:ind w:left="720"/>
      </w:pPr>
      <w:r/>
      <w:hyperlink r:id="rId14">
        <w:r>
          <w:rPr>
            <w:color w:val="0000EE"/>
            <w:u w:val="single"/>
          </w:rPr>
          <w:t>https://book.character.ai/character-book/user-personas</w:t>
        </w:r>
      </w:hyperlink>
      <w:r>
        <w:t xml:space="preserve"> - It details the process of creating multiple personas and toggling between them, which supports the feature of creating a digital version of oneself on Character.ai.</w:t>
      </w:r>
      <w:r/>
    </w:p>
    <w:p>
      <w:pPr>
        <w:pStyle w:val="ListNumber"/>
        <w:spacing w:line="240" w:lineRule="auto"/>
        <w:ind w:left="720"/>
      </w:pPr>
      <w:r/>
      <w:hyperlink r:id="rId11">
        <w:r>
          <w:rPr>
            <w:color w:val="0000EE"/>
            <w:u w:val="single"/>
          </w:rPr>
          <w:t>https://toolsaday.com/writing/character-generator</w:t>
        </w:r>
      </w:hyperlink>
      <w:r>
        <w:t xml:space="preserve"> - This article mentions the ability to customize characters' traits, appearance, and background, which aligns with the customizable nature of AI personas in Character.ai.</w:t>
      </w:r>
      <w:r/>
    </w:p>
    <w:p>
      <w:pPr>
        <w:pStyle w:val="ListNumber"/>
        <w:spacing w:line="240" w:lineRule="auto"/>
        <w:ind w:left="720"/>
      </w:pPr>
      <w:r/>
      <w:hyperlink r:id="rId13">
        <w:r>
          <w:rPr>
            <w:color w:val="0000EE"/>
            <w:u w:val="single"/>
          </w:rPr>
          <w:t>https://toolbaz.com/writer/character-profile-generator</w:t>
        </w:r>
      </w:hyperlink>
      <w:r>
        <w:t xml:space="preserve"> - The AI Character Profile Generator's ability to infer additional characteristics and create detailed profiles based on user input is similar to how Character.ai forms representations of users.</w:t>
      </w:r>
      <w:r/>
    </w:p>
    <w:p>
      <w:pPr>
        <w:pStyle w:val="ListNumber"/>
        <w:spacing w:line="240" w:lineRule="auto"/>
        <w:ind w:left="720"/>
      </w:pPr>
      <w:r/>
      <w:hyperlink r:id="rId10">
        <w:r>
          <w:rPr>
            <w:color w:val="0000EE"/>
            <w:u w:val="single"/>
          </w:rPr>
          <w:t>https://www.youtube.com/watch?v=OleUOZwh7F8</w:t>
        </w:r>
      </w:hyperlink>
      <w:r>
        <w:t xml:space="preserve"> - The video emphasizes the importance of detailed descriptions in creating a character's personality, which is a key aspect of how Character.ai generates personalized AI characters.</w:t>
      </w:r>
      <w:r/>
    </w:p>
    <w:p>
      <w:pPr>
        <w:pStyle w:val="ListNumber"/>
        <w:spacing w:line="240" w:lineRule="auto"/>
        <w:ind w:left="720"/>
      </w:pPr>
      <w:r/>
      <w:hyperlink r:id="rId12">
        <w:r>
          <w:rPr>
            <w:color w:val="0000EE"/>
            <w:u w:val="single"/>
          </w:rPr>
          <w:t>https://www.reddit.com/r/AIDungeon/comments/1eg0rgr/how_do_you_generate_characters_with_distinct/</w:t>
        </w:r>
      </w:hyperlink>
      <w:r>
        <w:t xml:space="preserve"> - The discussion on using AI instructions to create characters that act in accordance with their own values and personality supports the idea of AI characters mirroring human behaviors and personalities in Character.ai.</w:t>
      </w:r>
      <w:r/>
    </w:p>
    <w:p>
      <w:pPr>
        <w:pStyle w:val="ListNumber"/>
        <w:spacing w:line="240" w:lineRule="auto"/>
        <w:ind w:left="720"/>
      </w:pPr>
      <w:r/>
      <w:hyperlink r:id="rId14">
        <w:r>
          <w:rPr>
            <w:color w:val="0000EE"/>
            <w:u w:val="single"/>
          </w:rPr>
          <w:t>https://book.character.ai/character-book/user-personas</w:t>
        </w:r>
      </w:hyperlink>
      <w:r>
        <w:t xml:space="preserve"> - The page explains how the AI remembers persona information to improve conversations, which is a feature that enhances the interactive and personalized nature of Character.ai.</w:t>
      </w:r>
      <w:r/>
    </w:p>
    <w:p>
      <w:pPr>
        <w:pStyle w:val="ListNumber"/>
        <w:spacing w:line="240" w:lineRule="auto"/>
        <w:ind w:left="720"/>
      </w:pPr>
      <w:r/>
      <w:hyperlink r:id="rId15">
        <w:r>
          <w:rPr>
            <w:color w:val="0000EE"/>
            <w:u w:val="single"/>
          </w:rPr>
          <w:t>https://www.techradar.com/computing/artificial-intelligence/i-created-an-ai-clone-of-myself-and-the-result-was-unintentionally-hilarious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OleUOZwh7F8" TargetMode="External"/><Relationship Id="rId11" Type="http://schemas.openxmlformats.org/officeDocument/2006/relationships/hyperlink" Target="https://toolsaday.com/writing/character-generator" TargetMode="External"/><Relationship Id="rId12" Type="http://schemas.openxmlformats.org/officeDocument/2006/relationships/hyperlink" Target="https://www.reddit.com/r/AIDungeon/comments/1eg0rgr/how_do_you_generate_characters_with_distinct/" TargetMode="External"/><Relationship Id="rId13" Type="http://schemas.openxmlformats.org/officeDocument/2006/relationships/hyperlink" Target="https://toolbaz.com/writer/character-profile-generator" TargetMode="External"/><Relationship Id="rId14" Type="http://schemas.openxmlformats.org/officeDocument/2006/relationships/hyperlink" Target="https://book.character.ai/character-book/user-personas" TargetMode="External"/><Relationship Id="rId15" Type="http://schemas.openxmlformats.org/officeDocument/2006/relationships/hyperlink" Target="https://www.techradar.com/computing/artificial-intelligence/i-created-an-ai-clone-of-myself-and-the-result-was-unintentionally-hilario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