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Conversational AI: Redefining creativity in the modern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advent of conversational artificial intelligence (AI) has been remarkable, notably transforming the landscape of creativity across various sectors. AI specialists Abhi Ram Reddy Salammagari and Gaurava Srivastava have explored the profound impact that conversational AI is having on creative processes in their latest work. They examine the technological innovations propelling AI's integral role in modern creativity, highlighting its significant potential to collaborate with humans in diverse and innovative ways.</w:t>
      </w:r>
      <w:r/>
    </w:p>
    <w:p>
      <w:r/>
      <w:r>
        <w:rPr>
          <w:b/>
        </w:rPr>
        <w:t>AI: The New Companion in Creative Endeavours</w:t>
      </w:r>
      <w:r/>
    </w:p>
    <w:p>
      <w:r/>
      <w:r>
        <w:t>Creativity has traditionally been considered a uniquely human attribute. However, with advances in AI technology, conversational agents are emerging as active contributors to creative initiatives. These AI-driven tools are being utilised for ideation, problem-solving, and content generation, playing crucial roles in areas like writing, music, and graphic design. The dynamic interactions and fresh perspectives provided by AI challenge conventional creativity concepts, paving the way for extraordinary innovations.</w:t>
      </w:r>
      <w:r/>
    </w:p>
    <w:p>
      <w:r/>
      <w:r>
        <w:rPr>
          <w:b/>
        </w:rPr>
        <w:t>The Role of Natural Language Processing</w:t>
      </w:r>
      <w:r/>
    </w:p>
    <w:p>
      <w:r/>
      <w:r>
        <w:t>The surge in AI's creative capabilities is deeply rooted in sophisticated natural language processing (NLP). This technology enables AI to understand and interpret human language, grasp contextual nuances, and produce creative responses. The implementation of NLP allows AI to partake in creative projects with human-like attributes, delivering original and context-specific ideas. Consequently, conversational AI tools are becoming indispensable in content-driven industries.</w:t>
      </w:r>
      <w:r/>
    </w:p>
    <w:p>
      <w:r/>
      <w:r>
        <w:rPr>
          <w:b/>
        </w:rPr>
        <w:t>Harnessing Domain-Specific Knowledge</w:t>
      </w:r>
      <w:r/>
    </w:p>
    <w:p>
      <w:r/>
      <w:r>
        <w:t>A compelling feature of conversational AI in the creative sphere is its utilisation of domain-specific knowledge. AI systems, having been trained across extensive datasets in fields such as literature, music, and design, offer informed advice and relevant examples tailored to the individualised needs of creators. Whether generating plot lines for novels, composing music, or suggesting colour palettes for design, AI provides innovative solutions to creative challenges.</w:t>
      </w:r>
      <w:r/>
    </w:p>
    <w:p>
      <w:r/>
      <w:r>
        <w:rPr>
          <w:b/>
        </w:rPr>
        <w:t>Adaptability and Interactive Collaboration</w:t>
      </w:r>
      <w:r/>
    </w:p>
    <w:p>
      <w:r/>
      <w:r>
        <w:t>What distinguishes conversational AI from traditional creative tools is its adaptability and real-time interactivity. AI systems can seamlessly modify their suggestions according to user feedback, learning continuously from each interaction. This constant adaptation enhances the creative process, as AI aligns its contributions with user preferences, promoting an efficient and collaborative human-machine partnership.</w:t>
      </w:r>
      <w:r/>
    </w:p>
    <w:p>
      <w:r/>
      <w:r>
        <w:rPr>
          <w:b/>
        </w:rPr>
        <w:t>Extending Impact Across Creative Sectors</w:t>
      </w:r>
      <w:r/>
    </w:p>
    <w:p>
      <w:r/>
      <w:r>
        <w:t>Conversational AI is significantly influencing a broad spectrum of creative fields, such as writing, music production, and graphic design. In writing, AI aids in plot structuring, character development, and dialogue formulation, assisting authors in breaking through creative blocks and exploring new narrative approaches. In music, AI evaluates an artist’s distinctive style to create complementary melodies and rhythms. Similarly, in graphic design, AI offers fresh ideas on layouts and design concepts, expanding creative horizons and refining the design workflow. Filmmakers, animators, and game designers also benefit from AI’s input in script development, storyboarding, and game design mechanics.</w:t>
      </w:r>
      <w:r/>
    </w:p>
    <w:p>
      <w:r/>
      <w:r>
        <w:rPr>
          <w:b/>
        </w:rPr>
        <w:t>Navigating Challenges and Ethical Terrain</w:t>
      </w:r>
      <w:r/>
    </w:p>
    <w:p>
      <w:r/>
      <w:r>
        <w:t>Despite the exciting prospects of conversational AI in creative domains, it brings with it several ethical challenges. A critical consideration is striking a balance between AI-generated and human creativity. The objective is not to replace human efforts but to augment them, ensuring that AI interventions enhance rather than dominantly shape the creative process. Issues concerning intellectual property also arise, sparking debate over ownership and copyright of AI-assisted creations. Establishing clear legal boundaries and frameworks is necessary to safeguard human creative rights while recognising AI's contribution.</w:t>
      </w:r>
      <w:r/>
    </w:p>
    <w:p>
      <w:r/>
      <w:r>
        <w:t>In their conclusion, Salammagari and Srivastava posit that advancements in conversational AI are not merely altering how creations are made but are redefining the notion of creativity itself. As the realm of human and machine collaboration evolves, the potential for synergy is vast, heralding a future in which AI becomes an essential element in amplifying human creative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https://theconversation.com/ai-can-help-and-hurt-student-creativity-220587</w:t>
        </w:r>
      </w:hyperlink>
      <w:r>
        <w:t xml:space="preserve"> - This article discusses how AI can both help and hurt student creativity, highlighting its role in brainstorming and the potential negative effects on creative thinking skills and self-confidence.</w:t>
      </w:r>
      <w:r/>
    </w:p>
    <w:p>
      <w:pPr>
        <w:pStyle w:val="ListNumber"/>
        <w:spacing w:line="240" w:lineRule="auto"/>
        <w:ind w:left="720"/>
      </w:pPr>
      <w:r/>
      <w:hyperlink r:id="rId11">
        <w:r>
          <w:rPr>
            <w:color w:val="0000EE"/>
            <w:u w:val="single"/>
          </w:rPr>
          <w:t>https://www.technologyreview.com/2024/07/12/1094892/ai-can-make-you-more-creative-but-it-has-limits/</w:t>
        </w:r>
      </w:hyperlink>
      <w:r>
        <w:t xml:space="preserve"> - This study explores how generative AI models impact human creativity, particularly in writing, and notes that while AI can improve creativity for less creative writers, it has limited benefits for already creative individuals.</w:t>
      </w:r>
      <w:r/>
    </w:p>
    <w:p>
      <w:pPr>
        <w:pStyle w:val="ListNumber"/>
        <w:spacing w:line="240" w:lineRule="auto"/>
        <w:ind w:left="720"/>
      </w:pPr>
      <w:r/>
      <w:hyperlink r:id="rId12">
        <w:r>
          <w:rPr>
            <w:color w:val="0000EE"/>
            <w:u w:val="single"/>
          </w:rPr>
          <w:t>https://team-gpt.com/blog/ai-and-creativity/</w:t>
        </w:r>
      </w:hyperlink>
      <w:r>
        <w:t xml:space="preserve"> - This article discusses how AI can augment and enhance human creativity, providing examples of how generative AI models can assist in various creative tasks like design and writing.</w:t>
      </w:r>
      <w:r/>
    </w:p>
    <w:p>
      <w:pPr>
        <w:pStyle w:val="ListNumber"/>
        <w:spacing w:line="240" w:lineRule="auto"/>
        <w:ind w:left="720"/>
      </w:pPr>
      <w:r/>
      <w:hyperlink r:id="rId13">
        <w:r>
          <w:rPr>
            <w:color w:val="0000EE"/>
            <w:u w:val="single"/>
          </w:rPr>
          <w:t>https://www.forbes.com/councils/forbestechcouncil/2024/04/09/democratized-creativity-the-evolution-and-impact-of-ai/</w:t>
        </w:r>
      </w:hyperlink>
      <w:r>
        <w:t xml:space="preserve"> - This piece highlights how AI is democratizing creativity across various industries, enabling individuals to bring new ideas to life without extensive technical knowledge.</w:t>
      </w:r>
      <w:r/>
    </w:p>
    <w:p>
      <w:pPr>
        <w:pStyle w:val="ListNumber"/>
        <w:spacing w:line="240" w:lineRule="auto"/>
        <w:ind w:left="720"/>
      </w:pPr>
      <w:r/>
      <w:hyperlink r:id="rId10">
        <w:r>
          <w:rPr>
            <w:color w:val="0000EE"/>
            <w:u w:val="single"/>
          </w:rPr>
          <w:t>https://theconversation.com/ai-can-help-and-hurt-student-creativity-220587</w:t>
        </w:r>
      </w:hyperlink>
      <w:r>
        <w:t xml:space="preserve"> - This article emphasizes the importance of balancing AI use in education to nurture creativity and avoid overreliance on technology, which aligns with the need to strike a balance between AI-generated and human creativity.</w:t>
      </w:r>
      <w:r/>
    </w:p>
    <w:p>
      <w:pPr>
        <w:pStyle w:val="ListNumber"/>
        <w:spacing w:line="240" w:lineRule="auto"/>
        <w:ind w:left="720"/>
      </w:pPr>
      <w:r/>
      <w:hyperlink r:id="rId11">
        <w:r>
          <w:rPr>
            <w:color w:val="0000EE"/>
            <w:u w:val="single"/>
          </w:rPr>
          <w:t>https://www.technologyreview.com/2024/07/12/1094892/ai-can-make-you-more-creative-but-it-has-limits/</w:t>
        </w:r>
      </w:hyperlink>
      <w:r>
        <w:t xml:space="preserve"> - The study mentioned here underscores the limitations of AI in creative tasks, such as the similarity and lack of originality in AI-generated content, which is relevant to the ethical challenges of AI in creative domains.</w:t>
      </w:r>
      <w:r/>
    </w:p>
    <w:p>
      <w:pPr>
        <w:pStyle w:val="ListNumber"/>
        <w:spacing w:line="240" w:lineRule="auto"/>
        <w:ind w:left="720"/>
      </w:pPr>
      <w:r/>
      <w:hyperlink r:id="rId12">
        <w:r>
          <w:rPr>
            <w:color w:val="0000EE"/>
            <w:u w:val="single"/>
          </w:rPr>
          <w:t>https://team-gpt.com/blog/ai-and-creativity/</w:t>
        </w:r>
      </w:hyperlink>
      <w:r>
        <w:t xml:space="preserve"> - This article illustrates how AI can be used in various creative fields like design, writing, and music, and how it enhances human creativity by providing numerous ideas and freeing up time for more innovative work.</w:t>
      </w:r>
      <w:r/>
    </w:p>
    <w:p>
      <w:pPr>
        <w:pStyle w:val="ListNumber"/>
        <w:spacing w:line="240" w:lineRule="auto"/>
        <w:ind w:left="720"/>
      </w:pPr>
      <w:r/>
      <w:hyperlink r:id="rId13">
        <w:r>
          <w:rPr>
            <w:color w:val="0000EE"/>
            <w:u w:val="single"/>
          </w:rPr>
          <w:t>https://www.forbes.com/councils/forbestechcouncil/2024/04/09/democratized-creativity-the-evolution-and-impact-of-ai/</w:t>
        </w:r>
      </w:hyperlink>
      <w:r>
        <w:t xml:space="preserve"> - This article discusses the adaptability and real-time interactivity of AI, which allows it to modify suggestions based on user feedback, enhancing the creative process and promoting a human-machine partnership.</w:t>
      </w:r>
      <w:r/>
    </w:p>
    <w:p>
      <w:pPr>
        <w:pStyle w:val="ListNumber"/>
        <w:spacing w:line="240" w:lineRule="auto"/>
        <w:ind w:left="720"/>
      </w:pPr>
      <w:r/>
      <w:hyperlink r:id="rId10">
        <w:r>
          <w:rPr>
            <w:color w:val="0000EE"/>
            <w:u w:val="single"/>
          </w:rPr>
          <w:t>https://theconversation.com/ai-can-help-and-hurt-student-creativity-220587</w:t>
        </w:r>
      </w:hyperlink>
      <w:r>
        <w:t xml:space="preserve"> - The article highlights AI's role in content generation and problem-solving, particularly in education, which aligns with its impact across various creative sectors like writing, music, and graphic design.</w:t>
      </w:r>
      <w:r/>
    </w:p>
    <w:p>
      <w:pPr>
        <w:pStyle w:val="ListNumber"/>
        <w:spacing w:line="240" w:lineRule="auto"/>
        <w:ind w:left="720"/>
      </w:pPr>
      <w:r/>
      <w:hyperlink r:id="rId11">
        <w:r>
          <w:rPr>
            <w:color w:val="0000EE"/>
            <w:u w:val="single"/>
          </w:rPr>
          <w:t>https://www.technologyreview.com/2024/07/12/1094892/ai-can-make-you-more-creative-but-it-has-limits/</w:t>
        </w:r>
      </w:hyperlink>
      <w:r>
        <w:t xml:space="preserve"> - This study mentions the ethical considerations of AI in creativity, including issues of originality and the homogenization of ideas, which is crucial for navigating the challenges and ethical terrain of AI in creative domains.</w:t>
      </w:r>
      <w:r/>
    </w:p>
    <w:p>
      <w:pPr>
        <w:pStyle w:val="ListNumber"/>
        <w:spacing w:line="240" w:lineRule="auto"/>
        <w:ind w:left="720"/>
      </w:pPr>
      <w:r/>
      <w:hyperlink r:id="rId12">
        <w:r>
          <w:rPr>
            <w:color w:val="0000EE"/>
            <w:u w:val="single"/>
          </w:rPr>
          <w:t>https://team-gpt.com/blog/ai-and-creativity/</w:t>
        </w:r>
      </w:hyperlink>
      <w:r>
        <w:t xml:space="preserve"> - The article concludes that AI is redefining the notion of creativity by amplifying human creative endeavors, which aligns with the conclusion that advancements in conversational AI are not just altering how creations are made but also redefining creativity itself.</w:t>
      </w:r>
      <w:r/>
    </w:p>
    <w:p>
      <w:pPr>
        <w:pStyle w:val="ListNumber"/>
        <w:spacing w:line="240" w:lineRule="auto"/>
        <w:ind w:left="720"/>
      </w:pPr>
      <w:r/>
      <w:hyperlink r:id="rId14">
        <w:r>
          <w:rPr>
            <w:color w:val="0000EE"/>
            <w:u w:val="single"/>
          </w:rPr>
          <w:t>https://techbullion.com/conversational-ai-pioneering-creativity-across-industries/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nversation.com/ai-can-help-and-hurt-student-creativity-220587" TargetMode="External"/><Relationship Id="rId11" Type="http://schemas.openxmlformats.org/officeDocument/2006/relationships/hyperlink" Target="https://www.technologyreview.com/2024/07/12/1094892/ai-can-make-you-more-creative-but-it-has-limits/" TargetMode="External"/><Relationship Id="rId12" Type="http://schemas.openxmlformats.org/officeDocument/2006/relationships/hyperlink" Target="https://team-gpt.com/blog/ai-and-creativity/" TargetMode="External"/><Relationship Id="rId13" Type="http://schemas.openxmlformats.org/officeDocument/2006/relationships/hyperlink" Target="https://www.forbes.com/councils/forbestechcouncil/2024/04/09/democratized-creativity-the-evolution-and-impact-of-ai/" TargetMode="External"/><Relationship Id="rId14" Type="http://schemas.openxmlformats.org/officeDocument/2006/relationships/hyperlink" Target="https://techbullion.com/conversational-ai-pioneering-creativity-across-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