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Cornerstone OnDemand launches Immerse Companion to revolutionise employee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Cornerstone OnDemand Inc., renowned for its workforce agility solutions, unveiled its latest innovation, Immerse Companion, at the UNLEASH World event. This novel solution is a generative artificial intelligence (AI) tool that facilitates real-time interactions with virtual human companions, marking a significant advancement in the field of employee training and development.</w:t>
      </w:r>
      <w:r/>
    </w:p>
    <w:p>
      <w:r/>
      <w:r>
        <w:t>Immerse Companion is designed to assist employees in honing skills via learning role-play, coaching, mentoring sessions, and expert-led skill-building activities. This AI solution promises to transform talent development into an engaging and practical experience by enabling employees to practice complex scenarios such as negotiations or to receive personalised career advice on-demand.</w:t>
      </w:r>
      <w:r/>
    </w:p>
    <w:p>
      <w:r/>
      <w:r>
        <w:t>Among its core features, Immerse Companion offers personalised on-demand interactions. It harnesses the power of generative AI to provide 24/7 tailored engagement with virtual coaches and mentors. This scalability ensures effective training experiences that cater to individual needs, delivering immediate, actionable insights across various workforce scenarios.</w:t>
      </w:r>
      <w:r/>
    </w:p>
    <w:p>
      <w:r/>
      <w:r>
        <w:t>Moreover, the solution provides a safe environment for practising critical workplace skills through emotionally realistic role-play sessions. This innovative approach allows individuals to make mistakes and learn without enduring the repercussions that might occur in actual workplace situations.</w:t>
      </w:r>
      <w:r/>
    </w:p>
    <w:p>
      <w:r/>
      <w:r>
        <w:t>The AI technology behind Immerse Companion, Cornerstone's Companion, is a proprietary generative AI that effectively utilises extensive labour market data. The platform is supported by 40+ terabytes of data updated daily, catering to over 140 million users across more than 7,000 organisations. It is designed to offer a comprehensive range of learning opportunities, including 30 million learning hours per month.</w:t>
      </w:r>
      <w:r/>
    </w:p>
    <w:p>
      <w:r/>
      <w:r>
        <w:t>Accessible via multiple modalities, the Immerse Companion can be used through the Cornerstone Immerse platform on virtual reality headsets and web streaming, broadening its accessibility and usage across different interfaces.</w:t>
      </w:r>
      <w:r/>
    </w:p>
    <w:p>
      <w:r/>
      <w:r>
        <w:t>The AI avatar technology integral to Immerse Companion was advanced through Cornerstone's acquisition of capabilities and expertise from the immersive learning company, Talespin, in 2024. This technology, initially introduced in 2019, specialised in developing employees' soft skills and has since gained traction among enterprises seeking to elevate their training solutions.</w:t>
      </w:r>
      <w:r/>
    </w:p>
    <w:p>
      <w:r/>
      <w:r>
        <w:t>Himanshu Palsule, CEO of Cornerstone, noted the historical challenges in scaling 1:1 personalised training and highlighted how Immerse Companion addresses this by democratising access to information, mentorship, and practice opportunities. He emphasised that this innovation signifies a leap into the next era of human experience, especially as demand for mastering human skills increases alongside AI advancements.</w:t>
      </w:r>
      <w:r/>
    </w:p>
    <w:p>
      <w:r/>
      <w:r>
        <w:t>Josh Bersin, Global Industry Analyst and CEO of The Josh Bersin Company, acknowledged the significance of the Immerse Companion platform, describing it as a forward-looking tool that allows employees to learn and receive expert feedback in a simulated real-world setting, akin to having a personal expert coach.</w:t>
      </w:r>
      <w:r/>
    </w:p>
    <w:p>
      <w:r/>
      <w:r>
        <w:t>Currently, Immerse Companion is in the process of transitioning from a closed beta phase, with plans to gradually expand its availability as announced at UNLEASH World 2024. Interested parties are encouraged to contact their account representatives for more details and consider visiting Cornerstone at stand B138 during the event for further information regarding the beta wait-list and the platform's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https://www.cornerstoneondemand.com/it/company/news-room/press-releases/introducing-immerse-companion-cornerstones-cutting-edge-generative-ai/</w:t>
        </w:r>
      </w:hyperlink>
      <w:r>
        <w:t xml:space="preserve"> - Introduces Immerse Companion, a generative AI tool for employee training and development, and its role in learning role-play and coaching.</w:t>
      </w:r>
      <w:r/>
    </w:p>
    <w:p>
      <w:pPr>
        <w:pStyle w:val="ListNumber"/>
        <w:spacing w:line="240" w:lineRule="auto"/>
        <w:ind w:left="720"/>
      </w:pPr>
      <w:r/>
      <w:hyperlink r:id="rId11">
        <w:r>
          <w:rPr>
            <w:color w:val="0000EE"/>
            <w:u w:val="single"/>
          </w:rPr>
          <w:t>https://www.unleash.ai/companies/cornerstone/</w:t>
        </w:r>
      </w:hyperlink>
      <w:r>
        <w:t xml:space="preserve"> - Provides context on Cornerstone OnDemand as a company and its focus on workforce agility and people development solutions.</w:t>
      </w:r>
      <w:r/>
    </w:p>
    <w:p>
      <w:pPr>
        <w:pStyle w:val="ListNumber"/>
        <w:spacing w:line="240" w:lineRule="auto"/>
        <w:ind w:left="720"/>
      </w:pPr>
      <w:r/>
      <w:hyperlink r:id="rId12">
        <w:r>
          <w:rPr>
            <w:color w:val="0000EE"/>
            <w:u w:val="single"/>
          </w:rPr>
          <w:t>https://www.marketwatch.com/press-release/introducing-immerse-companion-cornerstone-s-cutting-edge-generative-ai-pushing-xr-boundaries-with-virtual-human-companions-55b2ba26</w:t>
        </w:r>
      </w:hyperlink>
      <w:r>
        <w:t xml:space="preserve"> - Details the announcement of Immerse Companion at UNLEASH World and its features, including real-time interactions with virtual human companions.</w:t>
      </w:r>
      <w:r/>
    </w:p>
    <w:p>
      <w:pPr>
        <w:pStyle w:val="ListNumber"/>
        <w:spacing w:line="240" w:lineRule="auto"/>
        <w:ind w:left="720"/>
      </w:pPr>
      <w:r/>
      <w:hyperlink r:id="rId13">
        <w:r>
          <w:rPr>
            <w:color w:val="0000EE"/>
            <w:u w:val="single"/>
          </w:rPr>
          <w:t>https://www.xrtoday.com/virtual-reality/ai-powered-virtual-avatar-companion-training-comes-to-businesses/</w:t>
        </w:r>
      </w:hyperlink>
      <w:r>
        <w:t xml:space="preserve"> - Explains the key features of Immerse Companion, such as personalized interactions, real-world practice, and its accessibility via multiple modalities.</w:t>
      </w:r>
      <w:r/>
    </w:p>
    <w:p>
      <w:pPr>
        <w:pStyle w:val="ListNumber"/>
        <w:spacing w:line="240" w:lineRule="auto"/>
        <w:ind w:left="720"/>
      </w:pPr>
      <w:r/>
      <w:hyperlink r:id="rId13">
        <w:r>
          <w:rPr>
            <w:color w:val="0000EE"/>
            <w:u w:val="single"/>
          </w:rPr>
          <w:t>https://www.xrtoday.com/virtual-reality/ai-powered-virtual-avatar-companion-training-comes-to-businesses/</w:t>
        </w:r>
      </w:hyperlink>
      <w:r>
        <w:t xml:space="preserve"> - Discusses the AI technology behind Immerse Companion, including its use of extensive labour market data and its support for over 140 million users.</w:t>
      </w:r>
      <w:r/>
    </w:p>
    <w:p>
      <w:pPr>
        <w:pStyle w:val="ListNumber"/>
        <w:spacing w:line="240" w:lineRule="auto"/>
        <w:ind w:left="720"/>
      </w:pPr>
      <w:r/>
      <w:hyperlink r:id="rId14">
        <w:r>
          <w:rPr>
            <w:color w:val="0000EE"/>
            <w:u w:val="single"/>
          </w:rPr>
          <w:t>https://www.marketscreener.com/quote/stock/CORNERSTONE-ONDEMAND-INC-7614943/news/Cornerstone-OnDemand-Inc-Announces-Immerse-Companion-48089902/</w:t>
        </w:r>
      </w:hyperlink>
      <w:r>
        <w:t xml:space="preserve"> - Describes the safe environment provided by Immerse Companion for practicing critical workplace skills through emotionally realistic role-play sessions.</w:t>
      </w:r>
      <w:r/>
    </w:p>
    <w:p>
      <w:pPr>
        <w:pStyle w:val="ListNumber"/>
        <w:spacing w:line="240" w:lineRule="auto"/>
        <w:ind w:left="720"/>
      </w:pPr>
      <w:r/>
      <w:hyperlink r:id="rId14">
        <w:r>
          <w:rPr>
            <w:color w:val="0000EE"/>
            <w:u w:val="single"/>
          </w:rPr>
          <w:t>https://www.marketscreener.com/quote/stock/CORNERSTONE-ONDEMAND-INC-7614943/news/Cornerstone-OnDemand-Inc-Announces-Immerse-Companion-48089902/</w:t>
        </w:r>
      </w:hyperlink>
      <w:r>
        <w:t xml:space="preserve"> - Highlights the accessibility of Immerse Companion via multiple modalities, including the Cornerstone Immerse platform, VR headsets, and web streaming.</w:t>
      </w:r>
      <w:r/>
    </w:p>
    <w:p>
      <w:pPr>
        <w:pStyle w:val="ListNumber"/>
        <w:spacing w:line="240" w:lineRule="auto"/>
        <w:ind w:left="720"/>
      </w:pPr>
      <w:r/>
      <w:hyperlink r:id="rId13">
        <w:r>
          <w:rPr>
            <w:color w:val="0000EE"/>
            <w:u w:val="single"/>
          </w:rPr>
          <w:t>https://www.xrtoday.com/virtual-reality/ai-powered-virtual-avatar-companion-training-comes-to-businesses/</w:t>
        </w:r>
      </w:hyperlink>
      <w:r>
        <w:t xml:space="preserve"> - Mentions the acquisition of Talespin by Cornerstone and the integration of its AI avatar technology into Immerse Companion.</w:t>
      </w:r>
      <w:r/>
    </w:p>
    <w:p>
      <w:pPr>
        <w:pStyle w:val="ListNumber"/>
        <w:spacing w:line="240" w:lineRule="auto"/>
        <w:ind w:left="720"/>
      </w:pPr>
      <w:r/>
      <w:hyperlink r:id="rId13">
        <w:r>
          <w:rPr>
            <w:color w:val="0000EE"/>
            <w:u w:val="single"/>
          </w:rPr>
          <w:t>https://www.xrtoday.com/virtual-reality/ai-powered-virtual-avatar-companion-training-comes-to-businesses/</w:t>
        </w:r>
      </w:hyperlink>
      <w:r>
        <w:t xml:space="preserve"> - Quotes Himanshu Palsule, CEO of Cornerstone, on the historical challenges of scaling personalized training and how Immerse Companion addresses these challenges.</w:t>
      </w:r>
      <w:r/>
    </w:p>
    <w:p>
      <w:pPr>
        <w:pStyle w:val="ListNumber"/>
        <w:spacing w:line="240" w:lineRule="auto"/>
        <w:ind w:left="720"/>
      </w:pPr>
      <w:r/>
      <w:hyperlink r:id="rId13">
        <w:r>
          <w:rPr>
            <w:color w:val="0000EE"/>
            <w:u w:val="single"/>
          </w:rPr>
          <w:t>https://www.xrtoday.com/virtual-reality/ai-powered-virtual-avatar-companion-training-comes-to-businesses/</w:t>
        </w:r>
      </w:hyperlink>
      <w:r>
        <w:t xml:space="preserve"> - Includes Josh Bersin's endorsement of Immerse Companion as a forward-looking tool for employee learning and skill development.</w:t>
      </w:r>
      <w:r/>
    </w:p>
    <w:p>
      <w:pPr>
        <w:pStyle w:val="ListNumber"/>
        <w:spacing w:line="240" w:lineRule="auto"/>
        <w:ind w:left="720"/>
      </w:pPr>
      <w:r/>
      <w:hyperlink r:id="rId14">
        <w:r>
          <w:rPr>
            <w:color w:val="0000EE"/>
            <w:u w:val="single"/>
          </w:rPr>
          <w:t>https://www.marketscreener.com/quote/stock/CORNERSTONE-ONDEMAND-INC-7614943/news/Cornerstone-OnDemand-Inc-Announces-Immerse-Companion-48089902/</w:t>
        </w:r>
      </w:hyperlink>
      <w:r>
        <w:t xml:space="preserve"> - Details the current status of Immerse Companion, including its transition from a closed beta phase to gradual expansion, as announced at UNLEASH World 2024.</w:t>
      </w:r>
      <w:r/>
    </w:p>
    <w:p>
      <w:pPr>
        <w:pStyle w:val="ListNumber"/>
        <w:spacing w:line="240" w:lineRule="auto"/>
        <w:ind w:left="720"/>
      </w:pPr>
      <w:r/>
      <w:hyperlink r:id="rId15">
        <w:r>
          <w:rPr>
            <w:color w:val="0000EE"/>
            <w:u w:val="single"/>
          </w:rPr>
          <w:t>https://insights.talintpartners.com/introducing-immerse-companion-cornerstones-cutting-edge-generative-ai-pushing-xr-boundaries-with-virtual-human-companions/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nerstoneondemand.com/it/company/news-room/press-releases/introducing-immerse-companion-cornerstones-cutting-edge-generative-ai/" TargetMode="External"/><Relationship Id="rId11" Type="http://schemas.openxmlformats.org/officeDocument/2006/relationships/hyperlink" Target="https://www.unleash.ai/companies/cornerstone/" TargetMode="External"/><Relationship Id="rId12" Type="http://schemas.openxmlformats.org/officeDocument/2006/relationships/hyperlink" Target="https://www.marketwatch.com/press-release/introducing-immerse-companion-cornerstone-s-cutting-edge-generative-ai-pushing-xr-boundaries-with-virtual-human-companions-55b2ba26" TargetMode="External"/><Relationship Id="rId13" Type="http://schemas.openxmlformats.org/officeDocument/2006/relationships/hyperlink" Target="https://www.xrtoday.com/virtual-reality/ai-powered-virtual-avatar-companion-training-comes-to-businesses/" TargetMode="External"/><Relationship Id="rId14" Type="http://schemas.openxmlformats.org/officeDocument/2006/relationships/hyperlink" Target="https://www.marketscreener.com/quote/stock/CORNERSTONE-ONDEMAND-INC-7614943/news/Cornerstone-OnDemand-Inc-Announces-Immerse-Companion-48089902/" TargetMode="External"/><Relationship Id="rId15" Type="http://schemas.openxmlformats.org/officeDocument/2006/relationships/hyperlink" Target="https://insights.talintpartners.com/introducing-immerse-companion-cornerstones-cutting-edge-generative-ai-pushing-xr-boundaries-with-virtual-human-compan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