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AI's ethical implications in 'The Irrational'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Exploration of AI's Role in 'The Irrational' Season 2 Episode 2</w:t>
      </w:r>
      <w:r/>
    </w:p>
    <w:p>
      <w:r/>
      <w:r>
        <w:t>‘The Irrational’, a police procedural series airing on NBC, delves into the complexities of modern technology in its latest episodes. In Season 2 Episode 2, an engaging storyline involving AI emerges, entwined with character developments and professional dynamics that offer a unique narrative twist. The episode primarily focuses on Phoebe, a character who recently changed jobs to support her mental health but is now questioning that decision.</w:t>
      </w:r>
      <w:r/>
    </w:p>
    <w:p>
      <w:r/>
      <w:r>
        <w:t>Phoebe’s journey this season sees her grappling with dissatisfaction in her new role. She is enlisted by a fellow graduate student to review a paper intended to advance the understanding of AI's impact on customer experiences. The storyline diverges from the oft-portrayed narrative of AI being a malevolent force, taking a more nuanced approach to the technology and its implications in various sectors, including academia and business.</w:t>
      </w:r>
      <w:r/>
    </w:p>
    <w:p>
      <w:r/>
      <w:r>
        <w:t>In the episode, Phoebe finds herself inadvertently ghostwriting a paper—an unexpected development as the work will primarily credit her new boss. The lack of transparency and her unintentional involvement in ghostwriting reflect issues within professional environments beyond the technological domain. The storyline touches on the ethical dilemmas similar to those surrounding the use of AI in academic settings, where tools such as language models are employed, sometimes unethically, to reduce workloads or complete assignments.</w:t>
      </w:r>
      <w:r/>
    </w:p>
    <w:p>
      <w:r/>
      <w:r>
        <w:t>The character Alec, whose teachings often revolve around the psychological intricacies influencing human decision-making, is expected to explore these themes further. His lessons frequently highlight the brain's susceptibility to trauma triggers and confirmation bias, equipping students, and by extension viewers, with insights into logical decision-making processes. It is anticipated that the series will address AI-related concerns within Alec's lectures or in cases he investigates, providing a more rounded examination of the technology than typically dramatized negative tropes.</w:t>
      </w:r>
      <w:r/>
    </w:p>
    <w:p>
      <w:r/>
      <w:r>
        <w:t>Moreover, the series has the potential to delve deeper into AI's applications through the character Kylie. As a computer expert, she can offer informed perspectives on AI that might enrich the series' narrative landscape. This development aligns with hints from Travina Springer, who indicated evolving dynamics between characters, particularly between Kylie and Alec, would be a significant theme this season.</w:t>
      </w:r>
      <w:r/>
    </w:p>
    <w:p>
      <w:r/>
      <w:r>
        <w:t>Phoebe’s storyline seems poised for a critical juncture, as her workplace dissatisfaction mounts due to deceptive practices around the paper. This may influence her decision to return to Alec’s team, suggesting a possible reconciliation of her prior decision to steer clear of his mysteries for personal well-being. Such a narrative arc not only promises to address Phoebe’s internal conflict but also sets the stage for a broader exploration of AI's ethical use in both educational and practical frameworks.</w:t>
      </w:r>
      <w:r/>
    </w:p>
    <w:p>
      <w:r/>
      <w:r>
        <w:t>‘The Irrational’ continues to air on NBC every Tuesday at 10/9c, with episodes also available on Peacock on Wednesdays. This episode’s layered exploration of AI alongside human dynamics adds a fresh dimension to the evolving discourse on technology’s role in society, inviting viewers to understand the nuanced realities surrounding AI without the overt sensationalism that often accompanies such storylines.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https://www.tvfanatic.com/the-irrational-s02e02-phoebe-storyline-ai-story/</w:t>
        </w:r>
      </w:hyperlink>
      <w:r>
        <w:t xml:space="preserve"> - Corroborates the Phoebe storyline involving AI and its realistic portrayal in The Irrational Season 2 Episode 2.</w:t>
      </w:r>
      <w:r/>
    </w:p>
    <w:p>
      <w:pPr>
        <w:pStyle w:val="ListNumber"/>
        <w:spacing w:line="240" w:lineRule="auto"/>
        <w:ind w:left="720"/>
      </w:pPr>
      <w:r/>
      <w:hyperlink r:id="rId11">
        <w:r>
          <w:rPr>
            <w:color w:val="0000EE"/>
            <w:u w:val="single"/>
          </w:rPr>
          <w:t>https://www.imdb.com/news/ni64895575/</w:t>
        </w:r>
      </w:hyperlink>
      <w:r>
        <w:t xml:space="preserve"> - Supports the idea that The Irrational Season 2 Episode 2's Phoebe storyline sets up a realistic and compelling AI narrative.</w:t>
      </w:r>
      <w:r/>
    </w:p>
    <w:p>
      <w:pPr>
        <w:pStyle w:val="ListNumber"/>
        <w:spacing w:line="240" w:lineRule="auto"/>
        <w:ind w:left="720"/>
      </w:pPr>
      <w:r/>
      <w:hyperlink r:id="rId12">
        <w:r>
          <w:rPr>
            <w:color w:val="0000EE"/>
            <w:u w:val="single"/>
          </w:rPr>
          <w:t>https://www.tvfanatic.com/the-irrational-s2-e2-spoilers-serial-killers-alecs-new-normal/</w:t>
        </w:r>
      </w:hyperlink>
      <w:r>
        <w:t xml:space="preserve"> - Provides context on Phoebe's dissatisfaction with her new job and her potential return to Alec's team.</w:t>
      </w:r>
      <w:r/>
    </w:p>
    <w:p>
      <w:pPr>
        <w:pStyle w:val="ListNumber"/>
        <w:spacing w:line="240" w:lineRule="auto"/>
        <w:ind w:left="720"/>
      </w:pPr>
      <w:r/>
      <w:hyperlink r:id="rId13">
        <w:r>
          <w:rPr>
            <w:color w:val="0000EE"/>
            <w:u w:val="single"/>
          </w:rPr>
          <w:t>https://collider.com/the-irrational-season-2-episode-2-sneak-peek/</w:t>
        </w:r>
      </w:hyperlink>
      <w:r>
        <w:t xml:space="preserve"> - Mentions Phoebe's involvement with Alec's cases and her internal conflict regarding her job change.</w:t>
      </w:r>
      <w:r/>
    </w:p>
    <w:p>
      <w:pPr>
        <w:pStyle w:val="ListNumber"/>
        <w:spacing w:line="240" w:lineRule="auto"/>
        <w:ind w:left="720"/>
      </w:pPr>
      <w:r/>
      <w:hyperlink r:id="rId14">
        <w:r>
          <w:rPr>
            <w:color w:val="0000EE"/>
            <w:u w:val="single"/>
          </w:rPr>
          <w:t>https://www.imdb.com/news/ni64344220/</w:t>
        </w:r>
      </w:hyperlink>
      <w:r>
        <w:t xml:space="preserve"> - Details Phoebe's role as a research assistant and her interactions with Alec, highlighting her potential return to his team.</w:t>
      </w:r>
      <w:r/>
    </w:p>
    <w:p>
      <w:pPr>
        <w:pStyle w:val="ListNumber"/>
        <w:spacing w:line="240" w:lineRule="auto"/>
        <w:ind w:left="720"/>
      </w:pPr>
      <w:r/>
      <w:hyperlink r:id="rId12">
        <w:r>
          <w:rPr>
            <w:color w:val="0000EE"/>
            <w:u w:val="single"/>
          </w:rPr>
          <w:t>https://www.tvfanatic.com/the-irrational-s2-e2-spoilers-serial-killers-alecs-new-normal/</w:t>
        </w:r>
      </w:hyperlink>
      <w:r>
        <w:t xml:space="preserve"> - Explains Alec's teachings on psychological intricacies and their relevance to the AI storyline.</w:t>
      </w:r>
      <w:r/>
    </w:p>
    <w:p>
      <w:pPr>
        <w:pStyle w:val="ListNumber"/>
        <w:spacing w:line="240" w:lineRule="auto"/>
        <w:ind w:left="720"/>
      </w:pPr>
      <w:r/>
      <w:hyperlink r:id="rId13">
        <w:r>
          <w:rPr>
            <w:color w:val="0000EE"/>
            <w:u w:val="single"/>
          </w:rPr>
          <w:t>https://collider.com/the-irrational-season-2-episode-2-sneak-peek/</w:t>
        </w:r>
      </w:hyperlink>
      <w:r>
        <w:t xml:space="preserve"> - Discusses Alec's expertise in behavioral science and how it might be applied to AI-related themes.</w:t>
      </w:r>
      <w:r/>
    </w:p>
    <w:p>
      <w:pPr>
        <w:pStyle w:val="ListNumber"/>
        <w:spacing w:line="240" w:lineRule="auto"/>
        <w:ind w:left="720"/>
      </w:pPr>
      <w:r/>
      <w:hyperlink r:id="rId14">
        <w:r>
          <w:rPr>
            <w:color w:val="0000EE"/>
            <w:u w:val="single"/>
          </w:rPr>
          <w:t>https://www.imdb.com/news/ni64344220/</w:t>
        </w:r>
      </w:hyperlink>
      <w:r>
        <w:t xml:space="preserve"> - Highlights Kylie's role as a computer expert and her potential to offer informed perspectives on AI.</w:t>
      </w:r>
      <w:r/>
    </w:p>
    <w:p>
      <w:pPr>
        <w:pStyle w:val="ListNumber"/>
        <w:spacing w:line="240" w:lineRule="auto"/>
        <w:ind w:left="720"/>
      </w:pPr>
      <w:r/>
      <w:hyperlink r:id="rId12">
        <w:r>
          <w:rPr>
            <w:color w:val="0000EE"/>
            <w:u w:val="single"/>
          </w:rPr>
          <w:t>https://www.tvfanatic.com/the-irrational-s2-e2-spoilers-serial-killers-alecs-new-normal/</w:t>
        </w:r>
      </w:hyperlink>
      <w:r>
        <w:t xml:space="preserve"> - Mentions the evolving dynamics between characters, including Kylie and Alec, and their potential impact on the AI narrative.</w:t>
      </w:r>
      <w:r/>
    </w:p>
    <w:p>
      <w:pPr>
        <w:pStyle w:val="ListNumber"/>
        <w:spacing w:line="240" w:lineRule="auto"/>
        <w:ind w:left="720"/>
      </w:pPr>
      <w:r/>
      <w:hyperlink r:id="rId13">
        <w:r>
          <w:rPr>
            <w:color w:val="0000EE"/>
            <w:u w:val="single"/>
          </w:rPr>
          <w:t>https://collider.com/the-irrational-season-2-episode-2-sneak-peek/</w:t>
        </w:r>
      </w:hyperlink>
      <w:r>
        <w:t xml:space="preserve"> - Provides information on the series' airing schedule and availability on Peacock, supporting the ongoing exploration of AI themes.</w:t>
      </w:r>
      <w:r/>
    </w:p>
    <w:p>
      <w:pPr>
        <w:pStyle w:val="ListNumber"/>
        <w:spacing w:line="240" w:lineRule="auto"/>
        <w:ind w:left="720"/>
      </w:pPr>
      <w:r/>
      <w:hyperlink r:id="rId14">
        <w:r>
          <w:rPr>
            <w:color w:val="0000EE"/>
            <w:u w:val="single"/>
          </w:rPr>
          <w:t>https://www.imdb.com/news/ni64344220/</w:t>
        </w:r>
      </w:hyperlink>
      <w:r>
        <w:t xml:space="preserve"> - Confirms the series' focus on nuanced explorations of technology, including AI, without sensationalism.</w:t>
      </w:r>
      <w:r/>
    </w:p>
    <w:p>
      <w:pPr>
        <w:pStyle w:val="ListNumber"/>
        <w:spacing w:line="240" w:lineRule="auto"/>
        <w:ind w:left="720"/>
      </w:pPr>
      <w:r/>
      <w:hyperlink r:id="rId15">
        <w:r>
          <w:rPr>
            <w:color w:val="0000EE"/>
            <w:u w:val="single"/>
          </w:rPr>
          <w:t>https://losangelesweeklytimes.com/the-irrational-season-2-episode-2s-phoebe-storyline-sets-up-an-ai-story-that-only-this-series-can-tell/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vfanatic.com/the-irrational-s02e02-phoebe-storyline-ai-story/" TargetMode="External"/><Relationship Id="rId11" Type="http://schemas.openxmlformats.org/officeDocument/2006/relationships/hyperlink" Target="https://www.imdb.com/news/ni64895575/" TargetMode="External"/><Relationship Id="rId12" Type="http://schemas.openxmlformats.org/officeDocument/2006/relationships/hyperlink" Target="https://www.tvfanatic.com/the-irrational-s2-e2-spoilers-serial-killers-alecs-new-normal/" TargetMode="External"/><Relationship Id="rId13" Type="http://schemas.openxmlformats.org/officeDocument/2006/relationships/hyperlink" Target="https://collider.com/the-irrational-season-2-episode-2-sneak-peek/" TargetMode="External"/><Relationship Id="rId14" Type="http://schemas.openxmlformats.org/officeDocument/2006/relationships/hyperlink" Target="https://www.imdb.com/news/ni64344220/" TargetMode="External"/><Relationship Id="rId15" Type="http://schemas.openxmlformats.org/officeDocument/2006/relationships/hyperlink" Target="https://losangelesweeklytimes.com/the-irrational-season-2-episode-2s-phoebe-storyline-sets-up-an-ai-story-that-only-this-series-can-te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