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Chicago's autumn outdoor activities: mushrooms, fishing and hunting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Outdoors in Chicago: From Mushrooms to Waterfowl</w:t>
      </w:r>
      <w:r/>
    </w:p>
    <w:p>
      <w:r/>
      <w:r>
        <w:t>In the Chicago area, outdoor enthusiasts maintain a keen interest in both the flora and fauna that abound throughout the seasons. Among the highlights this autumn is the interest in local wild mushrooms, notably the "hen of the woods" or maitake. A recent instance saw Paul Strand share an image of two sizable specimens, emphasising the scarcity of such finds due to an unusually warm and dry fall season affecting wild mushroom growth.</w:t>
      </w:r>
      <w:r/>
    </w:p>
    <w:p>
      <w:r/>
      <w:r>
        <w:t>The celebration of mushrooms finds its place in the Mushroom of the Week (MOTW) feature, which appears in the Sun-Times Sports Sunday outdoor section. This segment invites submissions through various social media channels managed by Dale Bowman, accommodating contributions by email or through platforms such as Facebook, Twitter, Instagram, and Bluesky.</w:t>
      </w:r>
      <w:r/>
    </w:p>
    <w:p>
      <w:r/>
      <w:r>
        <w:t>The Chicago lakefront pike fishery is also drawing attention, described by local expert Scott Johnson as still developing. Despite the calls for catch-and-release or a 40-inch size minimum to protect the burgeoning population, the data suggests that the current regulation structure is beneficial, fostering improvement over the years. The prospect of updating regulations to permit only the retention of exceptionally large specimens, around 36 or 40 inches, might be considered.</w:t>
      </w:r>
      <w:r/>
    </w:p>
    <w:p>
      <w:r/>
      <w:r>
        <w:t>Fishing continues to be a prominent activity, with Peeylair Caffie recently catching a northern pike during a salmon fishing trip. This exemplifies the diversity and potential within the local fishery ecosystem, which continues to captivate anglers.</w:t>
      </w:r>
      <w:r/>
    </w:p>
    <w:p>
      <w:r/>
      <w:r>
        <w:t>In a different realm of nature discussion, Patrick Bales, known as The Mushroom Man of Peotone, recently addressed the Crete Public Library District. Here, he expressed scepticism about the integration of artificial intelligence in mushroom identification, humorously noting, "Mushrooms and robots don’t mix."</w:t>
      </w:r>
      <w:r/>
    </w:p>
    <w:p>
      <w:r/>
      <w:r>
        <w:t>The outdoor calendar in Illinois is marked by several significant hunting seasons. Duck season opens in the central zone on Saturday, 26 October, running concurrently with the first part of the Canada goose season until 3 November. The fall shotgun turkey season is set to conclude on the following Sunday, 27 October.</w:t>
      </w:r>
      <w:r/>
    </w:p>
    <w:p>
      <w:r/>
      <w:r>
        <w:t>Awards recognising contributions to the outdoor community in Illinois are on the horizon, with the Illinois Conservation Foundation accepting nominations until 31 October. Categories include Outdoor Writer/Author of the Year, Outdoor Volunteer Organisation of the Year, Outdoor Business/Business Owner of the Year, and Outdoor Influencer of the Year.</w:t>
      </w:r>
      <w:r/>
    </w:p>
    <w:p>
      <w:r/>
      <w:r>
        <w:t>Further into November, on the 9th, an event aimed at youth—a clinic and pheasant hunt—will be hosted at the Iroquois State Wildlife Area in Beaverville, designed to engage and educate young participants about responsible hunting practices.</w:t>
      </w:r>
      <w:r/>
    </w:p>
    <w:p>
      <w:r/>
      <w:r>
        <w:t>These activities and updates reflect a thriving interest and involvement in outdoor activities around Chicago, highlighting both recreational and conservation aspects crucial to the local community.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https://www.thechoppingblock.com/blog/2014/10/cooking-maitake-hen-of-the-woods-mushrooms.html</w:t>
        </w:r>
      </w:hyperlink>
      <w:r>
        <w:t xml:space="preserve"> - Corroborates the information about the characteristics and cooking methods of 'hen of the woods' or maitake mushrooms.</w:t>
      </w:r>
      <w:r/>
    </w:p>
    <w:p>
      <w:pPr>
        <w:pStyle w:val="ListNumber"/>
        <w:spacing w:line="240" w:lineRule="auto"/>
        <w:ind w:left="720"/>
      </w:pPr>
      <w:r/>
      <w:hyperlink r:id="rId11">
        <w:r>
          <w:rPr>
            <w:color w:val="0000EE"/>
            <w:u w:val="single"/>
          </w:rPr>
          <w:t>https://icl.coop/hen-of-the-woods/</w:t>
        </w:r>
      </w:hyperlink>
      <w:r>
        <w:t xml:space="preserve"> - Provides details on the identification, growth, and culinary uses of hen of the woods mushrooms, including their seasonal availability and habitat.</w:t>
      </w:r>
      <w:r/>
    </w:p>
    <w:p>
      <w:pPr>
        <w:pStyle w:val="ListNumber"/>
        <w:spacing w:line="240" w:lineRule="auto"/>
        <w:ind w:left="720"/>
      </w:pPr>
      <w:r/>
      <w:hyperlink r:id="rId12">
        <w:r>
          <w:rPr>
            <w:color w:val="0000EE"/>
            <w:u w:val="single"/>
          </w:rPr>
          <w:t>https://www.reddit.com/r/chicagofood/comments/1azx0tm/what_stores_sell_maitake_hen_of_the_woods/</w:t>
        </w:r>
      </w:hyperlink>
      <w:r>
        <w:t xml:space="preserve"> - Lists various stores in the Chicago area where maitake or hen of the woods mushrooms can be found, supporting the local availability of these mushrooms.</w:t>
      </w:r>
      <w:r/>
    </w:p>
    <w:p>
      <w:pPr>
        <w:pStyle w:val="ListNumber"/>
        <w:spacing w:line="240" w:lineRule="auto"/>
        <w:ind w:left="720"/>
      </w:pPr>
      <w:r/>
      <w:hyperlink r:id="rId13">
        <w:r>
          <w:rPr>
            <w:color w:val="0000EE"/>
            <w:u w:val="single"/>
          </w:rPr>
          <w:t>https://www.youtube.com/watch?v=BsRiEaQ4lvM</w:t>
        </w:r>
      </w:hyperlink>
      <w:r>
        <w:t xml:space="preserve"> - Demonstrates the process of cleaning and cooking hen of the woods mushrooms, highlighting their ease of preparation and potential for bug infestation.</w:t>
      </w:r>
      <w:r/>
    </w:p>
    <w:p>
      <w:pPr>
        <w:pStyle w:val="ListNumber"/>
        <w:spacing w:line="240" w:lineRule="auto"/>
        <w:ind w:left="720"/>
      </w:pPr>
      <w:r/>
      <w:hyperlink r:id="rId14">
        <w:r>
          <w:rPr>
            <w:color w:val="0000EE"/>
            <w:u w:val="single"/>
          </w:rPr>
          <w:t>https://food52.com/hotline/5044-is-there-a-difference-between-maitakes-and-hen-of-the-woods-because-i-always-thought-they-were-the-s</w:t>
        </w:r>
      </w:hyperlink>
      <w:r>
        <w:t xml:space="preserve"> - Clarifies that 'maitake' and 'hen of the woods' are different names for the same mushroom species, Grifola frondosa.</w:t>
      </w:r>
      <w:r/>
    </w:p>
    <w:p>
      <w:pPr>
        <w:pStyle w:val="ListNumber"/>
        <w:spacing w:line="240" w:lineRule="auto"/>
        <w:ind w:left="720"/>
      </w:pPr>
      <w:r/>
      <w:hyperlink r:id="rId10">
        <w:r>
          <w:rPr>
            <w:color w:val="0000EE"/>
            <w:u w:val="single"/>
          </w:rPr>
          <w:t>https://www.thechoppingblock.com/blog/2014/10/cooking-maitake-hen-of-the-woods-mushrooms.html</w:t>
        </w:r>
      </w:hyperlink>
      <w:r>
        <w:t xml:space="preserve"> - Supports the idea that these mushrooms can be found in the wild, particularly around oak trees, and their potential size and weight.</w:t>
      </w:r>
      <w:r/>
    </w:p>
    <w:p>
      <w:pPr>
        <w:pStyle w:val="ListNumber"/>
        <w:spacing w:line="240" w:lineRule="auto"/>
        <w:ind w:left="720"/>
      </w:pPr>
      <w:r/>
      <w:hyperlink r:id="rId11">
        <w:r>
          <w:rPr>
            <w:color w:val="0000EE"/>
            <w:u w:val="single"/>
          </w:rPr>
          <w:t>https://icl.coop/hen-of-the-woods/</w:t>
        </w:r>
      </w:hyperlink>
      <w:r>
        <w:t xml:space="preserve"> - Details the seasonal timing of hen of the woods mushroom growth, which aligns with the autumn season mentioned in the article.</w:t>
      </w:r>
      <w:r/>
    </w:p>
    <w:p>
      <w:pPr>
        <w:pStyle w:val="ListNumber"/>
        <w:spacing w:line="240" w:lineRule="auto"/>
        <w:ind w:left="720"/>
      </w:pPr>
      <w:r/>
      <w:hyperlink r:id="rId12">
        <w:r>
          <w:rPr>
            <w:color w:val="0000EE"/>
            <w:u w:val="single"/>
          </w:rPr>
          <w:t>https://www.reddit.com/r/chicagofood/comments/1azx0tm/what_stores_sell_maitake_hen_of_the_woods/</w:t>
        </w:r>
      </w:hyperlink>
      <w:r>
        <w:t xml:space="preserve"> - Mentions local markets and stores where outdoor enthusiasts can find these mushrooms, reflecting the local interest in foraging and cooking them.</w:t>
      </w:r>
      <w:r/>
    </w:p>
    <w:p>
      <w:pPr>
        <w:pStyle w:val="ListNumber"/>
        <w:spacing w:line="240" w:lineRule="auto"/>
        <w:ind w:left="720"/>
      </w:pPr>
      <w:r/>
      <w:hyperlink r:id="rId13">
        <w:r>
          <w:rPr>
            <w:color w:val="0000EE"/>
            <w:u w:val="single"/>
          </w:rPr>
          <w:t>https://www.youtube.com/watch?v=BsRiEaQ4lvM</w:t>
        </w:r>
      </w:hyperlink>
      <w:r>
        <w:t xml:space="preserve"> - Shows the practical aspect of foraging and preparing hen of the woods mushrooms, which is relevant to outdoor enthusiasts in the Chicago area.</w:t>
      </w:r>
      <w:r/>
    </w:p>
    <w:p>
      <w:pPr>
        <w:pStyle w:val="ListNumber"/>
        <w:spacing w:line="240" w:lineRule="auto"/>
        <w:ind w:left="720"/>
      </w:pPr>
      <w:r/>
      <w:hyperlink r:id="rId14">
        <w:r>
          <w:rPr>
            <w:color w:val="0000EE"/>
            <w:u w:val="single"/>
          </w:rPr>
          <w:t>https://food52.com/hotline/5044-is-there-a-difference-between-maitakes-and-hen-of-the-woods-because-i-always-thought-they-were-the-s</w:t>
        </w:r>
      </w:hyperlink>
      <w:r>
        <w:t xml:space="preserve"> - Provides personal anecdotes and experiences with cleaning and cooking these mushrooms, highlighting their popularity among chefs and home cooks.</w:t>
      </w:r>
      <w:r/>
    </w:p>
    <w:p>
      <w:pPr>
        <w:pStyle w:val="ListNumber"/>
        <w:spacing w:line="240" w:lineRule="auto"/>
        <w:ind w:left="720"/>
      </w:pPr>
      <w:r/>
      <w:hyperlink r:id="rId11">
        <w:r>
          <w:rPr>
            <w:color w:val="0000EE"/>
            <w:u w:val="single"/>
          </w:rPr>
          <w:t>https://icl.coop/hen-of-the-woods/</w:t>
        </w:r>
      </w:hyperlink>
      <w:r>
        <w:t xml:space="preserve"> - Discusses the health benefits and culinary versatility of hen of the woods mushrooms, which adds to their appeal among outdoor enthusiasts and food enthusiasts.</w:t>
      </w:r>
      <w:r/>
    </w:p>
    <w:p>
      <w:pPr>
        <w:pStyle w:val="ListNumber"/>
        <w:spacing w:line="240" w:lineRule="auto"/>
        <w:ind w:left="720"/>
      </w:pPr>
      <w:r/>
      <w:hyperlink r:id="rId15">
        <w:r>
          <w:rPr>
            <w:color w:val="0000EE"/>
            <w:u w:val="single"/>
          </w:rPr>
          <w:t>https://chicago.suntimes.com/outdoors/2024/10/19/chicago-outdoors-hen-of-the-woods-ai-mushrooms-lakefront-pike-thoughts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choppingblock.com/blog/2014/10/cooking-maitake-hen-of-the-woods-mushrooms.html" TargetMode="External"/><Relationship Id="rId11" Type="http://schemas.openxmlformats.org/officeDocument/2006/relationships/hyperlink" Target="https://icl.coop/hen-of-the-woods/" TargetMode="External"/><Relationship Id="rId12" Type="http://schemas.openxmlformats.org/officeDocument/2006/relationships/hyperlink" Target="https://www.reddit.com/r/chicagofood/comments/1azx0tm/what_stores_sell_maitake_hen_of_the_woods/" TargetMode="External"/><Relationship Id="rId13" Type="http://schemas.openxmlformats.org/officeDocument/2006/relationships/hyperlink" Target="https://www.youtube.com/watch?v=BsRiEaQ4lvM" TargetMode="External"/><Relationship Id="rId14" Type="http://schemas.openxmlformats.org/officeDocument/2006/relationships/hyperlink" Target="https://food52.com/hotline/5044-is-there-a-difference-between-maitakes-and-hen-of-the-woods-because-i-always-thought-they-were-the-s" TargetMode="External"/><Relationship Id="rId15" Type="http://schemas.openxmlformats.org/officeDocument/2006/relationships/hyperlink" Target="https://chicago.suntimes.com/outdoors/2024/10/19/chicago-outdoors-hen-of-the-woods-ai-mushrooms-lakefront-pike-though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