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Filmora's AI Portrait Cutout: a game changer for video editing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Filmora's AI Portrait Cutout: A Game Changer for Video Editing</w:t>
      </w:r>
      <w:r/>
    </w:p>
    <w:p>
      <w:r/>
      <w:r>
        <w:t>In the ever-evolving landscape of digital content, video has emerged as a dominant force, fuelling the demand for efficient and high-quality editing tools. Addressing a common challenge faced by creators, Wondershare Filmora introduces its AI Portrait Cutout feature, which harnesses artificial intelligence to simplify and enhance the video editing process.</w:t>
      </w:r>
      <w:r/>
    </w:p>
    <w:p>
      <w:r/>
      <w:r>
        <w:t>Traditionally, removing backgrounds from videos was a labor-intensive task, requiring meticulous frame-by-frame editing or complex software. Filmora's solution to this is the AI Portrait Cutout, a tool designed to automatically detect and isolate subjects with a single click, thus significantly reducing editing time and effort.</w:t>
      </w:r>
      <w:r/>
    </w:p>
    <w:p>
      <w:r/>
      <w:r>
        <w:t>The newly updated AI Portrait Cutout 2.0 builds on its predecessor with more advanced algorithms, offering improved accuracy that extends to intricate details such as hair strands or semi-transparent objects. This update enhances the software's ability to deliver crisp, clean cutouts, ensuring a natural and professional look across various platforms such as YouTube, Instagram, and TikTok.</w:t>
      </w:r>
      <w:r/>
    </w:p>
    <w:p>
      <w:r/>
      <w:r>
        <w:t>One of the key advantages of Filmora's AI Portrait Cutout is its accessibility. Unlike traditional editing methods that often required expert skills and expensive software, this tool is user-friendly and efficient, making high-quality video editing accessible to all. Users can effortlessly cut out a subject from its background, allowing beginners and non-professionals to achieve polished results without the extensive learning curve typically associated with video editing.</w:t>
      </w:r>
      <w:r/>
    </w:p>
    <w:p>
      <w:r/>
      <w:r>
        <w:t>The AI Portrait Cutout not only simplifies the background removal process but also expands creative opportunities for users. Post-editing, creators can replace backgrounds with new scenery or apply a variety of visual effects available in Filmora's library. From artistic glitch effects to vibrant neon lighting, the tool allows users to experiment and enhance their content for greater engagement.</w:t>
      </w:r>
      <w:r/>
    </w:p>
    <w:p>
      <w:r/>
      <w:r>
        <w:t>In practical applications, this feature proves beneficial for creators across diverse fields. For instance, social media influencers can update the backdrop of a dance video to better capture their audience's attention. In the gaming industry, whether streaming or creating content, gamers have the ability to remove themselves from the screen, highlighting the gameplay in the background.</w:t>
      </w:r>
      <w:r/>
    </w:p>
    <w:p>
      <w:r/>
      <w:r>
        <w:t>The enhanced algorithm of the AI Portrait Cutout 2.0 also increases the flexibility of editing, managing complex props or interactions within the frame with ease, a quality previously reserved for high-end editing software. This capability is especially useful for industries such as marketing, education, and entertainment, where quality and efficiency in content production are paramount.</w:t>
      </w:r>
      <w:r/>
    </w:p>
    <w:p>
      <w:r/>
      <w:r>
        <w:t>In conclusion, Filmora's AI Portrait Cutout is a significant innovation for video creators, facilitating a precise, efficient, and flexible editing experience. By integrating artificial intelligence in user-friendly software, Filmora has positioned itself as a leader in the video editing industry, enabling creators to produce professional-grade content with ease. As demand for engaging video content continues to rise, tools like Filmora’s AI Portrait Cutout become indispensable in the toolkit of modern content creators.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https://filmora.wondershare.com/video-editing/filmora-ai-portrait.html</w:t>
        </w:r>
      </w:hyperlink>
      <w:r>
        <w:t xml:space="preserve"> - Explains how Filmora's AI Portrait works, including its automation of background removal and the use of human segmentation technology.</w:t>
      </w:r>
      <w:r/>
    </w:p>
    <w:p>
      <w:pPr>
        <w:pStyle w:val="ListNumber"/>
        <w:spacing w:line="240" w:lineRule="auto"/>
        <w:ind w:left="720"/>
      </w:pPr>
      <w:r/>
      <w:hyperlink r:id="rId11">
        <w:r>
          <w:rPr>
            <w:color w:val="0000EE"/>
            <w:u w:val="single"/>
          </w:rPr>
          <w:t>https://filmora.wondershare.com/ai-portrait.html</w:t>
        </w:r>
      </w:hyperlink>
      <w:r>
        <w:t xml:space="preserve"> - Details the AI Portrait Cutout feature, its ability to automatically detect and isolate human subjects, and the differences between Model 1.0 and Model 2.0.</w:t>
      </w:r>
      <w:r/>
    </w:p>
    <w:p>
      <w:pPr>
        <w:pStyle w:val="ListNumber"/>
        <w:spacing w:line="240" w:lineRule="auto"/>
        <w:ind w:left="720"/>
      </w:pPr>
      <w:r/>
      <w:hyperlink r:id="rId12">
        <w:r>
          <w:rPr>
            <w:color w:val="0000EE"/>
            <w:u w:val="single"/>
          </w:rPr>
          <w:t>https://filmora.wondershare.com/guide-mac/ai-portrait.html</w:t>
        </w:r>
      </w:hyperlink>
      <w:r>
        <w:t xml:space="preserve"> - Provides a step-by-step guide on how to use the AI Portrait Cutout on Mac, including enabling the feature and adjusting settings.</w:t>
      </w:r>
      <w:r/>
    </w:p>
    <w:p>
      <w:pPr>
        <w:pStyle w:val="ListNumber"/>
        <w:spacing w:line="240" w:lineRule="auto"/>
        <w:ind w:left="720"/>
      </w:pPr>
      <w:r/>
      <w:hyperlink r:id="rId13">
        <w:r>
          <w:rPr>
            <w:color w:val="0000EE"/>
            <w:u w:val="single"/>
          </w:rPr>
          <w:t>https://filmora.wondershare.com/ai-smart-cutout.html</w:t>
        </w:r>
      </w:hyperlink>
      <w:r>
        <w:t xml:space="preserve"> - Compares AI Portrait Cutout with AI Smart Cutout, highlighting that AI Portrait Cutout is specifically for cutting out human subjects while AI Smart Cutout can cut out any object.</w:t>
      </w:r>
      <w:r/>
    </w:p>
    <w:p>
      <w:pPr>
        <w:pStyle w:val="ListNumber"/>
        <w:spacing w:line="240" w:lineRule="auto"/>
        <w:ind w:left="720"/>
      </w:pPr>
      <w:r/>
      <w:hyperlink r:id="rId14">
        <w:r>
          <w:rPr>
            <w:color w:val="0000EE"/>
            <w:u w:val="single"/>
          </w:rPr>
          <w:t>https://www.designscene.net/2024/10/filmora-ai-portrait-cutout-review.html</w:t>
        </w:r>
      </w:hyperlink>
      <w:r>
        <w:t xml:space="preserve"> - Reviews the AI Portrait Cutout 2.0, emphasizing its improved accuracy, especially with semi-transparent objects like hair, and its user-friendly nature.</w:t>
      </w:r>
      <w:r/>
    </w:p>
    <w:p>
      <w:pPr>
        <w:pStyle w:val="ListNumber"/>
        <w:spacing w:line="240" w:lineRule="auto"/>
        <w:ind w:left="720"/>
      </w:pPr>
      <w:r/>
      <w:hyperlink r:id="rId10">
        <w:r>
          <w:rPr>
            <w:color w:val="0000EE"/>
            <w:u w:val="single"/>
          </w:rPr>
          <w:t>https://filmora.wondershare.com/video-editing/filmora-ai-portrait.html</w:t>
        </w:r>
      </w:hyperlink>
      <w:r>
        <w:t xml:space="preserve"> - Describes the customization options available after applying the AI Portrait effect, such as adjusting edge thickness and edge feather.</w:t>
      </w:r>
      <w:r/>
    </w:p>
    <w:p>
      <w:pPr>
        <w:pStyle w:val="ListNumber"/>
        <w:spacing w:line="240" w:lineRule="auto"/>
        <w:ind w:left="720"/>
      </w:pPr>
      <w:r/>
      <w:hyperlink r:id="rId11">
        <w:r>
          <w:rPr>
            <w:color w:val="0000EE"/>
            <w:u w:val="single"/>
          </w:rPr>
          <w:t>https://filmora.wondershare.com/ai-portrait.html</w:t>
        </w:r>
      </w:hyperlink>
      <w:r>
        <w:t xml:space="preserve"> - Explains how the AI Portrait Cutout can handle complex props and objects in the subject's hand and ensures a lifelike appearance after matting.</w:t>
      </w:r>
      <w:r/>
    </w:p>
    <w:p>
      <w:pPr>
        <w:pStyle w:val="ListNumber"/>
        <w:spacing w:line="240" w:lineRule="auto"/>
        <w:ind w:left="720"/>
      </w:pPr>
      <w:r/>
      <w:hyperlink r:id="rId12">
        <w:r>
          <w:rPr>
            <w:color w:val="0000EE"/>
            <w:u w:val="single"/>
          </w:rPr>
          <w:t>https://filmora.wondershare.com/guide-mac/ai-portrait.html</w:t>
        </w:r>
      </w:hyperlink>
      <w:r>
        <w:t xml:space="preserve"> - Details the different modes of AI Portrait Cutout, including Instant Mode and Precision Mode, and how to add body effects to enhance the subject.</w:t>
      </w:r>
      <w:r/>
    </w:p>
    <w:p>
      <w:pPr>
        <w:pStyle w:val="ListNumber"/>
        <w:spacing w:line="240" w:lineRule="auto"/>
        <w:ind w:left="720"/>
      </w:pPr>
      <w:r/>
      <w:hyperlink r:id="rId11">
        <w:r>
          <w:rPr>
            <w:color w:val="0000EE"/>
            <w:u w:val="single"/>
          </w:rPr>
          <w:t>https://filmora.wondershare.com/ai-portrait.html</w:t>
        </w:r>
      </w:hyperlink>
      <w:r>
        <w:t xml:space="preserve"> - Discusses the creative possibilities post-editing, such as replacing backgrounds and applying various visual effects available in Filmora's library.</w:t>
      </w:r>
      <w:r/>
    </w:p>
    <w:p>
      <w:pPr>
        <w:pStyle w:val="ListNumber"/>
        <w:spacing w:line="240" w:lineRule="auto"/>
        <w:ind w:left="720"/>
      </w:pPr>
      <w:r/>
      <w:hyperlink r:id="rId14">
        <w:r>
          <w:rPr>
            <w:color w:val="0000EE"/>
            <w:u w:val="single"/>
          </w:rPr>
          <w:t>https://www.designscene.net/2024/10/filmora-ai-portrait-cutout-review.html</w:t>
        </w:r>
      </w:hyperlink>
      <w:r>
        <w:t xml:space="preserve"> - Highlights the practical applications of the AI Portrait Cutout in various fields like social media, gaming, marketing, education, and entertainment.</w:t>
      </w:r>
      <w:r/>
    </w:p>
    <w:p>
      <w:pPr>
        <w:pStyle w:val="ListNumber"/>
        <w:spacing w:line="240" w:lineRule="auto"/>
        <w:ind w:left="720"/>
      </w:pPr>
      <w:r/>
      <w:hyperlink r:id="rId10">
        <w:r>
          <w:rPr>
            <w:color w:val="0000EE"/>
            <w:u w:val="single"/>
          </w:rPr>
          <w:t>https://filmora.wondershare.com/video-editing/filmora-ai-portrait.html</w:t>
        </w:r>
      </w:hyperlink>
      <w:r>
        <w:t xml:space="preserve"> - Explains the ease of use and the drag-and-drop functionality of the AI Portrait feature, making it accessible to beginners and non-professionals.</w:t>
      </w:r>
      <w:r/>
    </w:p>
    <w:p>
      <w:pPr>
        <w:pStyle w:val="ListNumber"/>
        <w:spacing w:line="240" w:lineRule="auto"/>
        <w:ind w:left="720"/>
      </w:pPr>
      <w:r/>
      <w:hyperlink r:id="rId14">
        <w:r>
          <w:rPr>
            <w:color w:val="0000EE"/>
            <w:u w:val="single"/>
          </w:rPr>
          <w:t>https://www.designscene.net/2024/10/filmora-ai-portrait-cutout-review.html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lmora.wondershare.com/video-editing/filmora-ai-portrait.html" TargetMode="External"/><Relationship Id="rId11" Type="http://schemas.openxmlformats.org/officeDocument/2006/relationships/hyperlink" Target="https://filmora.wondershare.com/ai-portrait.html" TargetMode="External"/><Relationship Id="rId12" Type="http://schemas.openxmlformats.org/officeDocument/2006/relationships/hyperlink" Target="https://filmora.wondershare.com/guide-mac/ai-portrait.html" TargetMode="External"/><Relationship Id="rId13" Type="http://schemas.openxmlformats.org/officeDocument/2006/relationships/hyperlink" Target="https://filmora.wondershare.com/ai-smart-cutout.html" TargetMode="External"/><Relationship Id="rId14" Type="http://schemas.openxmlformats.org/officeDocument/2006/relationships/hyperlink" Target="https://www.designscene.net/2024/10/filmora-ai-portrait-cutout-review.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