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personal finance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advancements at the intersection of personal finance and technology, individuals are increasingly finding innovative ways to leverage artificial intelligence for budgeting and financial management. Sahan de Silva, an everyday user of the budgeting app PocketSmith, exemplifies this trend. Dissatisfied with merely tracking his monthly cash flow, de Silva sought a real-time solution to manage immediate spending decisions, such as curbing his frequent visits to cafes.</w:t>
      </w:r>
      <w:r/>
    </w:p>
    <w:p>
      <w:r/>
      <w:r>
        <w:t>Traditional budget checks via PocketSmith proved cumbersome for de Silva, requiring multiple steps just to access his budget page on the go. In response, he creatively employed ChatGPT, an AI chatbot developed by OpenAI, integrating it with PocketSmith through the app’s application programming interface (API). This integration allowed real-time interaction, enabling de Silva to ask specific questions about his financial standing, such as whether he could afford an impromptu lunch or a new pair of sneakers, with the AI analysing his budget categories and providing informed responses.</w:t>
      </w:r>
      <w:r/>
    </w:p>
    <w:p>
      <w:r/>
      <w:r>
        <w:t>While AI-driven applications like ChatGPT continue to amaze with their capabilities across various tasks—ranging from drafting emails to planning meals and more—there is an evident push towards specialised tools that cater to personal financial management. This shift is partly driven by the need for nuanced solutions that can provide users with actionable insights on a personalised level, often compared to having a personal financial advisor or "CFO."</w:t>
      </w:r>
      <w:r/>
    </w:p>
    <w:p>
      <w:r/>
      <w:r>
        <w:t>Budgeting apps such as Cleo and Tendi are leading the charge in this domain, each with unique features that enhance user engagement and tailor financial advice. Cleo personalises interactions by adopting a conversational tone, akin to chatting with a friend. This approach can offer users an approachable avenue to confront financial challenges without judgment, according to Roxanne Nejad, Cleo's brand strategy director. Meanwhile, Tendi uses machine learning to assign financial personas, like "Frugal Parent" or "Busy Professional," whereby it offers tailored budget suggestions and challenges based on observed spending patterns, explained by John Kalanakis, Tendi's founder.</w:t>
      </w:r>
      <w:r/>
    </w:p>
    <w:p>
      <w:r/>
      <w:r>
        <w:t>Furthermore, these apps acknowledge individual priorities, with Tendi exploring integrations with social media to better understand user passions and correlate them with financial recommendations. This innovative approach aims to accommodate lifestyle preferences while encouraging financial discipline.</w:t>
      </w:r>
      <w:r/>
    </w:p>
    <w:p>
      <w:r/>
      <w:r>
        <w:t>Despite the promising advancements, experts warn that AI tools are not foolproof. Users must remain vigilant of AI's limitations, as noted by Val Agostino from Monarch Money, who discovered inconsistencies in AI's numerical accuracy. AI’s propensity to "hallucinate," or generate inaccurate responses, stresses the need for users to critically assess AI advice and corroborate it with other reliable financial resources.</w:t>
      </w:r>
      <w:r/>
    </w:p>
    <w:p>
      <w:r/>
      <w:r>
        <w:t>While these tools have immense potential to educate and aid in financial management, users must balance the convenience of AI with critical evaluation. As AI's role in personal finance grows, so too does the potential to transform individual financial literacy and decision-making efficiency, provided these tools are used judiciously.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https://gusto.com/resources/articles/business-growth/ai-tools-for-accounting</w:t>
        </w:r>
      </w:hyperlink>
      <w:r>
        <w:t xml:space="preserve"> - This article discusses how AI tools can automate bookkeeping tasks, reduce manual entry and errors, and analyze financial information, which is relevant to the integration of AI in financial management.</w:t>
      </w:r>
      <w:r/>
    </w:p>
    <w:p>
      <w:pPr>
        <w:pStyle w:val="ListNumber"/>
        <w:spacing w:line="240" w:lineRule="auto"/>
        <w:ind w:left="720"/>
      </w:pPr>
      <w:r/>
      <w:hyperlink r:id="rId11">
        <w:r>
          <w:rPr>
            <w:color w:val="0000EE"/>
            <w:u w:val="single"/>
          </w:rPr>
          <w:t>https://www.mosaic.tech/ai-in-finance/budgeting</w:t>
        </w:r>
      </w:hyperlink>
      <w:r>
        <w:t xml:space="preserve"> - This source explains how AI can be integrated into various stages of the budgeting process, improving efficiency, customization, and accuracy, aligning with the benefits of AI in personal financial management.</w:t>
      </w:r>
      <w:r/>
    </w:p>
    <w:p>
      <w:pPr>
        <w:pStyle w:val="ListNumber"/>
        <w:spacing w:line="240" w:lineRule="auto"/>
        <w:ind w:left="720"/>
      </w:pPr>
      <w:r/>
      <w:hyperlink r:id="rId12">
        <w:r>
          <w:rPr>
            <w:color w:val="0000EE"/>
            <w:u w:val="single"/>
          </w:rPr>
          <w:t>https://www.nerdwallet.com/article/banking/ask-a-nerd-how-can-i-use-ai-for-budgeting-and-saving</w:t>
        </w:r>
      </w:hyperlink>
      <w:r>
        <w:t xml:space="preserve"> - This article details how AI can help create budgets, set savings goals, and provide tips for saving money, highlighting the practical applications of AI in personal finance.</w:t>
      </w:r>
      <w:r/>
    </w:p>
    <w:p>
      <w:pPr>
        <w:pStyle w:val="ListNumber"/>
        <w:spacing w:line="240" w:lineRule="auto"/>
        <w:ind w:left="720"/>
      </w:pPr>
      <w:r/>
      <w:hyperlink r:id="rId13">
        <w:r>
          <w:rPr>
            <w:color w:val="0000EE"/>
            <w:u w:val="single"/>
          </w:rPr>
          <w:t>https://www.cubesoftware.com/blog/best-ai-budgeting-tools</w:t>
        </w:r>
      </w:hyperlink>
      <w:r>
        <w:t xml:space="preserve"> - This source lists various AI budgeting tools and software, emphasizing their ability to streamline financial processes and improve accuracy, which supports the trend of using AI for budgeting.</w:t>
      </w:r>
      <w:r/>
    </w:p>
    <w:p>
      <w:pPr>
        <w:pStyle w:val="ListNumber"/>
        <w:spacing w:line="240" w:lineRule="auto"/>
        <w:ind w:left="720"/>
      </w:pPr>
      <w:r/>
      <w:hyperlink r:id="rId14">
        <w:r>
          <w:rPr>
            <w:color w:val="0000EE"/>
            <w:u w:val="single"/>
          </w:rPr>
          <w:t>https://www.microsoft.com/en-us/microsoft-365-life-hacks/budgeting/how-ai-can-help-you-create-a-monthly-budget</w:t>
        </w:r>
      </w:hyperlink>
      <w:r>
        <w:t xml:space="preserve"> - This article explains how AI budgeting tools can track expenses in real-time, provide personalized insights, and help users manage their spending, aligning with the benefits of AI in budgeting.</w:t>
      </w:r>
      <w:r/>
    </w:p>
    <w:p>
      <w:pPr>
        <w:pStyle w:val="ListNumber"/>
        <w:spacing w:line="240" w:lineRule="auto"/>
        <w:ind w:left="720"/>
      </w:pPr>
      <w:r/>
      <w:hyperlink r:id="rId11">
        <w:r>
          <w:rPr>
            <w:color w:val="0000EE"/>
            <w:u w:val="single"/>
          </w:rPr>
          <w:t>https://www.mosaic.tech/ai-in-finance/budgeting</w:t>
        </w:r>
      </w:hyperlink>
      <w:r>
        <w:t xml:space="preserve"> - This source discusses the future of AI in budgeting, including its ability to automate tasks and provide strategic value, which is relevant to the transformative potential of AI in financial management.</w:t>
      </w:r>
      <w:r/>
    </w:p>
    <w:p>
      <w:pPr>
        <w:pStyle w:val="ListNumber"/>
        <w:spacing w:line="240" w:lineRule="auto"/>
        <w:ind w:left="720"/>
      </w:pPr>
      <w:r/>
      <w:hyperlink r:id="rId12">
        <w:r>
          <w:rPr>
            <w:color w:val="0000EE"/>
            <w:u w:val="single"/>
          </w:rPr>
          <w:t>https://www.nerdwallet.com/article/banking/ask-a-nerd-how-can-i-use-ai-for-budgeting-and-saving</w:t>
        </w:r>
      </w:hyperlink>
      <w:r>
        <w:t xml:space="preserve"> - This article warns about the limitations of AI, such as the potential for incorrect information, and the need to cross-reference AI advice with other sources, highlighting the importance of critical evaluation.</w:t>
      </w:r>
      <w:r/>
    </w:p>
    <w:p>
      <w:pPr>
        <w:pStyle w:val="ListNumber"/>
        <w:spacing w:line="240" w:lineRule="auto"/>
        <w:ind w:left="720"/>
      </w:pPr>
      <w:r/>
      <w:hyperlink r:id="rId10">
        <w:r>
          <w:rPr>
            <w:color w:val="0000EE"/>
            <w:u w:val="single"/>
          </w:rPr>
          <w:t>https://gusto.com/resources/articles/business-growth/ai-tools-for-accounting</w:t>
        </w:r>
      </w:hyperlink>
      <w:r>
        <w:t xml:space="preserve"> - This article mentions the use of AI in automating payroll and tax filing, as well as HR support, which illustrates the broader application of AI in financial and administrative tasks.</w:t>
      </w:r>
      <w:r/>
    </w:p>
    <w:p>
      <w:pPr>
        <w:pStyle w:val="ListNumber"/>
        <w:spacing w:line="240" w:lineRule="auto"/>
        <w:ind w:left="720"/>
      </w:pPr>
      <w:r/>
      <w:hyperlink r:id="rId13">
        <w:r>
          <w:rPr>
            <w:color w:val="0000EE"/>
            <w:u w:val="single"/>
          </w:rPr>
          <w:t>https://www.cubesoftware.com/blog/best-ai-budgeting-tools</w:t>
        </w:r>
      </w:hyperlink>
      <w:r>
        <w:t xml:space="preserve"> - This source mentions Xero, an accounting software that uses AI for automated bank feeds and other financial operations, supporting the integration of AI in accounting and budgeting.</w:t>
      </w:r>
      <w:r/>
    </w:p>
    <w:p>
      <w:pPr>
        <w:pStyle w:val="ListNumber"/>
        <w:spacing w:line="240" w:lineRule="auto"/>
        <w:ind w:left="720"/>
      </w:pPr>
      <w:r/>
      <w:hyperlink r:id="rId14">
        <w:r>
          <w:rPr>
            <w:color w:val="0000EE"/>
            <w:u w:val="single"/>
          </w:rPr>
          <w:t>https://www.microsoft.com/en-us/microsoft-365-life-hacks/budgeting/how-ai-can-help-you-create-a-monthly-budget</w:t>
        </w:r>
      </w:hyperlink>
      <w:r>
        <w:t xml:space="preserve"> - This article explains how AI tools can adjust budgets based on lifestyle changes and predict future expenses, which aligns with the personalized and adaptive nature of AI budgeting tools.</w:t>
      </w:r>
      <w:r/>
    </w:p>
    <w:p>
      <w:pPr>
        <w:pStyle w:val="ListNumber"/>
        <w:spacing w:line="240" w:lineRule="auto"/>
        <w:ind w:left="720"/>
      </w:pPr>
      <w:r/>
      <w:hyperlink r:id="rId11">
        <w:r>
          <w:rPr>
            <w:color w:val="0000EE"/>
            <w:u w:val="single"/>
          </w:rPr>
          <w:t>https://www.mosaic.tech/ai-in-finance/budgeting</w:t>
        </w:r>
      </w:hyperlink>
      <w:r>
        <w:t xml:space="preserve"> - This source discusses how AI can help finance teams allocate resources more efficiently and identify trends and anomalies, which is relevant to the strategic value AI adds to financial management.</w:t>
      </w:r>
      <w:r/>
    </w:p>
    <w:p>
      <w:pPr>
        <w:pStyle w:val="ListNumber"/>
        <w:spacing w:line="240" w:lineRule="auto"/>
        <w:ind w:left="720"/>
      </w:pPr>
      <w:r/>
      <w:hyperlink r:id="rId15">
        <w:r>
          <w:rPr>
            <w:color w:val="0000EE"/>
            <w:u w:val="single"/>
          </w:rPr>
          <w:t>https://www.cnet.com/tech/services-and-software/features/is-ai-the-answer-to-your-money-problems-were-starting-to-find-out/#ftag=CADf328eec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usto.com/resources/articles/business-growth/ai-tools-for-accounting" TargetMode="External"/><Relationship Id="rId11" Type="http://schemas.openxmlformats.org/officeDocument/2006/relationships/hyperlink" Target="https://www.mosaic.tech/ai-in-finance/budgeting" TargetMode="External"/><Relationship Id="rId12" Type="http://schemas.openxmlformats.org/officeDocument/2006/relationships/hyperlink" Target="https://www.nerdwallet.com/article/banking/ask-a-nerd-how-can-i-use-ai-for-budgeting-and-saving" TargetMode="External"/><Relationship Id="rId13" Type="http://schemas.openxmlformats.org/officeDocument/2006/relationships/hyperlink" Target="https://www.cubesoftware.com/blog/best-ai-budgeting-tools" TargetMode="External"/><Relationship Id="rId14" Type="http://schemas.openxmlformats.org/officeDocument/2006/relationships/hyperlink" Target="https://www.microsoft.com/en-us/microsoft-365-life-hacks/budgeting/how-ai-can-help-you-create-a-monthly-budget" TargetMode="External"/><Relationship Id="rId15" Type="http://schemas.openxmlformats.org/officeDocument/2006/relationships/hyperlink" Target="https://www.cnet.com/tech/services-and-software/features/is-ai-the-answer-to-your-money-problems-were-starting-to-find-out/#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