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home security: The IMOU Ranger dual camera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Home Security: The IMOU Ranger Dual Camera</w:t>
      </w:r>
      <w:r/>
    </w:p>
    <w:p>
      <w:r/>
      <w:r>
        <w:rPr>
          <w:b/>
        </w:rPr>
        <w:t>United Kingdom -</w:t>
      </w:r>
      <w:r>
        <w:t xml:space="preserve"> As the demand for innovative home security solutions continues to rise, the IMOU Ranger Dual indoor security camera stands out with its impressive array of features and competitive pricing. This camera promises to deliver exceptional performance and smart functionalities, catering to the needs of homeowners seeking a reliable surveillance option.</w:t>
      </w:r>
      <w:r/>
    </w:p>
    <w:p>
      <w:r/>
      <w:r>
        <w:t>The IMOU Ranger Dual comes in two versions, offering 6MP and 10MP resolutions, both designed to provide sharp and reliable video feeds throughout the day and night. The camera's standout feature is its dual-lens technology, which facilitates seamless switching between wide-angle and close-up views. This dual-lens capability ensures comprehensive coverage of the monitored space without compromising on image clarity.</w:t>
      </w:r>
      <w:r/>
    </w:p>
    <w:p>
      <w:r/>
      <w:r>
        <w:t>A distinctive attribute of the IMOU Ranger Dual is its ability to provide a full 360-degree horizontal rotation and a 90-degree tilt. Such a range allows for thorough surveillance of any room, essentially eliminating blind spots. The integration of an AI-based detection and tracking system enhances the camera's monitoring accuracy, effectively distinguishing between human movements and other types of motion, such as those caused by pets or shadows. This functionality significantly reduces the number of false alarms traditionally associated with security cameras.</w:t>
      </w:r>
      <w:r/>
    </w:p>
    <w:p>
      <w:r/>
      <w:r>
        <w:t>Moreover, the auto-tracking capability of the IMOU Ranger Dual enables it to keep subjects in focus as they move across the room, offering uninterrupted surveillance. This feature is complemented by the camera's built-in microphone and speaker, which allow for two-way audio communication. This function can be particularly beneficial for interacting with family members, addressing home intruders, or checking in on pets. However, users may occasionally experience minor audio delays.</w:t>
      </w:r>
      <w:r/>
    </w:p>
    <w:p>
      <w:r/>
      <w:r>
        <w:t>Ease of use is also a significant selling point for the IMOU Ranger Dual, with its accompanying app designed to be intuitive and user-friendly. Users can easily access live feeds, stored footage, and customization settings such as privacy modes and motion detection zones through the app. While the camera does support cloud storage for recorded footage, it's worth noting that maintaining video storage over an extended period requires a subscription. This could be an inconvenience for users keen to avoid ongoing expenses.</w:t>
      </w:r>
      <w:r/>
    </w:p>
    <w:p>
      <w:r/>
      <w:r>
        <w:t xml:space="preserve">Priced competitively, the IMOU Ranger Dual is available for purchase from well-known retailers B&amp;Q and Currys, with prices starting at £59.99 for the 6MP model and £79.99 for the 10MP version. This positions the camera as a strong contender within the home security market, where its comprehensive feature set, including dual-lens functionality and advanced AI human detection, offers a compelling choice for enhancing home safety. </w:t>
      </w:r>
      <w:r/>
    </w:p>
    <w:p>
      <w:r/>
      <w:r>
        <w:t>Although the necessity for a cloud storage subscription and occasional operational delays might be perceived as drawbacks, the robust performance and versatile features of the IMOU Ranger Dual make it a popular choice for consumers looking to bolster their home surveillance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https://www.imou.com/en/product/detail/ranger-dual</w:t>
        </w:r>
      </w:hyperlink>
      <w:r>
        <w:t xml:space="preserve"> - Provides an overview of the IMOU Ranger Dual camera, including its dual-lens technology and various features.</w:t>
      </w:r>
      <w:r/>
    </w:p>
    <w:p>
      <w:pPr>
        <w:pStyle w:val="ListNumber"/>
        <w:spacing w:line="240" w:lineRule="auto"/>
        <w:ind w:left="720"/>
      </w:pPr>
      <w:r/>
      <w:hyperlink r:id="rId11">
        <w:r>
          <w:rPr>
            <w:color w:val="0000EE"/>
            <w:u w:val="single"/>
          </w:rPr>
          <w:t>https://www.wifi-stock.com/details/imou-8mp-h-265-wi-fi-dual-lens-pan-tilt-camera-ranger-dual-8mp-ipc-s2xp-8m0wed.html</w:t>
        </w:r>
      </w:hyperlink>
      <w:r>
        <w:t xml:space="preserve"> - Details the specifications of the IMOU Ranger Dual, including its resolution options, pan and tilt capabilities, and AI-based detection features.</w:t>
      </w:r>
      <w:r/>
    </w:p>
    <w:p>
      <w:pPr>
        <w:pStyle w:val="ListNumber"/>
        <w:spacing w:line="240" w:lineRule="auto"/>
        <w:ind w:left="720"/>
      </w:pPr>
      <w:r/>
      <w:hyperlink r:id="rId12">
        <w:r>
          <w:rPr>
            <w:color w:val="0000EE"/>
            <w:u w:val="single"/>
          </w:rPr>
          <w:t>https://www.imou.com/en/product/specs/ranger-dual</w:t>
        </w:r>
      </w:hyperlink>
      <w:r>
        <w:t xml:space="preserve"> - Lists the technical specifications of the IMOU Ranger Dual, such as the camera's lens resolutions, night vision capabilities, and field of view.</w:t>
      </w:r>
      <w:r/>
    </w:p>
    <w:p>
      <w:pPr>
        <w:pStyle w:val="ListNumber"/>
        <w:spacing w:line="240" w:lineRule="auto"/>
        <w:ind w:left="720"/>
      </w:pPr>
      <w:r/>
      <w:hyperlink r:id="rId11">
        <w:r>
          <w:rPr>
            <w:color w:val="0000EE"/>
            <w:u w:val="single"/>
          </w:rPr>
          <w:t>https://www.wifi-stock.com/details/imou-8mp-h-265-wi-fi-dual-lens-pan-tilt-camera-ranger-dual-8mp-ipc-s2xp-8m0wed.html</w:t>
        </w:r>
      </w:hyperlink>
      <w:r>
        <w:t xml:space="preserve"> - Explains the camera's ability to provide 360-degree horizontal rotation and 90-degree tilt, ensuring comprehensive coverage of the monitored space.</w:t>
      </w:r>
      <w:r/>
    </w:p>
    <w:p>
      <w:pPr>
        <w:pStyle w:val="ListNumber"/>
        <w:spacing w:line="240" w:lineRule="auto"/>
        <w:ind w:left="720"/>
      </w:pPr>
      <w:r/>
      <w:hyperlink r:id="rId11">
        <w:r>
          <w:rPr>
            <w:color w:val="0000EE"/>
            <w:u w:val="single"/>
          </w:rPr>
          <w:t>https://www.wifi-stock.com/details/imou-8mp-h-265-wi-fi-dual-lens-pan-tilt-camera-ranger-dual-8mp-ipc-s2xp-8m0wed.html</w:t>
        </w:r>
      </w:hyperlink>
      <w:r>
        <w:t xml:space="preserve"> - Describes the AI-based detection and tracking system, which distinguishes between human movements and other types of motion, reducing false alarms.</w:t>
      </w:r>
      <w:r/>
    </w:p>
    <w:p>
      <w:pPr>
        <w:pStyle w:val="ListNumber"/>
        <w:spacing w:line="240" w:lineRule="auto"/>
        <w:ind w:left="720"/>
      </w:pPr>
      <w:r/>
      <w:hyperlink r:id="rId11">
        <w:r>
          <w:rPr>
            <w:color w:val="0000EE"/>
            <w:u w:val="single"/>
          </w:rPr>
          <w:t>https://www.wifi-stock.com/details/imou-8mp-h-265-wi-fi-dual-lens-pan-tilt-camera-ranger-dual-8mp-ipc-s2xp-8m0wed.html</w:t>
        </w:r>
      </w:hyperlink>
      <w:r>
        <w:t xml:space="preserve"> - Details the auto-tracking capability and the built-in microphone and speaker for two-way audio communication.</w:t>
      </w:r>
      <w:r/>
    </w:p>
    <w:p>
      <w:pPr>
        <w:pStyle w:val="ListNumber"/>
        <w:spacing w:line="240" w:lineRule="auto"/>
        <w:ind w:left="720"/>
      </w:pPr>
      <w:r/>
      <w:hyperlink r:id="rId10">
        <w:r>
          <w:rPr>
            <w:color w:val="0000EE"/>
            <w:u w:val="single"/>
          </w:rPr>
          <w:t>https://www.imou.com/en/product/detail/ranger-dual</w:t>
        </w:r>
      </w:hyperlink>
      <w:r>
        <w:t xml:space="preserve"> - Mentions the ease of use and the intuitive app that allows users to access live feeds, stored footage, and customization settings.</w:t>
      </w:r>
      <w:r/>
    </w:p>
    <w:p>
      <w:pPr>
        <w:pStyle w:val="ListNumber"/>
        <w:spacing w:line="240" w:lineRule="auto"/>
        <w:ind w:left="720"/>
      </w:pPr>
      <w:r/>
      <w:hyperlink r:id="rId11">
        <w:r>
          <w:rPr>
            <w:color w:val="0000EE"/>
            <w:u w:val="single"/>
          </w:rPr>
          <w:t>https://www.wifi-stock.com/details/imou-8mp-h-265-wi-fi-dual-lens-pan-tilt-camera-ranger-dual-8mp-ipc-s2xp-8m0wed.html</w:t>
        </w:r>
      </w:hyperlink>
      <w:r>
        <w:t xml:space="preserve"> - Explains the cloud storage options and the requirement for a subscription to maintain video storage over an extended period.</w:t>
      </w:r>
      <w:r/>
    </w:p>
    <w:p>
      <w:pPr>
        <w:pStyle w:val="ListNumber"/>
        <w:spacing w:line="240" w:lineRule="auto"/>
        <w:ind w:left="720"/>
      </w:pPr>
      <w:r/>
      <w:hyperlink r:id="rId13">
        <w:r>
          <w:rPr>
            <w:color w:val="0000EE"/>
            <w:u w:val="single"/>
          </w:rPr>
          <w:t>https://www.aliexpress.com/item/1005006393756091.html</w:t>
        </w:r>
      </w:hyperlink>
      <w:r>
        <w:t xml:space="preserve"> - Lists the pricing and availability of the IMOU Ranger Dual from various retailers, including the 6MP and 10MP models.</w:t>
      </w:r>
      <w:r/>
    </w:p>
    <w:p>
      <w:pPr>
        <w:pStyle w:val="ListNumber"/>
        <w:spacing w:line="240" w:lineRule="auto"/>
        <w:ind w:left="720"/>
      </w:pPr>
      <w:r/>
      <w:hyperlink r:id="rId11">
        <w:r>
          <w:rPr>
            <w:color w:val="0000EE"/>
            <w:u w:val="single"/>
          </w:rPr>
          <w:t>https://www.wifi-stock.com/details/imou-8mp-h-265-wi-fi-dual-lens-pan-tilt-camera-ranger-dual-8mp-ipc-s2xp-8m0wed.html</w:t>
        </w:r>
      </w:hyperlink>
      <w:r>
        <w:t xml:space="preserve"> - Highlights the competitive pricing and the comprehensive feature set of the IMOU Ranger Dual, making it a strong contender in the home security market.</w:t>
      </w:r>
      <w:r/>
    </w:p>
    <w:p>
      <w:pPr>
        <w:pStyle w:val="ListNumber"/>
        <w:spacing w:line="240" w:lineRule="auto"/>
        <w:ind w:left="720"/>
      </w:pPr>
      <w:r/>
      <w:hyperlink r:id="rId14">
        <w:r>
          <w:rPr>
            <w:color w:val="0000EE"/>
            <w:u w:val="single"/>
          </w:rPr>
          <w:t>https://www.walesonline.co.uk/whats-on/shopping/review-imou-ranger-dual-security-30025336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mou.com/en/product/detail/ranger-dual" TargetMode="External"/><Relationship Id="rId11" Type="http://schemas.openxmlformats.org/officeDocument/2006/relationships/hyperlink" Target="https://www.wifi-stock.com/details/imou-8mp-h-265-wi-fi-dual-lens-pan-tilt-camera-ranger-dual-8mp-ipc-s2xp-8m0wed.html" TargetMode="External"/><Relationship Id="rId12" Type="http://schemas.openxmlformats.org/officeDocument/2006/relationships/hyperlink" Target="https://www.imou.com/en/product/specs/ranger-dual" TargetMode="External"/><Relationship Id="rId13" Type="http://schemas.openxmlformats.org/officeDocument/2006/relationships/hyperlink" Target="https://www.aliexpress.com/item/1005006393756091.html" TargetMode="External"/><Relationship Id="rId14" Type="http://schemas.openxmlformats.org/officeDocument/2006/relationships/hyperlink" Target="https://www.walesonline.co.uk/whats-on/shopping/review-imou-ranger-dual-security-3002533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