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developments in the iPhone and iPad jailbreaking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iPhone and iPad jailbreaking, the past week has been marked by several intriguing developments and innovations. Covering the period from Monday, 14th October to Sunday, 20th October, this round-up provides a comprehensive look at the latest trends and releases in the world of jailbreaking, ensuring enthusiasts and casual users alike are kept up-to-date.</w:t>
      </w:r>
      <w:r/>
    </w:p>
    <w:p>
      <w:r/>
      <w:r>
        <w:t>First and foremost in the headlines is a significant discovery by security researcher @alfiecg_dev. This week, they revealed a zero-day Pointer Authentication Code (PAC) bypass for both iOS and iPadOS. A zero-day exploit indicates a vulnerability that is unknown to Apple, thus not yet addressed or patched by the company, presenting potential security implications should it be exploited.</w:t>
      </w:r>
      <w:r/>
    </w:p>
    <w:p>
      <w:r/>
      <w:r>
        <w:t>On a lighter note, Nugget Mobile, known for enabling system customisation on non-jailbroken iOS devices, received some important updates. Utilising the SparseRestore exploit, this tool is designed for those hesitant or unable to fully jailbreak their devices but still keen on personalisation.</w:t>
      </w:r>
      <w:r/>
    </w:p>
    <w:p>
      <w:r/>
      <w:r>
        <w:t>In terms of new jailbreak tweaks, several noteworthy releases have captured attention. The Hello Keyboard AI tweak extends the capabilities of the iOS keyboard by incorporating artificial intelligence. Users can benefit from a more intuitive typing experience where AI can suggest text improvements, streamlining communications on Apple's devices.</w:t>
      </w:r>
      <w:r/>
    </w:p>
    <w:p>
      <w:r/>
      <w:r>
        <w:t>WireDock and LockMoji15+ are two additional tweaks offering visual enhancements to the iOS interface. WireDock allows users to add a customisable coloured outline to their Home Screen's Dock, while LockMoji15+ introduces the option to replace the Lock Screen's padlock glyph with personalised emoji or Unicode symbols.</w:t>
      </w:r>
      <w:r/>
    </w:p>
    <w:p>
      <w:r/>
      <w:r>
        <w:t>A functional tweak, LazyCursor, offers users greater control over the cursor on jailbroken iPhones and iPads. Options include stopping the cursor from blinking, altering its colour, or even hiding it completely, catering to those particular about their on-screen aesthetics.</w:t>
      </w:r>
      <w:r/>
    </w:p>
    <w:p>
      <w:r/>
      <w:r>
        <w:t>Beyond these headline tweaks, numerous other applications saw updates last week. Crane v1.3.16-2 and its Lite counterpart both addressed notification persistence issues, while DoubleTapToLock provided a new method to secure devices with a simple double-tap gesture. The latest version of FlixRatings for Netflix, v3.2.6, ensured compatibility with the latest apps, and fuckbluedots offered a neat feature to hide update indicator dots beside app icons.</w:t>
      </w:r>
      <w:r/>
    </w:p>
    <w:p>
      <w:r/>
      <w:r>
        <w:t>Some long-standing apps also received fresh enhancements. Lyrication and Solstice added functionality with slick lyric support and new icons, respectively. SquidExtender broadened its scope with iPad support and various script settings adjustments, while tappy allowed users to tap the Status Bar's time to display the date.</w:t>
      </w:r>
      <w:r/>
    </w:p>
    <w:p>
      <w:r/>
      <w:r>
        <w:t>This roundup encapsulates a vibrant week in the jailbreak community, showcasing advances in customisation and functionality for iOS devices. With weekly updates and constant engagement, the community continues to innovate, pushing the boundaries of iOS customisation. As always, these developments highlight the dynamism and spirited inventiveness that characterise the jailbreaking scene.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https://pandahelp.vip/blog/all-you-need-to-know-about-jailbreaking-in-2024/</w:t>
        </w:r>
      </w:hyperlink>
      <w:r>
        <w:t xml:space="preserve"> - This link explains the concept of jailbreaking, its history, and the current state of jailbreaking in 2024, including the legal and technical aspects.</w:t>
      </w:r>
      <w:r/>
    </w:p>
    <w:p>
      <w:pPr>
        <w:pStyle w:val="ListNumber"/>
        <w:spacing w:line="240" w:lineRule="auto"/>
        <w:ind w:left="720"/>
      </w:pPr>
      <w:r/>
      <w:hyperlink r:id="rId11">
        <w:r>
          <w:rPr>
            <w:color w:val="0000EE"/>
            <w:u w:val="single"/>
          </w:rPr>
          <w:t>https://mobi.easeus.com/iphone-unlocker/how-to-jailbreak-ios-15.html</w:t>
        </w:r>
      </w:hyperlink>
      <w:r>
        <w:t xml:space="preserve"> - This article provides detailed steps and tools for jailbreaking iOS 15, including methods using Checkra1n, Unc0ver, and Zeon, which corroborate the various jailbreak methods mentioned.</w:t>
      </w:r>
      <w:r/>
    </w:p>
    <w:p>
      <w:pPr>
        <w:pStyle w:val="ListNumber"/>
        <w:spacing w:line="240" w:lineRule="auto"/>
        <w:ind w:left="720"/>
      </w:pPr>
      <w:r/>
      <w:hyperlink r:id="rId12">
        <w:r>
          <w:rPr>
            <w:color w:val="0000EE"/>
            <w:u w:val="single"/>
          </w:rPr>
          <w:t>https://mobi.easeus.com/iphone-unlocker/iphone-15-jailbreak.html</w:t>
        </w:r>
      </w:hyperlink>
      <w:r>
        <w:t xml:space="preserve"> - This link discusses the prerequisites and methods for jailbreaking iPhone 15, including using WinRa1n and Checkra1n, highlighting the complexity and different approaches to jailbreaking.</w:t>
      </w:r>
      <w:r/>
    </w:p>
    <w:p>
      <w:pPr>
        <w:pStyle w:val="ListNumber"/>
        <w:spacing w:line="240" w:lineRule="auto"/>
        <w:ind w:left="720"/>
      </w:pPr>
      <w:r/>
      <w:hyperlink r:id="rId13">
        <w:r>
          <w:rPr>
            <w:color w:val="0000EE"/>
            <w:u w:val="single"/>
          </w:rPr>
          <w:t>https://www.ipadforums.net/threads/ipad-10th-gen-jailbreak-with-unc0ver-black-edition.138301/</w:t>
        </w:r>
      </w:hyperlink>
      <w:r>
        <w:t xml:space="preserve"> - This forum thread discusses the specifics of jailbreaking an iPad 10th generation, including the use of Unc0ver Black Edition and the potential risks and considerations involved.</w:t>
      </w:r>
      <w:r/>
    </w:p>
    <w:p>
      <w:pPr>
        <w:pStyle w:val="ListNumber"/>
        <w:spacing w:line="240" w:lineRule="auto"/>
        <w:ind w:left="720"/>
      </w:pPr>
      <w:r/>
      <w:hyperlink r:id="rId14">
        <w:r>
          <w:rPr>
            <w:color w:val="0000EE"/>
            <w:u w:val="single"/>
          </w:rPr>
          <w:t>https://www.reddit.com/r/jailbreak/comments/18pr8g7/benefits_of_jailbreak_2024/</w:t>
        </w:r>
      </w:hyperlink>
      <w:r>
        <w:t xml:space="preserve"> - This Reddit discussion highlights the current state of jailbreaking in 2024, including the challenges and benefits, as well as user experiences with different devices and iOS versions.</w:t>
      </w:r>
      <w:r/>
    </w:p>
    <w:p>
      <w:pPr>
        <w:pStyle w:val="ListNumber"/>
        <w:spacing w:line="240" w:lineRule="auto"/>
        <w:ind w:left="720"/>
      </w:pPr>
      <w:r/>
      <w:hyperlink r:id="rId10">
        <w:r>
          <w:rPr>
            <w:color w:val="0000EE"/>
            <w:u w:val="single"/>
          </w:rPr>
          <w:t>https://pandahelp.vip/blog/all-you-need-to-know-about-jailbreaking-in-2024/</w:t>
        </w:r>
      </w:hyperlink>
      <w:r>
        <w:t xml:space="preserve"> - This article explains the decline in popularity of jailbreaking since iOS 12 and how Apple has integrated more jailbreak features into iOS, making jailbreaking less necessary.</w:t>
      </w:r>
      <w:r/>
    </w:p>
    <w:p>
      <w:pPr>
        <w:pStyle w:val="ListNumber"/>
        <w:spacing w:line="240" w:lineRule="auto"/>
        <w:ind w:left="720"/>
      </w:pPr>
      <w:r/>
      <w:hyperlink r:id="rId11">
        <w:r>
          <w:rPr>
            <w:color w:val="0000EE"/>
            <w:u w:val="single"/>
          </w:rPr>
          <w:t>https://mobi.easeus.com/iphone-unlocker/how-to-jailbreak-ios-15.html</w:t>
        </w:r>
      </w:hyperlink>
      <w:r>
        <w:t xml:space="preserve"> - This link details the process of jailbreaking iOS 15 using different tools, which aligns with the mention of various jailbreak tools and their effectiveness.</w:t>
      </w:r>
      <w:r/>
    </w:p>
    <w:p>
      <w:pPr>
        <w:pStyle w:val="ListNumber"/>
        <w:spacing w:line="240" w:lineRule="auto"/>
        <w:ind w:left="720"/>
      </w:pPr>
      <w:r/>
      <w:hyperlink r:id="rId12">
        <w:r>
          <w:rPr>
            <w:color w:val="0000EE"/>
            <w:u w:val="single"/>
          </w:rPr>
          <w:t>https://mobi.easeus.com/iphone-unlocker/iphone-15-jailbreak.html</w:t>
        </w:r>
      </w:hyperlink>
      <w:r>
        <w:t xml:space="preserve"> - This article mentions the use of Zeon Repo Extractor for jailbreaking without a computer, which is another method highlighted in the roundup.</w:t>
      </w:r>
      <w:r/>
    </w:p>
    <w:p>
      <w:pPr>
        <w:pStyle w:val="ListNumber"/>
        <w:spacing w:line="240" w:lineRule="auto"/>
        <w:ind w:left="720"/>
      </w:pPr>
      <w:r/>
      <w:hyperlink r:id="rId10">
        <w:r>
          <w:rPr>
            <w:color w:val="0000EE"/>
            <w:u w:val="single"/>
          </w:rPr>
          <w:t>https://pandahelp.vip/blog/all-you-need-to-know-about-jailbreaking-in-2024/</w:t>
        </w:r>
      </w:hyperlink>
      <w:r>
        <w:t xml:space="preserve"> - This link discusses the legality of jailbreaking and Apple's stance on it, which is relevant to the security implications mentioned in the roundup.</w:t>
      </w:r>
      <w:r/>
    </w:p>
    <w:p>
      <w:pPr>
        <w:pStyle w:val="ListNumber"/>
        <w:spacing w:line="240" w:lineRule="auto"/>
        <w:ind w:left="720"/>
      </w:pPr>
      <w:r/>
      <w:hyperlink r:id="rId13">
        <w:r>
          <w:rPr>
            <w:color w:val="0000EE"/>
            <w:u w:val="single"/>
          </w:rPr>
          <w:t>https://www.ipadforums.net/threads/ipad-10th-gen-jailbreak-with-unc0ver-black-edition.138301/</w:t>
        </w:r>
      </w:hyperlink>
      <w:r>
        <w:t xml:space="preserve"> - This forum thread addresses the concerns about warranty and safety when using jailbreak tools like Unc0ver Black Edition, which is a common concern in the jailbreak community.</w:t>
      </w:r>
      <w:r/>
    </w:p>
    <w:p>
      <w:pPr>
        <w:pStyle w:val="ListNumber"/>
        <w:spacing w:line="240" w:lineRule="auto"/>
        <w:ind w:left="720"/>
      </w:pPr>
      <w:r/>
      <w:hyperlink r:id="rId11">
        <w:r>
          <w:rPr>
            <w:color w:val="0000EE"/>
            <w:u w:val="single"/>
          </w:rPr>
          <w:t>https://mobi.easeus.com/iphone-unlocker/how-to-jailbreak-ios-15.html</w:t>
        </w:r>
      </w:hyperlink>
      <w:r>
        <w:t xml:space="preserve"> - This article emphasizes the importance of backing up data before jailbreaking, which is a crucial step in ensuring data safety during the process.</w:t>
      </w:r>
      <w:r/>
    </w:p>
    <w:p>
      <w:pPr>
        <w:pStyle w:val="ListNumber"/>
        <w:spacing w:line="240" w:lineRule="auto"/>
        <w:ind w:left="720"/>
      </w:pPr>
      <w:r/>
      <w:hyperlink r:id="rId15">
        <w:r>
          <w:rPr>
            <w:color w:val="0000EE"/>
            <w:u w:val="single"/>
          </w:rPr>
          <w:t>https://www.idownloadblog.com/2024/10/20/jailbreak-news-of-the-week-10-20-2024/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ndahelp.vip/blog/all-you-need-to-know-about-jailbreaking-in-2024/" TargetMode="External"/><Relationship Id="rId11" Type="http://schemas.openxmlformats.org/officeDocument/2006/relationships/hyperlink" Target="https://mobi.easeus.com/iphone-unlocker/how-to-jailbreak-ios-15.html" TargetMode="External"/><Relationship Id="rId12" Type="http://schemas.openxmlformats.org/officeDocument/2006/relationships/hyperlink" Target="https://mobi.easeus.com/iphone-unlocker/iphone-15-jailbreak.html" TargetMode="External"/><Relationship Id="rId13" Type="http://schemas.openxmlformats.org/officeDocument/2006/relationships/hyperlink" Target="https://www.ipadforums.net/threads/ipad-10th-gen-jailbreak-with-unc0ver-black-edition.138301/" TargetMode="External"/><Relationship Id="rId14" Type="http://schemas.openxmlformats.org/officeDocument/2006/relationships/hyperlink" Target="https://www.reddit.com/r/jailbreak/comments/18pr8g7/benefits_of_jailbreak_2024/" TargetMode="External"/><Relationship Id="rId15" Type="http://schemas.openxmlformats.org/officeDocument/2006/relationships/hyperlink" Target="https://www.idownloadblog.com/2024/10/20/jailbreak-news-of-the-week-10-2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