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enhances WhatsApp AI chatbot with chat memory feature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tech conglomerate known for its extensive social media platforms, is enhancing its AI chatbot capabilities on WhatsApp, a popular messaging application with a global user base. Earlier in the year, Meta introduced an AI chatbot to WhatsApp, allowing users to interact with AI similar to OpenAI’s ChatGPT. This integration enabled users to ask questions and receive answers directly in the app, facilitating easier access to information without the need to switch to other applications.</w:t>
      </w:r>
      <w:r/>
    </w:p>
    <w:p>
      <w:r/>
      <w:r>
        <w:t>In a promising development, insights from WABetaInfo indicate that Meta is currently working on upgrading its AI functionalities within WhatsApp. The forthcoming feature, known as chat memory, has been uncovered in the application’s latest beta version. This feature is designed to allow Meta AI to automatically remember segments of conversations it has with users. Moreover, it provides users the ability to instruct the AI to retain specific information by tagging requests with "remember this."</w:t>
      </w:r>
      <w:r/>
    </w:p>
    <w:p>
      <w:r/>
      <w:r>
        <w:t>The primary purpose of this enhancement is to offer more customized and personalized interaction experiences for WhatsApp users. By recalling previous conversations, Meta AI aims to tailor its responses to better fit individual user preferences. For example, if a user identifies as vegan, the AI could incorporate this detail into its future responses, such as when suggesting dining options.</w:t>
      </w:r>
      <w:r/>
    </w:p>
    <w:p>
      <w:r/>
      <w:r>
        <w:t>Addressing potential privacy concerns, Meta assures users that they will maintain complete control over the data retained by the AI. Users can elect to update or erase data as they see fit, ensuring their privacy preferences are respected. This focus on user autonomy intends to foster a personalised yet secure interaction within the app.</w:t>
      </w:r>
      <w:r/>
    </w:p>
    <w:p>
      <w:r/>
      <w:r>
        <w:t>The chat memory feature is not yet available to the public but is anticipated to be included in an upcoming update. Once live, it promises to enhance the utility of the WhatsApp AI chatbot by delivering experiences that are increasingly tailored to individual needs and preferences, while keeping user data management preferences at the forefront.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https://faq.whatsapp.com/666225138813752/?cms_platform=web</w:t>
        </w:r>
      </w:hyperlink>
      <w:r>
        <w:t xml:space="preserve"> - This link explains how to generate AI images in WhatsApp chats, which is part of the broader integration of Meta AI in WhatsApp.</w:t>
      </w:r>
      <w:r/>
    </w:p>
    <w:p>
      <w:pPr>
        <w:pStyle w:val="ListNumber"/>
        <w:spacing w:line="240" w:lineRule="auto"/>
        <w:ind w:left="720"/>
      </w:pPr>
      <w:r/>
      <w:hyperlink r:id="rId10">
        <w:r>
          <w:rPr>
            <w:color w:val="0000EE"/>
            <w:u w:val="single"/>
          </w:rPr>
          <w:t>https://faq.whatsapp.com/666225138813752/?cms_platform=web</w:t>
        </w:r>
      </w:hyperlink>
      <w:r>
        <w:t xml:space="preserve"> - It details the process of interacting with Meta AI in individual and group chats, supporting the claim of AI integration in WhatsApp.</w:t>
      </w:r>
      <w:r/>
    </w:p>
    <w:p>
      <w:pPr>
        <w:pStyle w:val="ListNumber"/>
        <w:spacing w:line="240" w:lineRule="auto"/>
        <w:ind w:left="720"/>
      </w:pPr>
      <w:r/>
      <w:hyperlink r:id="rId11">
        <w:r>
          <w:rPr>
            <w:color w:val="0000EE"/>
            <w:u w:val="single"/>
          </w:rPr>
          <w:t>https://www.phonearena.com/news/whatsapp-beta-tests-new-meta-ai-chat-memory-feature_id163917</w:t>
        </w:r>
      </w:hyperlink>
      <w:r>
        <w:t xml:space="preserve"> - This article discusses the upcoming chat memory feature for Meta AI in WhatsApp, which allows the AI to remember details from past conversations.</w:t>
      </w:r>
      <w:r/>
    </w:p>
    <w:p>
      <w:pPr>
        <w:pStyle w:val="ListNumber"/>
        <w:spacing w:line="240" w:lineRule="auto"/>
        <w:ind w:left="720"/>
      </w:pPr>
      <w:r/>
      <w:hyperlink r:id="rId11">
        <w:r>
          <w:rPr>
            <w:color w:val="0000EE"/>
            <w:u w:val="single"/>
          </w:rPr>
          <w:t>https://www.phonearena.com/news/whatsapp-beta-tests-new-meta-ai-chat-memory-feature_id163917</w:t>
        </w:r>
      </w:hyperlink>
      <w:r>
        <w:t xml:space="preserve"> - It highlights how this feature will provide more personalized and relevant experiences by recalling user preferences and past interactions.</w:t>
      </w:r>
      <w:r/>
    </w:p>
    <w:p>
      <w:pPr>
        <w:pStyle w:val="ListNumber"/>
        <w:spacing w:line="240" w:lineRule="auto"/>
        <w:ind w:left="720"/>
      </w:pPr>
      <w:r/>
      <w:hyperlink r:id="rId12">
        <w:r>
          <w:rPr>
            <w:color w:val="0000EE"/>
            <w:u w:val="single"/>
          </w:rPr>
          <w:t>https://faq.whatsapp.com/203220822537614/?cms_platform=web</w:t>
        </w:r>
      </w:hyperlink>
      <w:r>
        <w:t xml:space="preserve"> - This link explains how to use Meta AI in group chats, which is part of the AI chatbot capabilities introduced by Meta.</w:t>
      </w:r>
      <w:r/>
    </w:p>
    <w:p>
      <w:pPr>
        <w:pStyle w:val="ListNumber"/>
        <w:spacing w:line="240" w:lineRule="auto"/>
        <w:ind w:left="720"/>
      </w:pPr>
      <w:r/>
      <w:hyperlink r:id="rId13">
        <w:r>
          <w:rPr>
            <w:color w:val="0000EE"/>
            <w:u w:val="single"/>
          </w:rPr>
          <w:t>https://faq.whatsapp.com/2257017191175152</w:t>
        </w:r>
      </w:hyperlink>
      <w:r>
        <w:t xml:space="preserve"> - It provides information about the optional services from Meta, including the ability to ask questions and get helpful recommendations from Meta AI.</w:t>
      </w:r>
      <w:r/>
    </w:p>
    <w:p>
      <w:pPr>
        <w:pStyle w:val="ListNumber"/>
        <w:spacing w:line="240" w:lineRule="auto"/>
        <w:ind w:left="720"/>
      </w:pPr>
      <w:r/>
      <w:hyperlink r:id="rId11">
        <w:r>
          <w:rPr>
            <w:color w:val="0000EE"/>
            <w:u w:val="single"/>
          </w:rPr>
          <w:t>https://www.phonearena.com/news/whatsapp-beta-tests-new-meta-ai-chat-memory-feature_id163917</w:t>
        </w:r>
      </w:hyperlink>
      <w:r>
        <w:t xml:space="preserve"> - This article addresses the privacy concerns by noting that users will have control over the data retained by the AI, allowing them to update or erase data as needed.</w:t>
      </w:r>
      <w:r/>
    </w:p>
    <w:p>
      <w:pPr>
        <w:pStyle w:val="ListNumber"/>
        <w:spacing w:line="240" w:lineRule="auto"/>
        <w:ind w:left="720"/>
      </w:pPr>
      <w:r/>
      <w:hyperlink r:id="rId14">
        <w:r>
          <w:rPr>
            <w:color w:val="0000EE"/>
            <w:u w:val="single"/>
          </w:rPr>
          <w:t>https://www.thehindu.com/sci-tech/technology/whatsapp-may-roll-out-meta-ai-chat-memory-feature-report/article68778065.ece</w:t>
        </w:r>
      </w:hyperlink>
      <w:r>
        <w:t xml:space="preserve"> - It reports on the chat memory feature that will enable Meta AI to recall and process details authorized by the user, enhancing personalized responses.</w:t>
      </w:r>
      <w:r/>
    </w:p>
    <w:p>
      <w:pPr>
        <w:pStyle w:val="ListNumber"/>
        <w:spacing w:line="240" w:lineRule="auto"/>
        <w:ind w:left="720"/>
      </w:pPr>
      <w:r/>
      <w:hyperlink r:id="rId10">
        <w:r>
          <w:rPr>
            <w:color w:val="0000EE"/>
            <w:u w:val="single"/>
          </w:rPr>
          <w:t>https://faq.whatsapp.com/666225138813752/?cms_platform=web</w:t>
        </w:r>
      </w:hyperlink>
      <w:r>
        <w:t xml:space="preserve"> - This link mentions that the AI chatbot is currently available in limited countries and supports only certain languages, aligning with the global rollout strategy.</w:t>
      </w:r>
      <w:r/>
    </w:p>
    <w:p>
      <w:pPr>
        <w:pStyle w:val="ListNumber"/>
        <w:spacing w:line="240" w:lineRule="auto"/>
        <w:ind w:left="720"/>
      </w:pPr>
      <w:r/>
      <w:hyperlink r:id="rId12">
        <w:r>
          <w:rPr>
            <w:color w:val="0000EE"/>
            <w:u w:val="single"/>
          </w:rPr>
          <w:t>https://faq.whatsapp.com/203220822537614/?cms_platform=web</w:t>
        </w:r>
      </w:hyperlink>
      <w:r>
        <w:t xml:space="preserve"> - It clarifies that Meta AI can only read messages that mention @Meta AI in group chats, ensuring that personal messages remain end-to-end encrypted.</w:t>
      </w:r>
      <w:r/>
    </w:p>
    <w:p>
      <w:pPr>
        <w:pStyle w:val="ListNumber"/>
        <w:spacing w:line="240" w:lineRule="auto"/>
        <w:ind w:left="720"/>
      </w:pPr>
      <w:r/>
      <w:hyperlink r:id="rId13">
        <w:r>
          <w:rPr>
            <w:color w:val="0000EE"/>
            <w:u w:val="single"/>
          </w:rPr>
          <w:t>https://faq.whatsapp.com/2257017191175152</w:t>
        </w:r>
      </w:hyperlink>
      <w:r>
        <w:t xml:space="preserve"> - This link explains that users have the option to delete individual chats with AIs or request the deletion of information previously shared with Meta AI, emphasizing user control over data.</w:t>
      </w:r>
      <w:r/>
    </w:p>
    <w:p>
      <w:pPr>
        <w:pStyle w:val="ListNumber"/>
        <w:spacing w:line="240" w:lineRule="auto"/>
        <w:ind w:left="720"/>
      </w:pPr>
      <w:r/>
      <w:hyperlink r:id="rId15">
        <w:r>
          <w:rPr>
            <w:color w:val="0000EE"/>
            <w:u w:val="single"/>
          </w:rPr>
          <w:t>https://phandroid.com/2024/10/21/meta-ai-for-whatsapp-could-soon-offer-more-personalized-experiences/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aq.whatsapp.com/666225138813752/?cms_platform=web" TargetMode="External"/><Relationship Id="rId11" Type="http://schemas.openxmlformats.org/officeDocument/2006/relationships/hyperlink" Target="https://www.phonearena.com/news/whatsapp-beta-tests-new-meta-ai-chat-memory-feature_id163917" TargetMode="External"/><Relationship Id="rId12" Type="http://schemas.openxmlformats.org/officeDocument/2006/relationships/hyperlink" Target="https://faq.whatsapp.com/203220822537614/?cms_platform=web" TargetMode="External"/><Relationship Id="rId13" Type="http://schemas.openxmlformats.org/officeDocument/2006/relationships/hyperlink" Target="https://faq.whatsapp.com/2257017191175152" TargetMode="External"/><Relationship Id="rId14" Type="http://schemas.openxmlformats.org/officeDocument/2006/relationships/hyperlink" Target="https://www.thehindu.com/sci-tech/technology/whatsapp-may-roll-out-meta-ai-chat-memory-feature-report/article68778065.ece" TargetMode="External"/><Relationship Id="rId15" Type="http://schemas.openxmlformats.org/officeDocument/2006/relationships/hyperlink" Target="https://phandroid.com/2024/10/21/meta-ai-for-whatsapp-could-soon-offer-more-personalized-experien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