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groundbreaking Self-Taught Evaluator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Meta, a prominent figure in the technology sector, has unveiled a groundbreaking artificial intelligence model known as the "Self-Taught Evaluator". This innovative system is designed to enhance the training process of AI models by autonomously assessing and educating them without necessitating human feedback. Traditionally, AI models have relied heavily on a method termed "Reinforcement Learning from Human Feedback" (RLAIF), a process that involves continuous input from humans to ensure precision and reliability. This dependence can sometimes result in deceleration in the advancement of AI technologies. </w:t>
      </w:r>
      <w:r/>
    </w:p>
    <w:p>
      <w:r/>
      <w:r>
        <w:t>The Self-Taught Evaluator signifies a shift from this conventional approach, by autonomously evaluating and refining other AI models. This development might redefine how AI systems are shaped in the future, as it could significantly reduce the resources and time required to train these models. One of the key techniques employed in the Self-Taught Evaluator is known as "chain of thought", a methodology pioneered by OpenAI. This technique decomposes complex problems into manageable segments, enabling the AI to deliver more precise solutions to intricate tasks such as scientific queries, coding challenges, and mathematical problems. By employing this methodology, Meta's model is capable of learning from AI-generated data, thereby potentially accelerating its development beyond human speed and accuracy.</w:t>
      </w:r>
      <w:r/>
    </w:p>
    <w:p>
      <w:r/>
      <w:r>
        <w:t>Jason Weston, a researcher associated with this project, commented on the evolving capabilities of AI, suggesting that as AI systems advance towards "super-human" capacities, they will increasingly excel at self-assessment, potentially outperforming the average human in self-validation tasks. This development hints at a future where AI systems could operate with an autonomy and efficiency previously unattainable with the necessity for human intervention.</w:t>
      </w:r>
      <w:r/>
    </w:p>
    <w:p>
      <w:r/>
      <w:r>
        <w:t>The announcement of Meta's Self-Taught Evaluator comes at a time when the integration of artificial intelligence in various sectors is rapidly expanding, and competition among technology companies to develop more sophisticated AI models is intensifying. As Meta's new model enters the fray, it may mark a pivotal advancement in the AI industry, paving the way for more self-sufficient artificial systems and potentially influencing how other tech enterprises will approach AI training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https://nairametrics.com/2024/10/19/meta-releases-self-taught-evaluator-ai-model-to-reduce-human-involvement-in-ai-development/</w:t>
        </w:r>
      </w:hyperlink>
      <w:r>
        <w:t xml:space="preserve"> - Corroborates the introduction of the Self-Taught Evaluator AI model by Meta and its goal to reduce human involvement in AI training and evaluation.</w:t>
      </w:r>
      <w:r/>
    </w:p>
    <w:p>
      <w:pPr>
        <w:pStyle w:val="ListNumber"/>
        <w:spacing w:line="240" w:lineRule="auto"/>
        <w:ind w:left="720"/>
      </w:pPr>
      <w:r/>
      <w:hyperlink r:id="rId11">
        <w:r>
          <w:rPr>
            <w:color w:val="0000EE"/>
            <w:u w:val="single"/>
          </w:rPr>
          <w:t>https://indianexpress.com/article/technology/artificial-intelligence/meta-new-ai-models-spirit-lm-fair-sam2-9628016/</w:t>
        </w:r>
      </w:hyperlink>
      <w:r>
        <w:t xml:space="preserve"> - Details the Self-Taught Evaluator's ability to generate its own data and evaluate other AI models without human feedback, using the 'chain of thought' technique.</w:t>
      </w:r>
      <w:r/>
    </w:p>
    <w:p>
      <w:pPr>
        <w:pStyle w:val="ListNumber"/>
        <w:spacing w:line="240" w:lineRule="auto"/>
        <w:ind w:left="720"/>
      </w:pPr>
      <w:r/>
      <w:hyperlink r:id="rId12">
        <w:r>
          <w:rPr>
            <w:color w:val="0000EE"/>
            <w:u w:val="single"/>
          </w:rPr>
          <w:t>https://www.youtube.com/watch?v=QsmY4RpHXjY</w:t>
        </w:r>
      </w:hyperlink>
      <w:r>
        <w:t xml:space="preserve"> - Explains how the Self-Taught Evaluator uses AI-generated data and advanced reasoning techniques to improve its accuracy and reduce the need for human annotations.</w:t>
      </w:r>
      <w:r/>
    </w:p>
    <w:p>
      <w:pPr>
        <w:pStyle w:val="ListNumber"/>
        <w:spacing w:line="240" w:lineRule="auto"/>
        <w:ind w:left="720"/>
      </w:pPr>
      <w:r/>
      <w:hyperlink r:id="rId13">
        <w:r>
          <w:rPr>
            <w:color w:val="0000EE"/>
            <w:u w:val="single"/>
          </w:rPr>
          <w:t>https://www.siliconrepublic.com/machines/meta-ai-check-models-work-data-automation</w:t>
        </w:r>
      </w:hyperlink>
      <w:r>
        <w:t xml:space="preserve"> - Discusses the Self-Taught Evaluator's role in breaking down complex tasks into simpler steps and its potential to reduce human involvement in AI training.</w:t>
      </w:r>
      <w:r/>
    </w:p>
    <w:p>
      <w:pPr>
        <w:pStyle w:val="ListNumber"/>
        <w:spacing w:line="240" w:lineRule="auto"/>
        <w:ind w:left="720"/>
      </w:pPr>
      <w:r/>
      <w:hyperlink r:id="rId14">
        <w:r>
          <w:rPr>
            <w:color w:val="0000EE"/>
            <w:u w:val="single"/>
          </w:rPr>
          <w:t>https://gagadget.com/en/520063-meta-expands-ai-horizons-with-self-taught-evaluator-less-work-for-humans-more-for-machines/</w:t>
        </w:r>
      </w:hyperlink>
      <w:r>
        <w:t xml:space="preserve"> - Highlights the Self-Taught Evaluator's use of 'chain of reasoning' to improve accuracy in areas like science, programming, and maths, and its potential to accelerate AI development.</w:t>
      </w:r>
      <w:r/>
    </w:p>
    <w:p>
      <w:pPr>
        <w:pStyle w:val="ListNumber"/>
        <w:spacing w:line="240" w:lineRule="auto"/>
        <w:ind w:left="720"/>
      </w:pPr>
      <w:r/>
      <w:hyperlink r:id="rId10">
        <w:r>
          <w:rPr>
            <w:color w:val="0000EE"/>
            <w:u w:val="single"/>
          </w:rPr>
          <w:t>https://nairametrics.com/2024/10/19/meta-releases-self-taught-evaluator-ai-model-to-reduce-human-involvement-in-ai-development/</w:t>
        </w:r>
      </w:hyperlink>
      <w:r>
        <w:t xml:space="preserve"> - Mentions Jason Weston's comments on the evolving capabilities of AI and its potential to outperform humans in self-validation tasks.</w:t>
      </w:r>
      <w:r/>
    </w:p>
    <w:p>
      <w:pPr>
        <w:pStyle w:val="ListNumber"/>
        <w:spacing w:line="240" w:lineRule="auto"/>
        <w:ind w:left="720"/>
      </w:pPr>
      <w:r/>
      <w:hyperlink r:id="rId11">
        <w:r>
          <w:rPr>
            <w:color w:val="0000EE"/>
            <w:u w:val="single"/>
          </w:rPr>
          <w:t>https://indianexpress.com/article/technology/artificial-intelligence/meta-new-ai-models-spirit-lm-fair-sam2-9628016/</w:t>
        </w:r>
      </w:hyperlink>
      <w:r>
        <w:t xml:space="preserve"> - Describes the broader context of Meta's AI innovations, including the release of several new models, and their impact on the AI development process.</w:t>
      </w:r>
      <w:r/>
    </w:p>
    <w:p>
      <w:pPr>
        <w:pStyle w:val="ListNumber"/>
        <w:spacing w:line="240" w:lineRule="auto"/>
        <w:ind w:left="720"/>
      </w:pPr>
      <w:r/>
      <w:hyperlink r:id="rId12">
        <w:r>
          <w:rPr>
            <w:color w:val="0000EE"/>
            <w:u w:val="single"/>
          </w:rPr>
          <w:t>https://www.youtube.com/watch?v=QsmY4RpHXjY</w:t>
        </w:r>
      </w:hyperlink>
      <w:r>
        <w:t xml:space="preserve"> - Provides details on how the Self-Taught Evaluator improves its accuracy through an iterative self-improvement scheme and compares its performance to models relying on human-labeled data.</w:t>
      </w:r>
      <w:r/>
    </w:p>
    <w:p>
      <w:pPr>
        <w:pStyle w:val="ListNumber"/>
        <w:spacing w:line="240" w:lineRule="auto"/>
        <w:ind w:left="720"/>
      </w:pPr>
      <w:r/>
      <w:hyperlink r:id="rId13">
        <w:r>
          <w:rPr>
            <w:color w:val="0000EE"/>
            <w:u w:val="single"/>
          </w:rPr>
          <w:t>https://www.siliconrepublic.com/machines/meta-ai-check-models-work-data-automation</w:t>
        </w:r>
      </w:hyperlink>
      <w:r>
        <w:t xml:space="preserve"> - Corroborates the significance of the 'chain of thought' method in enhancing the accuracy of AI responses and its application in various complex tasks.</w:t>
      </w:r>
      <w:r/>
    </w:p>
    <w:p>
      <w:pPr>
        <w:pStyle w:val="ListNumber"/>
        <w:spacing w:line="240" w:lineRule="auto"/>
        <w:ind w:left="720"/>
      </w:pPr>
      <w:r/>
      <w:hyperlink r:id="rId14">
        <w:r>
          <w:rPr>
            <w:color w:val="0000EE"/>
            <w:u w:val="single"/>
          </w:rPr>
          <w:t>https://gagadget.com/en/520063-meta-expands-ai-horizons-with-self-taught-evaluator-less-work-for-humans-more-for-machines/</w:t>
        </w:r>
      </w:hyperlink>
      <w:r>
        <w:t xml:space="preserve"> - Explains how the Self-Taught Evaluator could redefine the future of AI training by reducing the resources and time required, and its potential impact on various sectors.</w:t>
      </w:r>
      <w:r/>
    </w:p>
    <w:p>
      <w:pPr>
        <w:pStyle w:val="ListNumber"/>
        <w:spacing w:line="240" w:lineRule="auto"/>
        <w:ind w:left="720"/>
      </w:pPr>
      <w:r/>
      <w:hyperlink r:id="rId11">
        <w:r>
          <w:rPr>
            <w:color w:val="0000EE"/>
            <w:u w:val="single"/>
          </w:rPr>
          <w:t>https://indianexpress.com/article/technology/artificial-intelligence/meta-new-ai-models-spirit-lm-fair-sam2-9628016/</w:t>
        </w:r>
      </w:hyperlink>
      <w:r>
        <w:t xml:space="preserve"> - Discusses the competitive landscape in AI development and how Meta's new model could influence other tech enterprises' approaches to AI training.</w:t>
      </w:r>
      <w:r/>
    </w:p>
    <w:p>
      <w:pPr>
        <w:pStyle w:val="ListNumber"/>
        <w:spacing w:line="240" w:lineRule="auto"/>
        <w:ind w:left="720"/>
      </w:pPr>
      <w:r/>
      <w:hyperlink r:id="rId15">
        <w:r>
          <w:rPr>
            <w:color w:val="0000EE"/>
            <w:u w:val="single"/>
          </w:rPr>
          <w:t>https://www.phonearena.com/news/meta-new-ai-can-train-other-ai-without-human-feedback_id163937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irametrics.com/2024/10/19/meta-releases-self-taught-evaluator-ai-model-to-reduce-human-involvement-in-ai-development/" TargetMode="External"/><Relationship Id="rId11" Type="http://schemas.openxmlformats.org/officeDocument/2006/relationships/hyperlink" Target="https://indianexpress.com/article/technology/artificial-intelligence/meta-new-ai-models-spirit-lm-fair-sam2-9628016/" TargetMode="External"/><Relationship Id="rId12" Type="http://schemas.openxmlformats.org/officeDocument/2006/relationships/hyperlink" Target="https://www.youtube.com/watch?v=QsmY4RpHXjY" TargetMode="External"/><Relationship Id="rId13" Type="http://schemas.openxmlformats.org/officeDocument/2006/relationships/hyperlink" Target="https://www.siliconrepublic.com/machines/meta-ai-check-models-work-data-automation" TargetMode="External"/><Relationship Id="rId14" Type="http://schemas.openxmlformats.org/officeDocument/2006/relationships/hyperlink" Target="https://gagadget.com/en/520063-meta-expands-ai-horizons-with-self-taught-evaluator-less-work-for-humans-more-for-machines/" TargetMode="External"/><Relationship Id="rId15" Type="http://schemas.openxmlformats.org/officeDocument/2006/relationships/hyperlink" Target="https://www.phonearena.com/news/meta-new-ai-can-train-other-ai-without-human-feedback_id1639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