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new AI models to advance autonomous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New AI Models to Advance Autonomous Learning</w:t>
      </w:r>
      <w:r/>
    </w:p>
    <w:p>
      <w:r/>
      <w:r>
        <w:t>In a significant development within the artificial intelligence (AI) landscape, Meta, the parent company of Facebook, has announced the release of a suite of new AI models. Among these is a notable creation dubbed the "Self-Taught Evaluator," which represents a step towards reducing the need for human oversight in AI development.</w:t>
      </w:r>
      <w:r/>
    </w:p>
    <w:p>
      <w:r/>
      <w:r>
        <w:t>The announcement was made on [insert date here], highlighting Meta's continued push into cutting-edge AI research. This release builds upon work detailed in an August paper by Meta that outlined the foundations of the Self-Taught Evaluator. This model utilises the "chain of thought" reasoning approach, a method that has recently been employed by OpenAI in their o1 models. This technique involves dissecting complex issues into simpler, logical steps, which has been shown to enhance the accuracy of AI responses across challenging topics, such as scientific queries, coding problems, and mathematical calculations.</w:t>
      </w:r>
      <w:r/>
    </w:p>
    <w:p>
      <w:r/>
      <w:r>
        <w:t>Meta's innovative approach involved training the evaluator model using entirely synthetic, AI-generated data, thus bypassing the traditional reliance on human input during this development phase. This marks a potential shift towards creating autonomous AI agents capable of learning from their errors with minimal human intervention, as suggested by Meta researchers involved in the project.</w:t>
      </w:r>
      <w:r/>
    </w:p>
    <w:p>
      <w:r/>
      <w:r>
        <w:t>The concept of self-learning models holds promise for evolving AI into intelligent digital assistants capable of performing a wide range of tasks autonomously. Currently, AI development often involves a costly and time-consuming process known as Reinforcement Learning from Human Feedback (RLHF), which requires specialised human expertise to evaluate and label data accurately. However, the development of self-improving AI models could render this human-dependent process obsolete, optimising efficiency and reducing operational costs.</w:t>
      </w:r>
      <w:r/>
    </w:p>
    <w:p>
      <w:r/>
      <w:r>
        <w:t>Jason Weston, one of the lead researchers at Meta, expressed optimism about the future capabilities of AI. "As AI begins to surpass human-level intelligence in various domains, its ability to self-evaluate and refine its own methods will be pivotal in achieving this super-human level of proficiency," Weston explained.</w:t>
      </w:r>
      <w:r/>
    </w:p>
    <w:p>
      <w:r/>
      <w:r>
        <w:t>Other industry leaders, such as Google and Anthropic, are also exploring similar AI developmental concepts under Reinforcement Learning from AI Feedback (RLAIF). Unlike Meta, these organisations often opt not to make their AI models publicly accessible.</w:t>
      </w:r>
      <w:r/>
    </w:p>
    <w:p>
      <w:r/>
      <w:r>
        <w:t>In addition to the Self-Taught Evaluator, Meta has introduced several other AI tools. These include an update to its image-identification software, Segment Anything, which enhances the speed of responses generated by large language models (LLMs), and datasets designed to accelerate the discovery of new inorganic materials.</w:t>
      </w:r>
      <w:r/>
    </w:p>
    <w:p>
      <w:r/>
      <w:r>
        <w:t>The release of these models marks a significant milestone in AI innovation, as companies continue to explore methods to enhance AI's learning capabilities while minimising the necessity for human involvement. As AI technology continues to advance rapidly, the potential for such self-sufficient AI agents is increasingly becoming a tangible reality.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https://timesofindia.indiatimes.com/business/international-business/self-taught-evaluator-meta-releases-new-ai-tools-for-autonomous-ai-development/articleshow/114366250.cms</w:t>
        </w:r>
      </w:hyperlink>
      <w:r>
        <w:t xml:space="preserve"> - Corroborates the introduction of the Self-Taught Evaluator and its role in reducing human involvement in AI development, as well as the use of the 'chain of thought' technique.</w:t>
      </w:r>
      <w:r/>
    </w:p>
    <w:p>
      <w:pPr>
        <w:pStyle w:val="ListNumber"/>
        <w:spacing w:line="240" w:lineRule="auto"/>
        <w:ind w:left="720"/>
      </w:pPr>
      <w:r/>
      <w:hyperlink r:id="rId11">
        <w:r>
          <w:rPr>
            <w:color w:val="0000EE"/>
            <w:u w:val="single"/>
          </w:rPr>
          <w:t>https://www.riotimesonline.com/meta-unveils-a-i-model-for-evaluating-other-a-i-systems/</w:t>
        </w:r>
      </w:hyperlink>
      <w:r>
        <w:t xml:space="preserve"> - Supports the announcement of the Self-Taught Evaluator and its training using entirely AI-generated data, bypassing human input.</w:t>
      </w:r>
      <w:r/>
    </w:p>
    <w:p>
      <w:pPr>
        <w:pStyle w:val="ListNumber"/>
        <w:spacing w:line="240" w:lineRule="auto"/>
        <w:ind w:left="720"/>
      </w:pPr>
      <w:r/>
      <w:hyperlink r:id="rId12">
        <w:r>
          <w:rPr>
            <w:color w:val="0000EE"/>
            <w:u w:val="single"/>
          </w:rPr>
          <w:t>https://www.pymnts.com/cpi-posts/meta-releases-ai-that-can-check-and-improve-other-ai-without-human-input/</w:t>
        </w:r>
      </w:hyperlink>
      <w:r>
        <w:t xml:space="preserve"> - Details the Self-Taught Evaluator's ability to improve itself without human feedback and its potential to replace Reinforcement Learning from Human Feedback (RLHF).</w:t>
      </w:r>
      <w:r/>
    </w:p>
    <w:p>
      <w:pPr>
        <w:pStyle w:val="ListNumber"/>
        <w:spacing w:line="240" w:lineRule="auto"/>
        <w:ind w:left="720"/>
      </w:pPr>
      <w:r/>
      <w:hyperlink r:id="rId13">
        <w:r>
          <w:rPr>
            <w:color w:val="0000EE"/>
            <w:u w:val="single"/>
          </w:rPr>
          <w:t>https://www.youtube.com/watch?v=QsmY4RpHXjY</w:t>
        </w:r>
      </w:hyperlink>
      <w:r>
        <w:t xml:space="preserve"> - Explains the Self-Taught Evaluator's use of AI-generated data and the 'chain of thought' technique, and its impact on autonomous AI learning.</w:t>
      </w:r>
      <w:r/>
    </w:p>
    <w:p>
      <w:pPr>
        <w:pStyle w:val="ListNumber"/>
        <w:spacing w:line="240" w:lineRule="auto"/>
        <w:ind w:left="720"/>
      </w:pPr>
      <w:r/>
      <w:hyperlink r:id="rId14">
        <w:r>
          <w:rPr>
            <w:color w:val="0000EE"/>
            <w:u w:val="single"/>
          </w:rPr>
          <w:t>https://www.newsbytesapp.com/news/science/meta-unveils-ai-that-can-self-evaluate-reducing-human-intervention/story</w:t>
        </w:r>
      </w:hyperlink>
      <w:r>
        <w:t xml:space="preserve"> - Corroborates the training of the Self-Taught Evaluator using AI-generated data and its potential to create autonomous AI agents.</w:t>
      </w:r>
      <w:r/>
    </w:p>
    <w:p>
      <w:pPr>
        <w:pStyle w:val="ListNumber"/>
        <w:spacing w:line="240" w:lineRule="auto"/>
        <w:ind w:left="720"/>
      </w:pPr>
      <w:r/>
      <w:hyperlink r:id="rId10">
        <w:r>
          <w:rPr>
            <w:color w:val="0000EE"/>
            <w:u w:val="single"/>
          </w:rPr>
          <w:t>https://timesofindia.indiatimes.com/business/international-business/self-taught-evaluator-meta-releases-new-ai-tools-for-autonomous-ai-development/articleshow/114366250.cms</w:t>
        </w:r>
      </w:hyperlink>
      <w:r>
        <w:t xml:space="preserve"> - Supports Jason Weston's comments on the future capabilities of AI and its ability to self-evaluate and refine its methods.</w:t>
      </w:r>
      <w:r/>
    </w:p>
    <w:p>
      <w:pPr>
        <w:pStyle w:val="ListNumber"/>
        <w:spacing w:line="240" w:lineRule="auto"/>
        <w:ind w:left="720"/>
      </w:pPr>
      <w:r/>
      <w:hyperlink r:id="rId11">
        <w:r>
          <w:rPr>
            <w:color w:val="0000EE"/>
            <w:u w:val="single"/>
          </w:rPr>
          <w:t>https://www.riotimesonline.com/meta-unveils-a-i-model-for-evaluating-other-a-i-systems/</w:t>
        </w:r>
      </w:hyperlink>
      <w:r>
        <w:t xml:space="preserve"> - Mentions other industry leaders like Google and Anthropic exploring similar AI developmental concepts under Reinforcement Learning from AI Feedback (RLAIF).</w:t>
      </w:r>
      <w:r/>
    </w:p>
    <w:p>
      <w:pPr>
        <w:pStyle w:val="ListNumber"/>
        <w:spacing w:line="240" w:lineRule="auto"/>
        <w:ind w:left="720"/>
      </w:pPr>
      <w:r/>
      <w:hyperlink r:id="rId12">
        <w:r>
          <w:rPr>
            <w:color w:val="0000EE"/>
            <w:u w:val="single"/>
          </w:rPr>
          <w:t>https://www.pymnts.com/cpi-posts/meta-releases-ai-that-can-check-and-improve-other-ai-without-human-input/</w:t>
        </w:r>
      </w:hyperlink>
      <w:r>
        <w:t xml:space="preserve"> - Details the update to Meta's image-identification software, Segment Anything, and the datasets for discovering new inorganic materials.</w:t>
      </w:r>
      <w:r/>
    </w:p>
    <w:p>
      <w:pPr>
        <w:pStyle w:val="ListNumber"/>
        <w:spacing w:line="240" w:lineRule="auto"/>
        <w:ind w:left="720"/>
      </w:pPr>
      <w:r/>
      <w:hyperlink r:id="rId14">
        <w:r>
          <w:rPr>
            <w:color w:val="0000EE"/>
            <w:u w:val="single"/>
          </w:rPr>
          <w:t>https://www.newsbytesapp.com/news/science/meta-unveils-ai-that-can-self-evaluate-reducing-human-intervention/story</w:t>
        </w:r>
      </w:hyperlink>
      <w:r>
        <w:t xml:space="preserve"> - Corroborates the release of other AI tools, including the update to Segment Anything and the datasets for new inorganic materials.</w:t>
      </w:r>
      <w:r/>
    </w:p>
    <w:p>
      <w:pPr>
        <w:pStyle w:val="ListNumber"/>
        <w:spacing w:line="240" w:lineRule="auto"/>
        <w:ind w:left="720"/>
      </w:pPr>
      <w:r/>
      <w:hyperlink r:id="rId13">
        <w:r>
          <w:rPr>
            <w:color w:val="0000EE"/>
            <w:u w:val="single"/>
          </w:rPr>
          <w:t>https://www.youtube.com/watch?v=QsmY4RpHXjY</w:t>
        </w:r>
      </w:hyperlink>
      <w:r>
        <w:t xml:space="preserve"> - Explains the significance of the Self-Taught Evaluator in enhancing AI's learning capabilities and reducing the need for human involvement.</w:t>
      </w:r>
      <w:r/>
    </w:p>
    <w:p>
      <w:pPr>
        <w:pStyle w:val="ListNumber"/>
        <w:spacing w:line="240" w:lineRule="auto"/>
        <w:ind w:left="720"/>
      </w:pPr>
      <w:r/>
      <w:hyperlink r:id="rId11">
        <w:r>
          <w:rPr>
            <w:color w:val="0000EE"/>
            <w:u w:val="single"/>
          </w:rPr>
          <w:t>https://www.riotimesonline.com/meta-unveils-a-i-model-for-evaluating-other-a-i-systems/</w:t>
        </w:r>
      </w:hyperlink>
      <w:r>
        <w:t xml:space="preserve"> - Discusses the ethical implications and the potential future impact of self-sufficient AI agents on the AI landscape.</w:t>
      </w:r>
      <w:r/>
    </w:p>
    <w:p>
      <w:pPr>
        <w:pStyle w:val="ListNumber"/>
        <w:spacing w:line="240" w:lineRule="auto"/>
        <w:ind w:left="720"/>
      </w:pPr>
      <w:r/>
      <w:hyperlink r:id="rId15">
        <w:r>
          <w:rPr>
            <w:color w:val="0000EE"/>
            <w:u w:val="single"/>
          </w:rPr>
          <w:t>https://www.staradvertiser.com/2024/10/18/breaking-news/meta-releases-ai-model-that-can-check-other-ai-models-work/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sofindia.indiatimes.com/business/international-business/self-taught-evaluator-meta-releases-new-ai-tools-for-autonomous-ai-development/articleshow/114366250.cms" TargetMode="External"/><Relationship Id="rId11" Type="http://schemas.openxmlformats.org/officeDocument/2006/relationships/hyperlink" Target="https://www.riotimesonline.com/meta-unveils-a-i-model-for-evaluating-other-a-i-systems/" TargetMode="External"/><Relationship Id="rId12" Type="http://schemas.openxmlformats.org/officeDocument/2006/relationships/hyperlink" Target="https://www.pymnts.com/cpi-posts/meta-releases-ai-that-can-check-and-improve-other-ai-without-human-input/" TargetMode="External"/><Relationship Id="rId13" Type="http://schemas.openxmlformats.org/officeDocument/2006/relationships/hyperlink" Target="https://www.youtube.com/watch?v=QsmY4RpHXjY" TargetMode="External"/><Relationship Id="rId14" Type="http://schemas.openxmlformats.org/officeDocument/2006/relationships/hyperlink" Target="https://www.newsbytesapp.com/news/science/meta-unveils-ai-that-can-self-evaluate-reducing-human-intervention/story" TargetMode="External"/><Relationship Id="rId15" Type="http://schemas.openxmlformats.org/officeDocument/2006/relationships/hyperlink" Target="https://www.staradvertiser.com/2024/10/18/breaking-news/meta-releases-ai-model-that-can-check-other-ai-models-wor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