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Midjourney to launch game-changing image editing tool amid deepfake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Midjourney, the company known for its creative generative AI tools, is poised to launch an enhanced web tool that will revolutionise how users interact with images. Scheduled for release in the coming week, this tool will enable users to edit images sourced from the internet using Midjourney’s advanced generative AI technology. Users will have the capacity to modify textures and colours of objects within an image, tailoring them to align with specific captions provided by the user.</w:t>
      </w:r>
      <w:r/>
    </w:p>
    <w:p>
      <w:r/>
      <w:r>
        <w:t>This announcement was made by Midjourney’s Chief Executive Officer, David Holtz, who has stated that the new feature will initially be available to a select group within the current user community. The roll-out will be closely monitored, with an upsurge in both human oversight and the implementation of more sophisticated AI moderation systems to mitigate potential misuse.</w:t>
      </w:r>
      <w:r/>
    </w:p>
    <w:p>
      <w:r/>
      <w:r>
        <w:t>The realm of AI-edited images has been subject to intense debate, particularly concerning the ethical implications and authenticity of such images. While some companies, like Meta, grapple with the challenges of labelling AI-edited images distinctly from AI-generated images, other tech giants, including Google, have introduced AI features that leave no visual cues of such modifications. Midjourney had previously aligned with the IPTC’s Digital Source Type standard to tag images as AI-generated through embedded metadata. However, it has yet to adopt the C2PA's comprehensive metadata technology that traces an image’s entire origin.</w:t>
      </w:r>
      <w:r/>
    </w:p>
    <w:p>
      <w:r/>
      <w:r>
        <w:t>The introduction of this new editing capability is not without concerns. There is an ongoing discussion about the ramifications, such as potential large-scale copyright violations or the pernicious spread of fake information facilitated through advanced image editing. The phenomenon of deepfakes, artificial representations indistinguishable from reality, exemplifies these concerns. These deceptive creations have proliferated rapidly on social media, muddying the waters between fact and misinformation, particularly observable in the aftermath of crises like Hurricane Helene. Clarity, a prominent deepfake detection company, has reported a staggering 900% increase in deepfake production compared to the previous year, resulting in significant public unease.</w:t>
      </w:r>
      <w:r/>
    </w:p>
    <w:p>
      <w:r/>
      <w:r>
        <w:t>With federal legislation on deepfakes not yet established in the United States, individual states have started implementing their own restrictions on AI-aided impersonation. Notably, California is considering a law that could allow judges to enforce the removal of deepfakes and impose financial penalties.</w:t>
      </w:r>
      <w:r/>
    </w:p>
    <w:p>
      <w:r/>
      <w:r>
        <w:t>Midjourney's image editing feature rollout comes as the company is embroiled in legal issues concerning the alleged use of copyrighted material in training its AI models. Nonetheless, the platform has been proactive in certain areas, such as implementing filters to prevent the spread of deepfakes involving political figures, a measure taken in anticipation of the U.S. presidential election.</w:t>
      </w:r>
      <w:r/>
    </w:p>
    <w:p>
      <w:r/>
      <w:r>
        <w:t>As Midjourney navigates these complex challenges, the company remains engaged with its user community, seeking feedback via polls to ensure a considered and community-guided approach to deploying its new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https://cxmlab.com/index.php/the-launch-of-mid-journeys-web-version-its-benefits-for-users-and-its-likely-impact-on-its-competitors</w:t>
        </w:r>
      </w:hyperlink>
      <w:r>
        <w:t xml:space="preserve"> - Corroborates the launch of Midjourney's web version and its benefits for users, including the unified AI image editor and improved workflow.</w:t>
      </w:r>
      <w:r/>
    </w:p>
    <w:p>
      <w:pPr>
        <w:pStyle w:val="ListNumber"/>
        <w:spacing w:line="240" w:lineRule="auto"/>
        <w:ind w:left="720"/>
      </w:pPr>
      <w:r/>
      <w:hyperlink r:id="rId11">
        <w:r>
          <w:rPr>
            <w:color w:val="0000EE"/>
            <w:u w:val="single"/>
          </w:rPr>
          <w:t>https://www.maginative.com/article/midjourney-launches-new-web-editor-improving-workflow-for-creators/</w:t>
        </w:r>
      </w:hyperlink>
      <w:r>
        <w:t xml:space="preserve"> - Supports the introduction of the new web editor, its features, and the transition from a Discord-based interface to a web-based platform.</w:t>
      </w:r>
      <w:r/>
    </w:p>
    <w:p>
      <w:pPr>
        <w:pStyle w:val="ListNumber"/>
        <w:spacing w:line="240" w:lineRule="auto"/>
        <w:ind w:left="720"/>
      </w:pPr>
      <w:r/>
      <w:hyperlink r:id="rId12">
        <w:r>
          <w:rPr>
            <w:color w:val="0000EE"/>
            <w:u w:val="single"/>
          </w:rPr>
          <w:t>https://neuron.expert/news/midjourney-plans-to-let-anyone-on-the-web-edit-images-with-ai/8941/en/</w:t>
        </w:r>
      </w:hyperlink>
      <w:r>
        <w:t xml:space="preserve"> - Confirms the upcoming launch of an enhanced web tool for editing images using Midjourney’s AI technology and the initial availability to a select group of users.</w:t>
      </w:r>
      <w:r/>
    </w:p>
    <w:p>
      <w:pPr>
        <w:pStyle w:val="ListNumber"/>
        <w:spacing w:line="240" w:lineRule="auto"/>
        <w:ind w:left="720"/>
      </w:pPr>
      <w:r/>
      <w:hyperlink r:id="rId12">
        <w:r>
          <w:rPr>
            <w:color w:val="0000EE"/>
            <w:u w:val="single"/>
          </w:rPr>
          <w:t>https://neuron.expert/news/midjourney-plans-to-let-anyone-on-the-web-edit-images-with-ai/8941/en/</w:t>
        </w:r>
      </w:hyperlink>
      <w:r>
        <w:t xml:space="preserve"> - Details the ethical implications and authenticity concerns surrounding AI-edited images, including Midjourney's use of IPTC’s Digital Source Type standard.</w:t>
      </w:r>
      <w:r/>
    </w:p>
    <w:p>
      <w:pPr>
        <w:pStyle w:val="ListNumber"/>
        <w:spacing w:line="240" w:lineRule="auto"/>
        <w:ind w:left="720"/>
      </w:pPr>
      <w:r/>
      <w:hyperlink r:id="rId12">
        <w:r>
          <w:rPr>
            <w:color w:val="0000EE"/>
            <w:u w:val="single"/>
          </w:rPr>
          <w:t>https://neuron.expert/news/midjourney-plans-to-let-anyone-on-the-web-edit-images-with-ai/8941/en/</w:t>
        </w:r>
      </w:hyperlink>
      <w:r>
        <w:t xml:space="preserve"> - Discusses the potential risks such as copyright violations and the spread of deepfakes, and the 900% increase in deepfake production reported by Clarity.</w:t>
      </w:r>
      <w:r/>
    </w:p>
    <w:p>
      <w:pPr>
        <w:pStyle w:val="ListNumber"/>
        <w:spacing w:line="240" w:lineRule="auto"/>
        <w:ind w:left="720"/>
      </w:pPr>
      <w:r/>
      <w:hyperlink r:id="rId12">
        <w:r>
          <w:rPr>
            <w:color w:val="0000EE"/>
            <w:u w:val="single"/>
          </w:rPr>
          <w:t>https://neuron.expert/news/midjourney-plans-to-let-anyone-on-the-web-edit-images-with-ai/8941/en/</w:t>
        </w:r>
      </w:hyperlink>
      <w:r>
        <w:t xml:space="preserve"> - Mentions the lack of federal legislation on deepfakes and the state-level restrictions, including California's proposed law on AI-aided impersonation.</w:t>
      </w:r>
      <w:r/>
    </w:p>
    <w:p>
      <w:pPr>
        <w:pStyle w:val="ListNumber"/>
        <w:spacing w:line="240" w:lineRule="auto"/>
        <w:ind w:left="720"/>
      </w:pPr>
      <w:r/>
      <w:hyperlink r:id="rId11">
        <w:r>
          <w:rPr>
            <w:color w:val="0000EE"/>
            <w:u w:val="single"/>
          </w:rPr>
          <w:t>https://www.maginative.com/article/midjourney-launches-new-web-editor-improving-workflow-for-creators/</w:t>
        </w:r>
      </w:hyperlink>
      <w:r>
        <w:t xml:space="preserve"> - Highlights Midjourney's proactive measures, such as implementing filters to prevent the spread of deepfakes involving political figures.</w:t>
      </w:r>
      <w:r/>
    </w:p>
    <w:p>
      <w:pPr>
        <w:pStyle w:val="ListNumber"/>
        <w:spacing w:line="240" w:lineRule="auto"/>
        <w:ind w:left="720"/>
      </w:pPr>
      <w:r/>
      <w:hyperlink r:id="rId12">
        <w:r>
          <w:rPr>
            <w:color w:val="0000EE"/>
            <w:u w:val="single"/>
          </w:rPr>
          <w:t>https://neuron.expert/news/midjourney-plans-to-let-anyone-on-the-web-edit-images-with-ai/8941/en/</w:t>
        </w:r>
      </w:hyperlink>
      <w:r>
        <w:t xml:space="preserve"> - Explains Midjourney's engagement with the user community through polls to guide the deployment of new tools.</w:t>
      </w:r>
      <w:r/>
    </w:p>
    <w:p>
      <w:pPr>
        <w:pStyle w:val="ListNumber"/>
        <w:spacing w:line="240" w:lineRule="auto"/>
        <w:ind w:left="720"/>
      </w:pPr>
      <w:r/>
      <w:hyperlink r:id="rId13">
        <w:r>
          <w:rPr>
            <w:color w:val="0000EE"/>
            <w:u w:val="single"/>
          </w:rPr>
          <w:t>https://venturebeat.com/ai/midjourney-releases-new-unified-ai-image-editor-on-the-web/</w:t>
        </w:r>
      </w:hyperlink>
      <w:r>
        <w:t xml:space="preserve"> - Supports the unified AI image editor features, including inpainting, outpainting, and the new virtual 'brush' tool.</w:t>
      </w:r>
      <w:r/>
    </w:p>
    <w:p>
      <w:pPr>
        <w:pStyle w:val="ListNumber"/>
        <w:spacing w:line="240" w:lineRule="auto"/>
        <w:ind w:left="720"/>
      </w:pPr>
      <w:r/>
      <w:hyperlink r:id="rId14">
        <w:r>
          <w:rPr>
            <w:color w:val="0000EE"/>
            <w:u w:val="single"/>
          </w:rPr>
          <w:t>https://www.youtube.com/watch?v=LXmN2ciW6uY</w:t>
        </w:r>
      </w:hyperlink>
      <w:r>
        <w:t xml:space="preserve"> - Provides a detailed overview of the new web editor's features and how it enhances the creative process for users.</w:t>
      </w:r>
      <w:r/>
    </w:p>
    <w:p>
      <w:pPr>
        <w:pStyle w:val="ListNumber"/>
        <w:spacing w:line="240" w:lineRule="auto"/>
        <w:ind w:left="720"/>
      </w:pPr>
      <w:r/>
      <w:hyperlink r:id="rId13">
        <w:r>
          <w:rPr>
            <w:color w:val="0000EE"/>
            <w:u w:val="single"/>
          </w:rPr>
          <w:t>https://venturebeat.com/ai/midjourney-releases-new-unified-ai-image-editor-on-the-web/</w:t>
        </w:r>
      </w:hyperlink>
      <w:r>
        <w:t xml:space="preserve"> - Corroborates the availability of the new web editor to users who have created at least 10 images on the platform.</w:t>
      </w:r>
      <w:r/>
    </w:p>
    <w:p>
      <w:pPr>
        <w:pStyle w:val="ListNumber"/>
        <w:spacing w:line="240" w:lineRule="auto"/>
        <w:ind w:left="720"/>
      </w:pPr>
      <w:r/>
      <w:hyperlink r:id="rId15">
        <w:r>
          <w:rPr>
            <w:color w:val="0000EE"/>
            <w:u w:val="single"/>
          </w:rPr>
          <w:t>https://techcrunch.com/2024/10/19/midjourney-plans-to-let-anyone-on-the-web-edit-images-with-ai/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xmlab.com/index.php/the-launch-of-mid-journeys-web-version-its-benefits-for-users-and-its-likely-impact-on-its-competitors" TargetMode="External"/><Relationship Id="rId11" Type="http://schemas.openxmlformats.org/officeDocument/2006/relationships/hyperlink" Target="https://www.maginative.com/article/midjourney-launches-new-web-editor-improving-workflow-for-creators/" TargetMode="External"/><Relationship Id="rId12" Type="http://schemas.openxmlformats.org/officeDocument/2006/relationships/hyperlink" Target="https://neuron.expert/news/midjourney-plans-to-let-anyone-on-the-web-edit-images-with-ai/8941/en/" TargetMode="External"/><Relationship Id="rId13" Type="http://schemas.openxmlformats.org/officeDocument/2006/relationships/hyperlink" Target="https://venturebeat.com/ai/midjourney-releases-new-unified-ai-image-editor-on-the-web/" TargetMode="External"/><Relationship Id="rId14" Type="http://schemas.openxmlformats.org/officeDocument/2006/relationships/hyperlink" Target="https://www.youtube.com/watch?v=LXmN2ciW6uY" TargetMode="External"/><Relationship Id="rId15" Type="http://schemas.openxmlformats.org/officeDocument/2006/relationships/hyperlink" Target="https://techcrunch.com/2024/10/19/midjourney-plans-to-let-anyone-on-the-web-edit-image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