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future of content creation with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episode of the "Sales POP!" podcast, John Golden, a prominent figure in the sales industry, engaged in an insightful discussion with Jon Gillham, the founder of Originality. This episode delved into the emerging intersection between artificial intelligence (AI) and content creation, a topic of increasing relevance in today's digital landscape.</w:t>
      </w:r>
      <w:r/>
    </w:p>
    <w:p>
      <w:r/>
      <w:r>
        <w:t>Jon Gillham has established himself at the forefront of tackling challenges associated with AI-generated content through his company, Originality. The company is dedicated to creating solutions to help businesses detect and manage content produced by AI. During the podcast, Gillham illuminated several important points about the current state and potential future of AI in content creation.</w:t>
      </w:r>
      <w:r/>
    </w:p>
    <w:p>
      <w:r/>
      <w:r>
        <w:t>One of the central themes of their discussion was the risk presented by an over-reliance on AI-generated content. Gillham pointed out that while AI tools offer remarkable efficiencies and capabilities, there are inherent risks involved if they are utilized without human oversight. Key concerns include possible damage to a company’s reputation if AI-written content fails to meet human standards for quality and authenticity. Furthermore, businesses could face penalties from search engines like Google, which may devalue or penalise content deemed inauthentic or predominantly machine-generated.</w:t>
      </w:r>
      <w:r/>
    </w:p>
    <w:p>
      <w:r/>
      <w:r>
        <w:t>Moreover, Gillham touched upon the ethical implications of using AI in content writing. He urged businesses to consider the impacts of unchecked AI tool usage, advocating for robust guidelines that define the role of AI in their content strategies. Transparency, he suggested, is crucial to maintaining trust with audiences. By clearly marking AI-generated content and ensuring human review, businesses can safeguard against the ethical pitfalls associated with these technologies.</w:t>
      </w:r>
      <w:r/>
    </w:p>
    <w:p>
      <w:r/>
      <w:r>
        <w:t>Originality plays a pivotal role for companies wishing to navigate these complexities. The firm offers solutions designed to identify AI-generated content, thereby allowing businesses to better manage their online presence and maintain the authenticity necessary for consumer trust. The tools provided by Originality align with Gillham’s advocacy for the responsible integration of AI in content creation, ensuring content integrity without compromising the innovation that AI brings.</w:t>
      </w:r>
      <w:r/>
    </w:p>
    <w:p>
      <w:r/>
      <w:r>
        <w:t>The conversation between John Golden and Jon Gillham offers a glimpse into the future of content creation in a world increasingly shaped by AI technologies. With potential risks as well as benefits on the horizon, the insights shared on the "Sales POP!" podcast provide valuable perspectives for businesses aiming to adapt to these challenges responsibly. This episode is accessible to listeners through Apple Podcast and other major podcast platforms, catering to those interested in the evolving narrative of AI in content creation.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https://poddtoppen.se/podcast/1455305326/sales-pop-podcasts/content-integrity-in-the-age-of-ai-with-jon-gillham</w:t>
        </w:r>
      </w:hyperlink>
      <w:r>
        <w:t xml:space="preserve"> - This link corroborates the discussion between John Golden and Jon Gillham on the 'Sales POP!' podcast about the challenges of AI-generated content.</w:t>
      </w:r>
      <w:r/>
    </w:p>
    <w:p>
      <w:pPr>
        <w:pStyle w:val="ListNumber"/>
        <w:spacing w:line="240" w:lineRule="auto"/>
        <w:ind w:left="720"/>
      </w:pPr>
      <w:r/>
      <w:hyperlink r:id="rId11">
        <w:r>
          <w:rPr>
            <w:color w:val="0000EE"/>
            <w:u w:val="single"/>
          </w:rPr>
          <w:t>https://www.youtube.com/watch?v=pKAzClnbQp4</w:t>
        </w:r>
      </w:hyperlink>
      <w:r>
        <w:t xml:space="preserve"> - This video transcript details the discussion on the risks of AI-generated content, ethical implications, and the need for transparency and human oversight.</w:t>
      </w:r>
      <w:r/>
    </w:p>
    <w:p>
      <w:pPr>
        <w:pStyle w:val="ListNumber"/>
        <w:spacing w:line="240" w:lineRule="auto"/>
        <w:ind w:left="720"/>
      </w:pPr>
      <w:r/>
      <w:hyperlink r:id="rId12">
        <w:r>
          <w:rPr>
            <w:color w:val="0000EE"/>
            <w:u w:val="single"/>
          </w:rPr>
          <w:t>https://www.youtube.com/watch?v=eiFeLtu0aak</w:t>
        </w:r>
      </w:hyperlink>
      <w:r>
        <w:t xml:space="preserve"> - This video discusses the current state of AI and content integrity, the risks of AI in content creation, and the importance of transparency and ethical guidelines.</w:t>
      </w:r>
      <w:r/>
    </w:p>
    <w:p>
      <w:pPr>
        <w:pStyle w:val="ListNumber"/>
        <w:spacing w:line="240" w:lineRule="auto"/>
        <w:ind w:left="720"/>
      </w:pPr>
      <w:r/>
      <w:hyperlink r:id="rId13">
        <w:r>
          <w:rPr>
            <w:color w:val="0000EE"/>
            <w:u w:val="single"/>
          </w:rPr>
          <w:t>https://podcasts.apple.com/us/podcast/sales-pop-podcasts/id1455305326</w:t>
        </w:r>
      </w:hyperlink>
      <w:r>
        <w:t xml:space="preserve"> - This link provides access to the 'Sales POP!' podcast episode where John Golden and Jon Gillham discuss the challenges of AI-generated content and its impact on businesses.</w:t>
      </w:r>
      <w:r/>
    </w:p>
    <w:p>
      <w:pPr>
        <w:pStyle w:val="ListNumber"/>
        <w:spacing w:line="240" w:lineRule="auto"/>
        <w:ind w:left="720"/>
      </w:pPr>
      <w:r/>
      <w:hyperlink r:id="rId14">
        <w:r>
          <w:rPr>
            <w:color w:val="0000EE"/>
            <w:u w:val="single"/>
          </w:rPr>
          <w:t>https://www.amazon.com/Sales-POP-Podcasts/dp/B08JJT9KW4</w:t>
        </w:r>
      </w:hyperlink>
      <w:r>
        <w:t xml:space="preserve"> - This page mentions the podcast episode with Jon Gillham, highlighting the discussion on AI-generated content and its risks, as well as the importance of content integrity.</w:t>
      </w:r>
      <w:r/>
    </w:p>
    <w:p>
      <w:pPr>
        <w:pStyle w:val="ListNumber"/>
        <w:spacing w:line="240" w:lineRule="auto"/>
        <w:ind w:left="720"/>
      </w:pPr>
      <w:r/>
      <w:hyperlink r:id="rId11">
        <w:r>
          <w:rPr>
            <w:color w:val="0000EE"/>
            <w:u w:val="single"/>
          </w:rPr>
          <w:t>https://www.youtube.com/watch?v=pKAzClnbQp4</w:t>
        </w:r>
      </w:hyperlink>
      <w:r>
        <w:t xml:space="preserve"> - This video explains the challenges faced by search engines like Google in dealing with AI-generated content and potential solutions.</w:t>
      </w:r>
      <w:r/>
    </w:p>
    <w:p>
      <w:pPr>
        <w:pStyle w:val="ListNumber"/>
        <w:spacing w:line="240" w:lineRule="auto"/>
        <w:ind w:left="720"/>
      </w:pPr>
      <w:r/>
      <w:hyperlink r:id="rId12">
        <w:r>
          <w:rPr>
            <w:color w:val="0000EE"/>
            <w:u w:val="single"/>
          </w:rPr>
          <w:t>https://www.youtube.com/watch?v=eiFeLtu0aak</w:t>
        </w:r>
      </w:hyperlink>
      <w:r>
        <w:t xml:space="preserve"> - This video elaborates on the functionality of Originality's tool in detecting AI-generated content, plagiarism, and fact-checking.</w:t>
      </w:r>
      <w:r/>
    </w:p>
    <w:p>
      <w:pPr>
        <w:pStyle w:val="ListNumber"/>
        <w:spacing w:line="240" w:lineRule="auto"/>
        <w:ind w:left="720"/>
      </w:pPr>
      <w:r/>
      <w:hyperlink r:id="rId10">
        <w:r>
          <w:rPr>
            <w:color w:val="0000EE"/>
            <w:u w:val="single"/>
          </w:rPr>
          <w:t>https://poddtoppen.se/podcast/1455305326/sales-pop-podcasts/content-integrity-in-the-age-of-ai-with-jon-gillham</w:t>
        </w:r>
      </w:hyperlink>
      <w:r>
        <w:t xml:space="preserve"> - This podcast episode highlights the importance of maintaining content integrity and ethical standards when using AI in content creation.</w:t>
      </w:r>
      <w:r/>
    </w:p>
    <w:p>
      <w:pPr>
        <w:pStyle w:val="ListNumber"/>
        <w:spacing w:line="240" w:lineRule="auto"/>
        <w:ind w:left="720"/>
      </w:pPr>
      <w:r/>
      <w:hyperlink r:id="rId11">
        <w:r>
          <w:rPr>
            <w:color w:val="0000EE"/>
            <w:u w:val="single"/>
          </w:rPr>
          <w:t>https://www.youtube.com/watch?v=pKAzClnbQp4</w:t>
        </w:r>
      </w:hyperlink>
      <w:r>
        <w:t xml:space="preserve"> - This discussion covers the impact of AI on the knowledge economy and the broader disruption caused by generative AI across various industries.</w:t>
      </w:r>
      <w:r/>
    </w:p>
    <w:p>
      <w:pPr>
        <w:pStyle w:val="ListNumber"/>
        <w:spacing w:line="240" w:lineRule="auto"/>
        <w:ind w:left="720"/>
      </w:pPr>
      <w:r/>
      <w:hyperlink r:id="rId12">
        <w:r>
          <w:rPr>
            <w:color w:val="0000EE"/>
            <w:u w:val="single"/>
          </w:rPr>
          <w:t>https://www.youtube.com/watch?v=eiFeLtu0aak</w:t>
        </w:r>
      </w:hyperlink>
      <w:r>
        <w:t xml:space="preserve"> - This video emphasizes the need for clear guidelines for using AI in content creation and the importance of transparency in marketing agencies regarding AI use.</w:t>
      </w:r>
      <w:r/>
    </w:p>
    <w:p>
      <w:pPr>
        <w:pStyle w:val="ListNumber"/>
        <w:spacing w:line="240" w:lineRule="auto"/>
        <w:ind w:left="720"/>
      </w:pPr>
      <w:r/>
      <w:hyperlink r:id="rId13">
        <w:r>
          <w:rPr>
            <w:color w:val="0000EE"/>
            <w:u w:val="single"/>
          </w:rPr>
          <w:t>https://podcasts.apple.com/us/podcast/sales-pop-podcasts/id1455305326</w:t>
        </w:r>
      </w:hyperlink>
      <w:r>
        <w:t xml:space="preserve"> - This podcast platform hosts the episode where Gillham stresses the importance of human creativity in content and the future of AI tools in content creation.</w:t>
      </w:r>
      <w:r/>
    </w:p>
    <w:p>
      <w:pPr>
        <w:pStyle w:val="ListNumber"/>
        <w:spacing w:line="240" w:lineRule="auto"/>
        <w:ind w:left="720"/>
      </w:pPr>
      <w:r/>
      <w:hyperlink r:id="rId15">
        <w:r>
          <w:rPr>
            <w:color w:val="0000EE"/>
            <w:u w:val="single"/>
          </w:rPr>
          <w:t>https://salespop.net/podcast/audio-content-integrity-in-the-age-of-ai/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oddtoppen.se/podcast/1455305326/sales-pop-podcasts/content-integrity-in-the-age-of-ai-with-jon-gillham" TargetMode="External"/><Relationship Id="rId11" Type="http://schemas.openxmlformats.org/officeDocument/2006/relationships/hyperlink" Target="https://www.youtube.com/watch?v=pKAzClnbQp4" TargetMode="External"/><Relationship Id="rId12" Type="http://schemas.openxmlformats.org/officeDocument/2006/relationships/hyperlink" Target="https://www.youtube.com/watch?v=eiFeLtu0aak" TargetMode="External"/><Relationship Id="rId13" Type="http://schemas.openxmlformats.org/officeDocument/2006/relationships/hyperlink" Target="https://podcasts.apple.com/us/podcast/sales-pop-podcasts/id1455305326" TargetMode="External"/><Relationship Id="rId14" Type="http://schemas.openxmlformats.org/officeDocument/2006/relationships/hyperlink" Target="https://www.amazon.com/Sales-POP-Podcasts/dp/B08JJT9KW4" TargetMode="External"/><Relationship Id="rId15" Type="http://schemas.openxmlformats.org/officeDocument/2006/relationships/hyperlink" Target="https://salespop.net/podcast/audio-content-integrity-in-the-age-of-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