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method enhances dairy product safety using AI and genetic sequencing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Penn State, Cornell University, and IBM Research have pioneered a novel method to enhance dairy product safety using advanced genetic sequencing and artificial intelligence (AI). Detailed in the journal mSystems, their study outlines how these technologies can identify anomalies in milk production, such as contamination or unauthorised additives, offering a potential leap forward in food safety protocols.</w:t>
      </w:r>
      <w:r/>
    </w:p>
    <w:p>
      <w:r/>
      <w:r>
        <w:t>The team applied a technique known as shotgun metagenomics, which involves analysing the genetic material of all microorganisms in a sample, alongside AI to detect treated milk. This process was specifically validated by examining both collected milk samples and publicly accessible genetic datasets. By harnessing the capabilities of AI, the researchers successfully differentiated between normal milk samples and those containing antibiotics, which had been experimentally added.</w:t>
      </w:r>
      <w:r/>
    </w:p>
    <w:p>
      <w:r/>
      <w:r>
        <w:t>Erika Ganda, the study's lead and assistant professor of food animal microbiomes at Penn State, explained the significance of the findings. She noted that AI's ability to interpret microbial data allows for a more precise determination of milk's status, whether pre- or post-pasteurisation, or if it derives from cows treated with antibiotics. The study analysed 58 bulk tank milk samples, employing various AI algorithms to identify deviations from typical samples, which might indicate milk sourced from a different farm or containing antibiotics.</w:t>
      </w:r>
      <w:r/>
    </w:p>
    <w:p>
      <w:r/>
      <w:r>
        <w:t>This research was unprecedented in its depth of metagenomic sequencing, revealing a consistent microbial profile across different samples. The ability to identify these microbial signatures, which traditional methodologies often overlook, marks a significant advancement in food safety measures. The study demonstrates the potential of AI to improve anomaly detection in food production, enhancing tools available for ensuring food safety, as highlighted by Kristen Beck, senior research scientist at IBM Research.</w:t>
      </w:r>
      <w:r/>
    </w:p>
    <w:p>
      <w:r/>
      <w:r>
        <w:t>The implications of this research extend beyond dairy production, potentially influencing the entire food industry. Milk is considered an ideal model for this study due to its high-volume production and vulnerability to fraud, particularly in developing regions. Ganda emphasised that food safety issues can have extensive supply chain impacts, resulting in health and economic consequences. Therefore, the integration of AI can augment current methods to preemptively identify risks associated with food fraud and quality issues.</w:t>
      </w:r>
      <w:r/>
    </w:p>
    <w:p>
      <w:r/>
      <w:r>
        <w:t>Importantly, the collaboration leveraged the unique strengths of the participating institutions. IBM's open-source AI technology, Automated Explainable AI for Omics, played a pivotal role in processing vast metagenomic datasets, highlighting microbial markers that standard methods might miss. The expertise in dairy science from Cornell University enhanced the study's practical relevance. Moreover, Penn State's One Health Microbiome Center within the Huck Institutes for the Life Sciences contributed significantly to integrating microbial data for broader health and safety applications.</w:t>
      </w:r>
      <w:r/>
    </w:p>
    <w:p>
      <w:r/>
      <w:r>
        <w:t>The project also involved contributions from various research associates, including Niina Haiminen, Akshay Agarwal, Anna Paola Carrieri, Matthew Madgwick, Jennifer Kelly, and Ban Kawas from IBM Research; Victor Pylro from the Federal University of Lavras, Brazil; and Martin Wiedmann from Cornell University. The U.S. Department of Agriculture supported the research through Penn State, underscoring its importance to the development of safer food production techniques.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https://ai.psu.edu</w:t>
        </w:r>
      </w:hyperlink>
      <w:r>
        <w:t xml:space="preserve"> - Mentions Penn State researchers using genetic sequencing and AI to detect anomalies in milk production, highlighting the collaboration with Cornell University and IBM Research.</w:t>
      </w:r>
      <w:r/>
    </w:p>
    <w:p>
      <w:pPr>
        <w:pStyle w:val="ListNumber"/>
        <w:spacing w:line="240" w:lineRule="auto"/>
        <w:ind w:left="720"/>
      </w:pPr>
      <w:r/>
      <w:hyperlink r:id="rId11">
        <w:r>
          <w:rPr>
            <w:color w:val="0000EE"/>
            <w:u w:val="single"/>
          </w:rPr>
          <w:t>https://agsci.psu.edu/news</w:t>
        </w:r>
      </w:hyperlink>
      <w:r>
        <w:t xml:space="preserve"> - Discusses the research project involving Penn State, Cornell University, and IBM Research to enhance dairy safety using genetic sequencing and AI.</w:t>
      </w:r>
      <w:r/>
    </w:p>
    <w:p>
      <w:pPr>
        <w:pStyle w:val="ListNumber"/>
        <w:spacing w:line="240" w:lineRule="auto"/>
        <w:ind w:left="720"/>
      </w:pPr>
      <w:r/>
      <w:hyperlink r:id="rId12">
        <w:r>
          <w:rPr>
            <w:color w:val="0000EE"/>
            <w:u w:val="single"/>
          </w:rPr>
          <w:t>https://www.psu.edu/news/research/story/ai-decodes-microbes-message-milk-safety-testing-approach</w:t>
        </w:r>
      </w:hyperlink>
      <w:r>
        <w:t xml:space="preserve"> - Details the study published in mSystems, where researchers used shotgun metagenomics and AI to detect anomalies in milk production, such as contamination or unauthorized additives.</w:t>
      </w:r>
      <w:r/>
    </w:p>
    <w:p>
      <w:pPr>
        <w:pStyle w:val="ListNumber"/>
        <w:spacing w:line="240" w:lineRule="auto"/>
        <w:ind w:left="720"/>
      </w:pPr>
      <w:r/>
      <w:hyperlink r:id="rId13">
        <w:r>
          <w:rPr>
            <w:color w:val="0000EE"/>
            <w:u w:val="single"/>
          </w:rPr>
          <w:t>https://www.food-safety.com/articles/9817-combining-genomic-data-ai-analysis-creates-a-powerful-food-safety-detection-tool-study-shows</w:t>
        </w:r>
      </w:hyperlink>
      <w:r>
        <w:t xml:space="preserve"> - Explains how the combination of genomic sequencing and AI analysis was used to detect contaminants and unauthorized antibiotics in milk samples, supported by the U.S. Department of Agriculture through Penn State.</w:t>
      </w:r>
      <w:r/>
    </w:p>
    <w:p>
      <w:pPr>
        <w:pStyle w:val="ListNumber"/>
        <w:spacing w:line="240" w:lineRule="auto"/>
        <w:ind w:left="720"/>
      </w:pPr>
      <w:r/>
      <w:hyperlink r:id="rId14">
        <w:r>
          <w:rPr>
            <w:color w:val="0000EE"/>
            <w:u w:val="single"/>
          </w:rPr>
          <w:t>https://www.sciencedaily.com/releases/2024/10/241017113850.htm</w:t>
        </w:r>
      </w:hyperlink>
      <w:r>
        <w:t xml:space="preserve"> - Describes the study's findings on using genetic sequencing and AI to identify anomalies in milk production, including the detection of antibiotic-treated milk and the validation using publicly available genetic datasets.</w:t>
      </w:r>
      <w:r/>
    </w:p>
    <w:p>
      <w:pPr>
        <w:pStyle w:val="ListNumber"/>
        <w:spacing w:line="240" w:lineRule="auto"/>
        <w:ind w:left="720"/>
      </w:pPr>
      <w:r/>
      <w:hyperlink r:id="rId12">
        <w:r>
          <w:rPr>
            <w:color w:val="0000EE"/>
            <w:u w:val="single"/>
          </w:rPr>
          <w:t>https://www.psu.edu/news/research/story/ai-decodes-microbes-message-milk-safety-testing-approach</w:t>
        </w:r>
      </w:hyperlink>
      <w:r>
        <w:t xml:space="preserve"> - Quotes Erika Ganda on the significance of the findings, including AI's ability to determine milk's status and the consistent microbial profile across different samples.</w:t>
      </w:r>
      <w:r/>
    </w:p>
    <w:p>
      <w:pPr>
        <w:pStyle w:val="ListNumber"/>
        <w:spacing w:line="240" w:lineRule="auto"/>
        <w:ind w:left="720"/>
      </w:pPr>
      <w:r/>
      <w:hyperlink r:id="rId13">
        <w:r>
          <w:rPr>
            <w:color w:val="0000EE"/>
            <w:u w:val="single"/>
          </w:rPr>
          <w:t>https://www.food-safety.com/articles/9817-combining-genomic-data-ai-analysis-creates-a-powerful-food-safety-detection-tool-study-shows</w:t>
        </w:r>
      </w:hyperlink>
      <w:r>
        <w:t xml:space="preserve"> - Highlights the use of various AI algorithms to identify deviations from typical milk samples and the unprecedented depth of metagenomic sequencing in the study.</w:t>
      </w:r>
      <w:r/>
    </w:p>
    <w:p>
      <w:pPr>
        <w:pStyle w:val="ListNumber"/>
        <w:spacing w:line="240" w:lineRule="auto"/>
        <w:ind w:left="720"/>
      </w:pPr>
      <w:r/>
      <w:hyperlink r:id="rId14">
        <w:r>
          <w:rPr>
            <w:color w:val="0000EE"/>
            <w:u w:val="single"/>
          </w:rPr>
          <w:t>https://www.sciencedaily.com/releases/2024/10/241017113850.htm</w:t>
        </w:r>
      </w:hyperlink>
      <w:r>
        <w:t xml:space="preserve"> - Mentions Kristen Beck's comments on the potential of AI to improve anomaly detection in food production and enhance food safety measures.</w:t>
      </w:r>
      <w:r/>
    </w:p>
    <w:p>
      <w:pPr>
        <w:pStyle w:val="ListNumber"/>
        <w:spacing w:line="240" w:lineRule="auto"/>
        <w:ind w:left="720"/>
      </w:pPr>
      <w:r/>
      <w:hyperlink r:id="rId12">
        <w:r>
          <w:rPr>
            <w:color w:val="0000EE"/>
            <w:u w:val="single"/>
          </w:rPr>
          <w:t>https://www.psu.edu/news/research/story/ai-decodes-microbes-message-milk-safety-testing-approach</w:t>
        </w:r>
      </w:hyperlink>
      <w:r>
        <w:t xml:space="preserve"> - Explains the broader implications of the research for the entire food industry, particularly in high-volume production and vulnerability to fraud in developing regions.</w:t>
      </w:r>
      <w:r/>
    </w:p>
    <w:p>
      <w:pPr>
        <w:pStyle w:val="ListNumber"/>
        <w:spacing w:line="240" w:lineRule="auto"/>
        <w:ind w:left="720"/>
      </w:pPr>
      <w:r/>
      <w:hyperlink r:id="rId13">
        <w:r>
          <w:rPr>
            <w:color w:val="0000EE"/>
            <w:u w:val="single"/>
          </w:rPr>
          <w:t>https://www.food-safety.com/articles/9817-combining-genomic-data-ai-analysis-creates-a-powerful-food-safety-detection-tool-study-shows</w:t>
        </w:r>
      </w:hyperlink>
      <w:r>
        <w:t xml:space="preserve"> - Details the collaboration and the unique strengths of the participating institutions, including IBM's open-source AI technology and Cornell University's expertise in dairy science.</w:t>
      </w:r>
      <w:r/>
    </w:p>
    <w:p>
      <w:pPr>
        <w:pStyle w:val="ListNumber"/>
        <w:spacing w:line="240" w:lineRule="auto"/>
        <w:ind w:left="720"/>
      </w:pPr>
      <w:r/>
      <w:hyperlink r:id="rId14">
        <w:r>
          <w:rPr>
            <w:color w:val="0000EE"/>
            <w:u w:val="single"/>
          </w:rPr>
          <w:t>https://www.sciencedaily.com/releases/2024/10/241017113850.htm</w:t>
        </w:r>
      </w:hyperlink>
      <w:r>
        <w:t xml:space="preserve"> - Mentions the contributions from various research associates and the support from the U.S. Department of Agriculture through Penn State.</w:t>
      </w:r>
      <w:r/>
    </w:p>
    <w:p>
      <w:pPr>
        <w:pStyle w:val="ListNumber"/>
        <w:spacing w:line="240" w:lineRule="auto"/>
        <w:ind w:left="720"/>
      </w:pPr>
      <w:r/>
      <w:hyperlink r:id="rId14">
        <w:r>
          <w:rPr>
            <w:color w:val="0000EE"/>
            <w:u w:val="single"/>
          </w:rPr>
          <w:t>https://www.sciencedaily.com/releases/2024/10/241017113850.htm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psu.edu" TargetMode="External"/><Relationship Id="rId11" Type="http://schemas.openxmlformats.org/officeDocument/2006/relationships/hyperlink" Target="https://agsci.psu.edu/news" TargetMode="External"/><Relationship Id="rId12" Type="http://schemas.openxmlformats.org/officeDocument/2006/relationships/hyperlink" Target="https://www.psu.edu/news/research/story/ai-decodes-microbes-message-milk-safety-testing-approach" TargetMode="External"/><Relationship Id="rId13" Type="http://schemas.openxmlformats.org/officeDocument/2006/relationships/hyperlink" Target="https://www.food-safety.com/articles/9817-combining-genomic-data-ai-analysis-creates-a-powerful-food-safety-detection-tool-study-shows" TargetMode="External"/><Relationship Id="rId14" Type="http://schemas.openxmlformats.org/officeDocument/2006/relationships/hyperlink" Target="https://www.sciencedaily.com/releases/2024/10/24101711385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