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Obsbots launches advanced Meet 2 webcam, the smallest 4K model on the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OBSBOT Launches Advanced Meet 2 Webcam, the Smallest 4K Model on the Market</w:t>
      </w:r>
      <w:r/>
    </w:p>
    <w:p>
      <w:r/>
      <w:r>
        <w:rPr>
          <w:b/>
        </w:rPr>
        <w:t>London, UK</w:t>
      </w:r>
      <w:r>
        <w:t xml:space="preserve"> – [Date] – The technology landscape was enriched today with the introduction of the OBSBOT Meet 2, an AI-powered webcam poised to make waves in the realms of online streaming, video conferencing, and digital content creation. As the smallest 4K webcam currently available, it captures the progression in webcam technology with an array of features packed into a compact design.</w:t>
      </w:r>
      <w:r/>
    </w:p>
    <w:p>
      <w:r/>
      <w:r>
        <w:t>The OBSBOT Meet 2 boasts a 1/2” CMOS sensor combined with an f/1.8 aperture, ensuring high video quality with superior clarity. Presently, it is offered in a trio of distinctive colours: Cloud White, Space Grey, and Aurora Green, each enhancing the webcam's aesthetic appeal.</w:t>
      </w:r>
      <w:r/>
    </w:p>
    <w:p>
      <w:r/>
      <w:r>
        <w:t>The webcam supports shooting in 4K resolution at 30 fps and can also produce 1080P quality video at 60 fps. Its versatility extends to filming in both horizontal and vertical formats, catering to various platform requirements such as YouTube, TikTok, and professional setups.</w:t>
      </w:r>
      <w:r/>
    </w:p>
    <w:p>
      <w:r/>
      <w:r>
        <w:t>Among its notable features, the OBSBOT Meet 2 leverages artificial intelligence for multiple operational functionalities. It incorporates sophisticated framing controls, phase detect autofocus, and 4x digital zoom capabilities. Specifically designed modes including "Upper Body Mode," "Close Up Mode," and "Group Mode" offer tailored framing adjustments depending on the user's needs, whether for a dynamic presentation or a group meeting.</w:t>
      </w:r>
      <w:r/>
    </w:p>
    <w:p>
      <w:r/>
      <w:r>
        <w:t>Connectivity and control are streamlined through the OBSBOT Center app, which provides comprehensive control over the camera's functionalities. The app includes settings for manual exposure adjustments—allowing changes in shutter speed and ISO—alongside options for altering white balance, contrast, saturation, sharpness, and hue. For users wanting a polished appearance, an integrated Retouch menu offers features from skin smoothing to facial narrowing.</w:t>
      </w:r>
      <w:r/>
    </w:p>
    <w:p>
      <w:r/>
      <w:r>
        <w:t>Ease of use is a standout aspect of the Meet 2, functioning effectively as both a plug-and-play device or through its more advanced app-based controls. The intuitive design promotes seamless use with applications like Zoom, without needing any software downloads, a boon for users seeking simplicity.</w:t>
      </w:r>
      <w:r/>
    </w:p>
    <w:p>
      <w:r/>
      <w:r>
        <w:t>Technical enhancements extend to audio, where dual omnidirectional microphones with auto gain control and noise reduction ensure clear communication. This integration of video and audio enhancements positions the Meet 2 as a noteworthy choice for professionals and content creators alike.</w:t>
      </w:r>
      <w:r/>
    </w:p>
    <w:p>
      <w:r/>
      <w:r>
        <w:t>The webcam is shipped with a magnetic mounting clip, a webcam lens cap, and a USB-C cable with a USB-A adaptor, ensuring easy setup and compatibility with various devices. The construction and colour offerings maintain a balance between pleasurable aesthetics and robust build quality.</w:t>
      </w:r>
      <w:r/>
    </w:p>
    <w:p>
      <w:r/>
      <w:r>
        <w:t>Following the release, feedback from early reviewers indicated that while the autofocus feature shows excellence, occasional pulsing when identifying faces was noted. Regardless, the compact size, coupled with the sophisticated feature set of the OBSBOT Meet 2, makes it an attractive choice for users needing high-quality video capture in a travel-friendly package.</w:t>
      </w:r>
      <w:r/>
    </w:p>
    <w:p>
      <w:r/>
      <w:r>
        <w:t>The OBSBOT Meet 2 represents a significant advancement in personal and professional video capture technology. For those engaged in frequent online interactions requiring enhanced visual presentation, this device offers a multitude of options promising both functionality and style.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https://www.tomsguide.com/computing/peripherals/osbot-meet-2-webcam-review</w:t>
        </w:r>
      </w:hyperlink>
      <w:r>
        <w:t xml:space="preserve"> - Corroborates the OBSBOT Meet 2's 4K resolution at 30 fps, 1080p at 60 fps, and the use of a 1/2” CMOS sensor with an f/1.8 aperture.</w:t>
      </w:r>
      <w:r/>
    </w:p>
    <w:p>
      <w:pPr>
        <w:pStyle w:val="ListNumber"/>
        <w:spacing w:line="240" w:lineRule="auto"/>
        <w:ind w:left="720"/>
      </w:pPr>
      <w:r/>
      <w:hyperlink r:id="rId11">
        <w:r>
          <w:rPr>
            <w:color w:val="0000EE"/>
            <w:u w:val="single"/>
          </w:rPr>
          <w:t>https://retrohandhelds.gg/obsbot-meet-2-a-quick-look/</w:t>
        </w:r>
      </w:hyperlink>
      <w:r>
        <w:t xml:space="preserve"> - Supports the webcam's compact size, 4K and 1080p video capabilities, and the presence of a magnetic mounting clip and USB-C connectivity.</w:t>
      </w:r>
      <w:r/>
    </w:p>
    <w:p>
      <w:pPr>
        <w:pStyle w:val="ListNumber"/>
        <w:spacing w:line="240" w:lineRule="auto"/>
        <w:ind w:left="720"/>
      </w:pPr>
      <w:r/>
      <w:hyperlink r:id="rId12">
        <w:r>
          <w:rPr>
            <w:color w:val="0000EE"/>
            <w:u w:val="single"/>
          </w:rPr>
          <w:t>https://www.amazon.com/OBSBOT-Lightweight-Microphone-Space-Grey/dp/B0D9W7J9SK</w:t>
        </w:r>
      </w:hyperlink>
      <w:r>
        <w:t xml:space="preserve"> - Confirms the OBSBOT Meet 2's AI-powered features, including auto-framing, phase detect autofocus, and 4x digital zoom, as well as its dual omnidirectional microphones with noise reduction.</w:t>
      </w:r>
      <w:r/>
    </w:p>
    <w:p>
      <w:pPr>
        <w:pStyle w:val="ListNumber"/>
        <w:spacing w:line="240" w:lineRule="auto"/>
        <w:ind w:left="720"/>
      </w:pPr>
      <w:r/>
      <w:hyperlink r:id="rId10">
        <w:r>
          <w:rPr>
            <w:color w:val="0000EE"/>
            <w:u w:val="single"/>
          </w:rPr>
          <w:t>https://www.tomsguide.com/computing/peripherals/osbot-meet-2-webcam-review</w:t>
        </w:r>
      </w:hyperlink>
      <w:r>
        <w:t xml:space="preserve"> - Details the various modes such as 'Upper Body Mode,' 'Close Up Mode,' and 'Group Mode' and the use of the OBSBOT Center app for manual exposure adjustments.</w:t>
      </w:r>
      <w:r/>
    </w:p>
    <w:p>
      <w:pPr>
        <w:pStyle w:val="ListNumber"/>
        <w:spacing w:line="240" w:lineRule="auto"/>
        <w:ind w:left="720"/>
      </w:pPr>
      <w:r/>
      <w:hyperlink r:id="rId11">
        <w:r>
          <w:rPr>
            <w:color w:val="0000EE"/>
            <w:u w:val="single"/>
          </w:rPr>
          <w:t>https://retrohandhelds.gg/obsbot-meet-2-a-quick-look/</w:t>
        </w:r>
      </w:hyperlink>
      <w:r>
        <w:t xml:space="preserve"> - Mentions the OBSBOT Center software and its tools for adjusting image settings like saturation, contrast, and autofocus mode.</w:t>
      </w:r>
      <w:r/>
    </w:p>
    <w:p>
      <w:pPr>
        <w:pStyle w:val="ListNumber"/>
        <w:spacing w:line="240" w:lineRule="auto"/>
        <w:ind w:left="720"/>
      </w:pPr>
      <w:r/>
      <w:hyperlink r:id="rId12">
        <w:r>
          <w:rPr>
            <w:color w:val="0000EE"/>
            <w:u w:val="single"/>
          </w:rPr>
          <w:t>https://www.amazon.com/OBSBOT-Lightweight-Microphone-Space-Grey/dp/B0D9W7J9SK</w:t>
        </w:r>
      </w:hyperlink>
      <w:r>
        <w:t xml:space="preserve"> - Highlights the webcam's ability to film in both horizontal and vertical formats and its suitability for various platforms like YouTube and TikTok.</w:t>
      </w:r>
      <w:r/>
    </w:p>
    <w:p>
      <w:pPr>
        <w:pStyle w:val="ListNumber"/>
        <w:spacing w:line="240" w:lineRule="auto"/>
        <w:ind w:left="720"/>
      </w:pPr>
      <w:r/>
      <w:hyperlink r:id="rId13">
        <w:r>
          <w:rPr>
            <w:color w:val="0000EE"/>
            <w:u w:val="single"/>
          </w:rPr>
          <w:t>https://fstoppers.com/reviews/review-obsbot-meet-2-ai-powered-4k-webcam-681002</w:t>
        </w:r>
      </w:hyperlink>
      <w:r>
        <w:t xml:space="preserve"> - Discusses the AI-powered features, including multiple framing controls, phase detect autofocus, and the availability of the webcam in three colors: Cloud White, Space Grey, and Aurora Green.</w:t>
      </w:r>
      <w:r/>
    </w:p>
    <w:p>
      <w:pPr>
        <w:pStyle w:val="ListNumber"/>
        <w:spacing w:line="240" w:lineRule="auto"/>
        <w:ind w:left="720"/>
      </w:pPr>
      <w:r/>
      <w:hyperlink r:id="rId10">
        <w:r>
          <w:rPr>
            <w:color w:val="0000EE"/>
            <w:u w:val="single"/>
          </w:rPr>
          <w:t>https://www.tomsguide.com/computing/peripherals/osbot-meet-2-webcam-review</w:t>
        </w:r>
      </w:hyperlink>
      <w:r>
        <w:t xml:space="preserve"> - Notes the ease of use of the Meet 2 as a plug-and-play device and its compatibility with applications like Zoom without needing additional software downloads.</w:t>
      </w:r>
      <w:r/>
    </w:p>
    <w:p>
      <w:pPr>
        <w:pStyle w:val="ListNumber"/>
        <w:spacing w:line="240" w:lineRule="auto"/>
        <w:ind w:left="720"/>
      </w:pPr>
      <w:r/>
      <w:hyperlink r:id="rId11">
        <w:r>
          <w:rPr>
            <w:color w:val="0000EE"/>
            <w:u w:val="single"/>
          </w:rPr>
          <w:t>https://retrohandhelds.gg/obsbot-meet-2-a-quick-look/</w:t>
        </w:r>
      </w:hyperlink>
      <w:r>
        <w:t xml:space="preserve"> - Mentions the webcam's construction, including the magnetic mounting clip, webcam lens cap, and USB-C cable with a USB-A adaptor.</w:t>
      </w:r>
      <w:r/>
    </w:p>
    <w:p>
      <w:pPr>
        <w:pStyle w:val="ListNumber"/>
        <w:spacing w:line="240" w:lineRule="auto"/>
        <w:ind w:left="720"/>
      </w:pPr>
      <w:r/>
      <w:hyperlink r:id="rId13">
        <w:r>
          <w:rPr>
            <w:color w:val="0000EE"/>
            <w:u w:val="single"/>
          </w:rPr>
          <w:t>https://fstoppers.com/reviews/review-obsbot-meet-2-ai-powered-4k-webcam-681002</w:t>
        </w:r>
      </w:hyperlink>
      <w:r>
        <w:t xml:space="preserve"> - Corroborates the feedback from early reviewers about the autofocus feature and occasional pulsing when identifying faces.</w:t>
      </w:r>
      <w:r/>
    </w:p>
    <w:p>
      <w:pPr>
        <w:pStyle w:val="ListNumber"/>
        <w:spacing w:line="240" w:lineRule="auto"/>
        <w:ind w:left="720"/>
      </w:pPr>
      <w:r/>
      <w:hyperlink r:id="rId12">
        <w:r>
          <w:rPr>
            <w:color w:val="0000EE"/>
            <w:u w:val="single"/>
          </w:rPr>
          <w:t>https://www.amazon.com/OBSBOT-Lightweight-Microphone-Space-Grey/dp/B0D9W7J9SK</w:t>
        </w:r>
      </w:hyperlink>
      <w:r>
        <w:t xml:space="preserve"> - Highlights the integrated Retouch menu in the OBSBOT Center app, offering features like skin smoothing and facial narrowing.</w:t>
      </w:r>
      <w:r/>
    </w:p>
    <w:p>
      <w:pPr>
        <w:pStyle w:val="ListNumber"/>
        <w:spacing w:line="240" w:lineRule="auto"/>
        <w:ind w:left="720"/>
      </w:pPr>
      <w:r/>
      <w:hyperlink r:id="rId14">
        <w:r>
          <w:rPr>
            <w:color w:val="0000EE"/>
            <w:u w:val="single"/>
          </w:rPr>
          <w:t>https://fstoppers.com/reviews/review-obsbot-meet-2-ai-powered-4k-webcam-681002?utm_source=FS_RSS&amp;utm_medium=RSS&amp;utm_campaign=Main_RSS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computing/peripherals/osbot-meet-2-webcam-review" TargetMode="External"/><Relationship Id="rId11" Type="http://schemas.openxmlformats.org/officeDocument/2006/relationships/hyperlink" Target="https://retrohandhelds.gg/obsbot-meet-2-a-quick-look/" TargetMode="External"/><Relationship Id="rId12" Type="http://schemas.openxmlformats.org/officeDocument/2006/relationships/hyperlink" Target="https://www.amazon.com/OBSBOT-Lightweight-Microphone-Space-Grey/dp/B0D9W7J9SK" TargetMode="External"/><Relationship Id="rId13" Type="http://schemas.openxmlformats.org/officeDocument/2006/relationships/hyperlink" Target="https://fstoppers.com/reviews/review-obsbot-meet-2-ai-powered-4k-webcam-681002" TargetMode="External"/><Relationship Id="rId14" Type="http://schemas.openxmlformats.org/officeDocument/2006/relationships/hyperlink" Target="https://fstoppers.com/reviews/review-obsbot-meet-2-ai-powered-4k-webcam-681002?utm_source=FS_RSS&amp;utm_medium=RSS&amp;utm_campaign=Main_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