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OliverIQ unveils revolutionary smart home service solution in South Jordan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OliverIQ Unveils Revolutionary Smart Home Service Solution in South Jordan</w:t>
      </w:r>
      <w:r/>
    </w:p>
    <w:p>
      <w:r/>
      <w:r>
        <w:t>SOUTH JORDAN, Utah, October 16, 2024 – OliverIQ, a pioneering company in Smart Home as a Service (SHaaS), announced the release of the OliverIQ Hub today. This device brings a sophisticated level of smart home integration to a broad audience, complete with customer support managed by an AI-powered assistant named Ollie. The launch positions OliverIQ as a leader in providing comprehensive smart home solutions through a straightforward and user-friendly platform.</w:t>
      </w:r>
      <w:r/>
    </w:p>
    <w:p>
      <w:r/>
      <w:r>
        <w:rPr>
          <w:b/>
        </w:rPr>
        <w:t>A New Approach to Smart Homes</w:t>
      </w:r>
      <w:r/>
    </w:p>
    <w:p>
      <w:r/>
      <w:r>
        <w:t>OliverIQ's latest offering stands out in the market for its unique subscription model, which is exclusive to internet service providers (ISPs), security dealers, home builders, professional integration firms, and retailers. The OliverIQ Hub, with its sleek design, is a plug-and-play solution that integrates smart devices from leading manufacturers into a single, cohesive system. Customers can control their homes through the OliverIQ App, which offers advanced automation options termed Experiences. These Experiences, such as "Away" mode and "Wake Up" routine, enhance home safety, efficiency, and convenience through automated processes like lighting adjustments and music control.</w:t>
      </w:r>
      <w:r/>
    </w:p>
    <w:p>
      <w:r/>
      <w:r>
        <w:t>Will West, co-founder and CEO of OliverIQ, highlighted the platform’s transformative potential: “OliverIQ makes service providers the smart home hero for their customers.” He emphasized how the Hub can streamline a homeowner’s experience, reducing multiple actions into a seamless automated process, such as arriving home and having the door unlock and lights adjusted automatically.</w:t>
      </w:r>
      <w:r/>
    </w:p>
    <w:p>
      <w:r/>
      <w:r>
        <w:rPr>
          <w:b/>
        </w:rPr>
        <w:t>Technical Details and Capabilities</w:t>
      </w:r>
      <w:r/>
    </w:p>
    <w:p>
      <w:r/>
      <w:r>
        <w:t>The OliverIQ Hub stands out for its support of multiple connectivity standards, including Z-Wave, Zigbee, Wi-Fi, and Bluetooth, with plans to incorporate Matter. This feature makes the system compatible with an unlimited number of devices, ensuring it can grow alongside users' technology needs. Furthermore, the Hub allows continuous addition of new devices, offering flexibility and assuring long-term service capability.</w:t>
      </w:r>
      <w:r/>
    </w:p>
    <w:p>
      <w:r/>
      <w:r>
        <w:rPr>
          <w:b/>
        </w:rPr>
        <w:t>Introducing Ollie: The AI Support Chatbot</w:t>
      </w:r>
      <w:r/>
    </w:p>
    <w:p>
      <w:r/>
      <w:r>
        <w:t>The introduction of Ollie—an AI-driven support chatbot—marks a significant advancement in smart home service. Functioning as a multilingual assistant, Ollie provides easy-to-understand instructions for setup and troubleshooting, often supported by media such as how-to videos. Capable of diagnosing device issues by accessing their status and error codes, Ollie automates many troubleshooting workflows, thus enhancing user experience and significantly lowering support costs by reducing the reliance on human intervention.</w:t>
      </w:r>
      <w:r/>
    </w:p>
    <w:p>
      <w:r/>
      <w:r>
        <w:t>Jennifer Kent, Vice President of Research at Parks Associates, noted the challenges that many smart home device owners face, with only 40% engaging in coordinated device routines. She expressed optimism about OliverIQ's potential to enhance the whole-home automation experience, positioning service providers to deploy comprehensive solutions efficiently.</w:t>
      </w:r>
      <w:r/>
    </w:p>
    <w:p>
      <w:r/>
      <w:r>
        <w:rPr>
          <w:b/>
        </w:rPr>
        <w:t>Availability and Partner Integration</w:t>
      </w:r>
      <w:r/>
    </w:p>
    <w:p>
      <w:r/>
      <w:r>
        <w:t>The OliverIQ Hub is distributed exclusively through OliverIQ’s partners, including broadband providers, security dealers, home builders, and retailers. This strategic distribution choice aims to offer a more manageable and scalable product for service providers, enabling them to deliver robust smart home services with reduced overhead.</w:t>
      </w:r>
      <w:r/>
    </w:p>
    <w:p>
      <w:r/>
      <w:r>
        <w:t>For more detailed information about the OliverIQ Hub and its AI support assistant Ollie, interested parties can visit OliverIQ's official website. The launch of this hub marks a notable step in the evolution of smart home technology, offering service providers an effective tool to deliver enhanced smart home experiences to their customers.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https://www.prnewswire.com/news-releases/oliveriq-releases-multi-protocol-hub-with-complete-smart-home-as-a-service-offering-302277957.html</w:t>
        </w:r>
      </w:hyperlink>
      <w:r>
        <w:t xml:space="preserve"> - Corroborates the release of the OliverIQ Hub, its integration capabilities, and the role of Ollie the AI assistant.</w:t>
      </w:r>
      <w:r/>
    </w:p>
    <w:p>
      <w:pPr>
        <w:pStyle w:val="ListNumber"/>
        <w:spacing w:line="240" w:lineRule="auto"/>
        <w:ind w:left="720"/>
      </w:pPr>
      <w:r/>
      <w:hyperlink r:id="rId11">
        <w:r>
          <w:rPr>
            <w:color w:val="0000EE"/>
            <w:u w:val="single"/>
          </w:rPr>
          <w:t>https://oliveriq.com/psp/</w:t>
        </w:r>
      </w:hyperlink>
      <w:r>
        <w:t xml:space="preserve"> - Details the unique subscription model exclusive to ISPs, security dealers, home builders, and retailers, and the seamless integration of smart devices.</w:t>
      </w:r>
      <w:r/>
    </w:p>
    <w:p>
      <w:pPr>
        <w:pStyle w:val="ListNumber"/>
        <w:spacing w:line="240" w:lineRule="auto"/>
        <w:ind w:left="720"/>
      </w:pPr>
      <w:r/>
      <w:hyperlink r:id="rId12">
        <w:r>
          <w:rPr>
            <w:color w:val="0000EE"/>
            <w:u w:val="single"/>
          </w:rPr>
          <w:t>https://oliveriq.com/builders/</w:t>
        </w:r>
      </w:hyperlink>
      <w:r>
        <w:t xml:space="preserve"> - Explains how the OliverIQ Hub integrates smart devices and provides a single app for control, benefiting homebuilders and their customers.</w:t>
      </w:r>
      <w:r/>
    </w:p>
    <w:p>
      <w:pPr>
        <w:pStyle w:val="ListNumber"/>
        <w:spacing w:line="240" w:lineRule="auto"/>
        <w:ind w:left="720"/>
      </w:pPr>
      <w:r/>
      <w:hyperlink r:id="rId13">
        <w:r>
          <w:rPr>
            <w:color w:val="0000EE"/>
            <w:u w:val="single"/>
          </w:rPr>
          <w:t>https://oliveriq.com/news/</w:t>
        </w:r>
      </w:hyperlink>
      <w:r>
        <w:t xml:space="preserve"> - Provides information on the launch of OliverIQ's SHaaS solution at CES 2024, highlighting its comprehensive support and integration capabilities.</w:t>
      </w:r>
      <w:r/>
    </w:p>
    <w:p>
      <w:pPr>
        <w:pStyle w:val="ListNumber"/>
        <w:spacing w:line="240" w:lineRule="auto"/>
        <w:ind w:left="720"/>
      </w:pPr>
      <w:r/>
      <w:hyperlink r:id="rId14">
        <w:r>
          <w:rPr>
            <w:color w:val="0000EE"/>
            <w:u w:val="single"/>
          </w:rPr>
          <w:t>https://oliveriq.com</w:t>
        </w:r>
      </w:hyperlink>
      <w:r>
        <w:t xml:space="preserve"> - Outlines the key features of the OliverIQ platform, including the single-app interface, extensive driver support, and leading-edge cloud architecture.</w:t>
      </w:r>
      <w:r/>
    </w:p>
    <w:p>
      <w:pPr>
        <w:pStyle w:val="ListNumber"/>
        <w:spacing w:line="240" w:lineRule="auto"/>
        <w:ind w:left="720"/>
      </w:pPr>
      <w:r/>
      <w:hyperlink r:id="rId10">
        <w:r>
          <w:rPr>
            <w:color w:val="0000EE"/>
            <w:u w:val="single"/>
          </w:rPr>
          <w:t>https://www.prnewswire.com/news-releases/oliveriq-releases-multi-protocol-hub-with-complete-smart-home-as-a-service-offering-302277957.html</w:t>
        </w:r>
      </w:hyperlink>
      <w:r>
        <w:t xml:space="preserve"> - Describes the technical details of the OliverIQ Hub, including its support for multiple connectivity standards and future-proofing with Matter support.</w:t>
      </w:r>
      <w:r/>
    </w:p>
    <w:p>
      <w:pPr>
        <w:pStyle w:val="ListNumber"/>
        <w:spacing w:line="240" w:lineRule="auto"/>
        <w:ind w:left="720"/>
      </w:pPr>
      <w:r/>
      <w:hyperlink r:id="rId11">
        <w:r>
          <w:rPr>
            <w:color w:val="0000EE"/>
            <w:u w:val="single"/>
          </w:rPr>
          <w:t>https://oliveriq.com/psp/</w:t>
        </w:r>
      </w:hyperlink>
      <w:r>
        <w:t xml:space="preserve"> - Highlights the role of Ollie, the AI-driven support chatbot, in providing setup and troubleshooting assistance, reducing support costs.</w:t>
      </w:r>
      <w:r/>
    </w:p>
    <w:p>
      <w:pPr>
        <w:pStyle w:val="ListNumber"/>
        <w:spacing w:line="240" w:lineRule="auto"/>
        <w:ind w:left="720"/>
      </w:pPr>
      <w:r/>
      <w:hyperlink r:id="rId13">
        <w:r>
          <w:rPr>
            <w:color w:val="0000EE"/>
            <w:u w:val="single"/>
          </w:rPr>
          <w:t>https://oliveriq.com/news/</w:t>
        </w:r>
      </w:hyperlink>
      <w:r>
        <w:t xml:space="preserve"> - Discusses the distribution strategy of the OliverIQ Hub through partners like broadband providers, security dealers, and home builders.</w:t>
      </w:r>
      <w:r/>
    </w:p>
    <w:p>
      <w:pPr>
        <w:pStyle w:val="ListNumber"/>
        <w:spacing w:line="240" w:lineRule="auto"/>
        <w:ind w:left="720"/>
      </w:pPr>
      <w:r/>
      <w:hyperlink r:id="rId12">
        <w:r>
          <w:rPr>
            <w:color w:val="0000EE"/>
            <w:u w:val="single"/>
          </w:rPr>
          <w:t>https://oliveriq.com/builders/</w:t>
        </w:r>
      </w:hyperlink>
      <w:r>
        <w:t xml:space="preserve"> - Explains how the OliverIQ platform streamlines the smart home experience, reducing multiple actions into a seamless automated process.</w:t>
      </w:r>
      <w:r/>
    </w:p>
    <w:p>
      <w:pPr>
        <w:pStyle w:val="ListNumber"/>
        <w:spacing w:line="240" w:lineRule="auto"/>
        <w:ind w:left="720"/>
      </w:pPr>
      <w:r/>
      <w:hyperlink r:id="rId14">
        <w:r>
          <w:rPr>
            <w:color w:val="0000EE"/>
            <w:u w:val="single"/>
          </w:rPr>
          <w:t>https://oliveriq.com</w:t>
        </w:r>
      </w:hyperlink>
      <w:r>
        <w:t xml:space="preserve"> - Provides context on the transformative potential of OliverIQ, as highlighted by CEO Will West, in making service providers the smart home heroes for their customers.</w:t>
      </w:r>
      <w:r/>
    </w:p>
    <w:p>
      <w:pPr>
        <w:pStyle w:val="ListNumber"/>
        <w:spacing w:line="240" w:lineRule="auto"/>
        <w:ind w:left="720"/>
      </w:pPr>
      <w:r/>
      <w:hyperlink r:id="rId13">
        <w:r>
          <w:rPr>
            <w:color w:val="0000EE"/>
            <w:u w:val="single"/>
          </w:rPr>
          <w:t>https://oliveriq.com/news/</w:t>
        </w:r>
      </w:hyperlink>
      <w:r>
        <w:t xml:space="preserve"> - Mentions the industry challenges and how OliverIQ's solution addresses them, as noted by Jennifer Kent from Parks Associates.</w:t>
      </w:r>
      <w:r/>
    </w:p>
    <w:p>
      <w:pPr>
        <w:pStyle w:val="ListNumber"/>
        <w:spacing w:line="240" w:lineRule="auto"/>
        <w:ind w:left="720"/>
      </w:pPr>
      <w:r/>
      <w:hyperlink r:id="rId15">
        <w:r>
          <w:rPr>
            <w:color w:val="0000EE"/>
            <w:u w:val="single"/>
          </w:rPr>
          <w:t>https://www.ravepubs.com/oliveriq-releases-multi-protocol-hub-with-complete-smart-home-as-a-service-offering/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oliveriq-releases-multi-protocol-hub-with-complete-smart-home-as-a-service-offering-302277957.html" TargetMode="External"/><Relationship Id="rId11" Type="http://schemas.openxmlformats.org/officeDocument/2006/relationships/hyperlink" Target="https://oliveriq.com/psp/" TargetMode="External"/><Relationship Id="rId12" Type="http://schemas.openxmlformats.org/officeDocument/2006/relationships/hyperlink" Target="https://oliveriq.com/builders/" TargetMode="External"/><Relationship Id="rId13" Type="http://schemas.openxmlformats.org/officeDocument/2006/relationships/hyperlink" Target="https://oliveriq.com/news/" TargetMode="External"/><Relationship Id="rId14" Type="http://schemas.openxmlformats.org/officeDocument/2006/relationships/hyperlink" Target="https://oliveriq.com" TargetMode="External"/><Relationship Id="rId15" Type="http://schemas.openxmlformats.org/officeDocument/2006/relationships/hyperlink" Target="https://www.ravepubs.com/oliveriq-releases-multi-protocol-hub-with-complete-smart-home-as-a-service-offer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