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Parents sue school over AI-related disciplinary action against student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Massachusetts, a legal case has emerged after the parents of a high school student filed a lawsuit against their child's school, seeking to overturn disciplinary actions taken against their son for using Artificial Intelligence (AI) in a class assignment. The student, who has been referred to as RNH in the court documents, confessed to engaging AI technology for assistance on a Social Studies project in December 2022. The school responded by assigning a Saturday detention and reducing his grade, which sparked the legal proceedings.</w:t>
      </w:r>
      <w:r/>
    </w:p>
    <w:p>
      <w:r/>
      <w:r>
        <w:t>The student’s parents have raised concerns about the repercussions of this disciplinary action, particularly in light of their son's aspirations to attend prestigious higher education institutions. They argue that the punishment could cause "irreparable harm" by damaging his academic profile, which is crucial for applications to elite colleges. In their legal filing, the parents are seeking an injunction to expunge any record of the incident from his academic files, restore his eligibility for the National Honor Society, and ensure that his project receives a B grade without any indication of misconduct.</w:t>
      </w:r>
      <w:r/>
    </w:p>
    <w:p>
      <w:r/>
      <w:r>
        <w:t>Conversely, the school maintains its stance by filing a motion to dismiss the lawsuit. They highlight that RNH and his peers were all acquainted with the student handbook provisions distributed in the autumn of 2022, which expressly forbade the use of AI for completing in-class examinations, writing assignments, homework, or classwork without specific authorisation. According to the school’s regulations, students are required to produce work independently to ensure academic integrity and fairness. The school asserts that RNH did not cite the utilisation of AI in his project materials, giving him an unwarranted advantage over his classmates who completed their tasks without similar assistance.</w:t>
      </w:r>
      <w:r/>
    </w:p>
    <w:p>
      <w:r/>
      <w:r>
        <w:t>The educational institution argues that RNH's actions were in direct violation of their policy, which prohibits the use of AI tools without explicit permission. They emphasise that despite whether the AI aided in research rather than writing, the breach remains due to non-disclosure and the unapproved use of external intelligence.</w:t>
      </w:r>
      <w:r/>
    </w:p>
    <w:p>
      <w:r/>
      <w:r>
        <w:t>This case raises significant questions as educational systems grapple with the integration of AI technology in academia. As the legal proceedings continue, the dispute highlights the challenges schools face in balancing academic integrity with evolving technological tools, and how these might impact both governance in academic environments and student futures.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https://www.reddit.com/r/teaching/comments/1g6fqx1/massachusetts_school_sued_for_handling_of_student/</w:t>
        </w:r>
      </w:hyperlink>
      <w:r>
        <w:t xml:space="preserve"> - Corroborates the student's use of AI for brainstorming and outlining, and the subsequent disciplinary actions taken by the school.</w:t>
      </w:r>
      <w:r/>
    </w:p>
    <w:p>
      <w:pPr>
        <w:pStyle w:val="ListNumber"/>
        <w:spacing w:line="240" w:lineRule="auto"/>
        <w:ind w:left="720"/>
      </w:pPr>
      <w:r/>
      <w:hyperlink r:id="rId11">
        <w:r>
          <w:rPr>
            <w:color w:val="0000EE"/>
            <w:u w:val="single"/>
          </w:rPr>
          <w:t>https://www.govtech.com/education/k-12/parents-sue-massachusetts-school-over-students-use-of-ai</w:t>
        </w:r>
      </w:hyperlink>
      <w:r>
        <w:t xml:space="preserve"> - Details the student's use of AI for research and outlining, the teacher's accusations of cheating, and the impact on the student's grades and National Honor Society eligibility.</w:t>
      </w:r>
      <w:r/>
    </w:p>
    <w:p>
      <w:pPr>
        <w:pStyle w:val="ListNumber"/>
        <w:spacing w:line="240" w:lineRule="auto"/>
        <w:ind w:left="720"/>
      </w:pPr>
      <w:r/>
      <w:hyperlink r:id="rId12">
        <w:r>
          <w:rPr>
            <w:color w:val="0000EE"/>
            <w:u w:val="single"/>
          </w:rPr>
          <w:t>https://abcnews.go.com/US/parents-sue-school-massachusetts-after-son-punished-ai/story?id=114819025</w:t>
        </w:r>
      </w:hyperlink>
      <w:r>
        <w:t xml:space="preserve"> - Supports the parents' claims of unfair punishment, the student's use of AI for research, and the potential harm to his college applications.</w:t>
      </w:r>
      <w:r/>
    </w:p>
    <w:p>
      <w:pPr>
        <w:pStyle w:val="ListNumber"/>
        <w:spacing w:line="240" w:lineRule="auto"/>
        <w:ind w:left="720"/>
      </w:pPr>
      <w:r/>
      <w:hyperlink r:id="rId13">
        <w:r>
          <w:rPr>
            <w:color w:val="0000EE"/>
            <w:u w:val="single"/>
          </w:rPr>
          <w:t>https://www.nbcnews.com/now/video/massachusetts-parents-sue-school-claiming-son-was-punished-for-using-ai-222055493914</w:t>
        </w:r>
      </w:hyperlink>
      <w:r>
        <w:t xml:space="preserve"> - Provides video coverage of the lawsuit, highlighting the parents' allegations and the school's response to the student's use of AI.</w:t>
      </w:r>
      <w:r/>
    </w:p>
    <w:p>
      <w:pPr>
        <w:pStyle w:val="ListNumber"/>
        <w:spacing w:line="240" w:lineRule="auto"/>
        <w:ind w:left="720"/>
      </w:pPr>
      <w:r/>
      <w:hyperlink r:id="rId14">
        <w:r>
          <w:rPr>
            <w:color w:val="0000EE"/>
            <w:u w:val="single"/>
          </w:rPr>
          <w:t>https://www.newsnationnow.com/us-news/education/ai-cheating-massachusetts-lawsuit/</w:t>
        </w:r>
      </w:hyperlink>
      <w:r>
        <w:t xml:space="preserve"> - Summarizes the key points of the lawsuit, including the punishments and the parents' demands for rectification.</w:t>
      </w:r>
      <w:r/>
    </w:p>
    <w:p>
      <w:pPr>
        <w:pStyle w:val="ListNumber"/>
        <w:spacing w:line="240" w:lineRule="auto"/>
        <w:ind w:left="720"/>
      </w:pPr>
      <w:r/>
      <w:hyperlink r:id="rId11">
        <w:r>
          <w:rPr>
            <w:color w:val="0000EE"/>
            <w:u w:val="single"/>
          </w:rPr>
          <w:t>https://www.govtech.com/education/k-12/parents-sue-massachusetts-school-over-students-use-of-ai</w:t>
        </w:r>
      </w:hyperlink>
      <w:r>
        <w:t xml:space="preserve"> - Explains the school's policy on AI use, the presentation 'AI &amp; Schoolwork,' and the requirement for teacher permission and citation.</w:t>
      </w:r>
      <w:r/>
    </w:p>
    <w:p>
      <w:pPr>
        <w:pStyle w:val="ListNumber"/>
        <w:spacing w:line="240" w:lineRule="auto"/>
        <w:ind w:left="720"/>
      </w:pPr>
      <w:r/>
      <w:hyperlink r:id="rId12">
        <w:r>
          <w:rPr>
            <w:color w:val="0000EE"/>
            <w:u w:val="single"/>
          </w:rPr>
          <w:t>https://abcnews.go.com/US/parents-sue-school-massachusetts-after-son-punished-ai/story?id=114819025</w:t>
        </w:r>
      </w:hyperlink>
      <w:r>
        <w:t xml:space="preserve"> - Details the school handbook's provisions on unauthorized use of technology, including AI, and the consequences for such actions.</w:t>
      </w:r>
      <w:r/>
    </w:p>
    <w:p>
      <w:pPr>
        <w:pStyle w:val="ListNumber"/>
        <w:spacing w:line="240" w:lineRule="auto"/>
        <w:ind w:left="720"/>
      </w:pPr>
      <w:r/>
      <w:hyperlink r:id="rId10">
        <w:r>
          <w:rPr>
            <w:color w:val="0000EE"/>
            <w:u w:val="single"/>
          </w:rPr>
          <w:t>https://www.reddit.com/r/teaching/comments/1g6fqx1/massachusetts_school_sued_for_handling_of_student/</w:t>
        </w:r>
      </w:hyperlink>
      <w:r>
        <w:t xml:space="preserve"> - Discusses the broader implications of AI use in academic settings and the need for clear guidelines to avoid similar disputes.</w:t>
      </w:r>
      <w:r/>
    </w:p>
    <w:p>
      <w:pPr>
        <w:pStyle w:val="ListNumber"/>
        <w:spacing w:line="240" w:lineRule="auto"/>
        <w:ind w:left="720"/>
      </w:pPr>
      <w:r/>
      <w:hyperlink r:id="rId11">
        <w:r>
          <w:rPr>
            <w:color w:val="0000EE"/>
            <w:u w:val="single"/>
          </w:rPr>
          <w:t>https://www.govtech.com/education/k-12/parents-sue-massachusetts-school-over-students-use-of-ai</w:t>
        </w:r>
      </w:hyperlink>
      <w:r>
        <w:t xml:space="preserve"> - Highlights the student's academic achievements and the potential impact of the disciplinary actions on his college applications.</w:t>
      </w:r>
      <w:r/>
    </w:p>
    <w:p>
      <w:pPr>
        <w:pStyle w:val="ListNumber"/>
        <w:spacing w:line="240" w:lineRule="auto"/>
        <w:ind w:left="720"/>
      </w:pPr>
      <w:r/>
      <w:hyperlink r:id="rId12">
        <w:r>
          <w:rPr>
            <w:color w:val="0000EE"/>
            <w:u w:val="single"/>
          </w:rPr>
          <w:t>https://abcnews.go.com/US/parents-sue-school-massachusetts-after-son-punished-ai/story?id=114819025</w:t>
        </w:r>
      </w:hyperlink>
      <w:r>
        <w:t xml:space="preserve"> - Mentions the parents' request for school administrators to undergo training on AI use in the classroom to clarify policies.</w:t>
      </w:r>
      <w:r/>
    </w:p>
    <w:p>
      <w:pPr>
        <w:pStyle w:val="ListNumber"/>
        <w:spacing w:line="240" w:lineRule="auto"/>
        <w:ind w:left="720"/>
      </w:pPr>
      <w:r/>
      <w:hyperlink r:id="rId14">
        <w:r>
          <w:rPr>
            <w:color w:val="0000EE"/>
            <w:u w:val="single"/>
          </w:rPr>
          <w:t>https://www.newsnationnow.com/us-news/education/ai-cheating-massachusetts-lawsuit/</w:t>
        </w:r>
      </w:hyperlink>
      <w:r>
        <w:t xml:space="preserve"> - Summarizes the legal filing's demands, including the expunging of the incident from the student's record and restoration of his National Honor Society eligibility.</w:t>
      </w:r>
      <w:r/>
    </w:p>
    <w:p>
      <w:pPr>
        <w:pStyle w:val="ListNumber"/>
        <w:spacing w:line="240" w:lineRule="auto"/>
        <w:ind w:left="720"/>
      </w:pPr>
      <w:r/>
      <w:hyperlink r:id="rId15">
        <w:r>
          <w:rPr>
            <w:color w:val="0000EE"/>
            <w:u w:val="single"/>
          </w:rPr>
          <w:t>https://www.breitbart.com/tech/2024/10/19/parents-sue-massachusetts-school-after-student-punished-for-using-ai-in-class-project/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teaching/comments/1g6fqx1/massachusetts_school_sued_for_handling_of_student/" TargetMode="External"/><Relationship Id="rId11" Type="http://schemas.openxmlformats.org/officeDocument/2006/relationships/hyperlink" Target="https://www.govtech.com/education/k-12/parents-sue-massachusetts-school-over-students-use-of-ai" TargetMode="External"/><Relationship Id="rId12" Type="http://schemas.openxmlformats.org/officeDocument/2006/relationships/hyperlink" Target="https://abcnews.go.com/US/parents-sue-school-massachusetts-after-son-punished-ai/story?id=114819025" TargetMode="External"/><Relationship Id="rId13" Type="http://schemas.openxmlformats.org/officeDocument/2006/relationships/hyperlink" Target="https://www.nbcnews.com/now/video/massachusetts-parents-sue-school-claiming-son-was-punished-for-using-ai-222055493914" TargetMode="External"/><Relationship Id="rId14" Type="http://schemas.openxmlformats.org/officeDocument/2006/relationships/hyperlink" Target="https://www.newsnationnow.com/us-news/education/ai-cheating-massachusetts-lawsuit/" TargetMode="External"/><Relationship Id="rId15" Type="http://schemas.openxmlformats.org/officeDocument/2006/relationships/hyperlink" Target="https://www.breitbart.com/tech/2024/10/19/parents-sue-massachusetts-school-after-student-punished-for-using-ai-in-class-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