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Parents sue school over AI-related grade dispute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significant education-related legal dispute in Massachusetts, the parents of a high school senior have initiated a lawsuit against his school and teachers following the issuance of a "D" grade and detention to their son for allegedly using artificial intelligence (AI) inappropriately on a social studies project. </w:t>
      </w:r>
      <w:r/>
    </w:p>
    <w:p>
      <w:r/>
      <w:r>
        <w:t>The controversy centres around the school's accusation that the student engaged in cheating by utilising AI-generated content in his assignment. However, the student's parents, Jennifer and her husband, contest this claim, asserting that there was no explicit rule forbidding the use of AI as per the school's existing guidelines at the time of the incident. The school's decision to reduce the grade of the senior student, whose identity has not been disclosed, from what could have potentially been a higher score, to a low "D", meant that the student was subsequently ineligible for membership in the prestigious National Honor Society. This factor is reportedly jeopardizing the student's chances of admission into several elite institutions, such as Stanford University and the Massachusetts Institute of Technology (MIT), the family argues.</w:t>
      </w:r>
      <w:r/>
    </w:p>
    <w:p>
      <w:r/>
      <w:r>
        <w:t>Jennifer Harris, the student's mother, strongly emphasised the lack of clarity in the school’s rules surrounding AI use, stating that their son’s penalty was unfounded since no explicit regulation existed regarding AI at the time of his assignment submission. She articulated concerns about the impact this grade might have on his applications to top-tier schools, lamenting, "He’s applying to Stanford, he’s applying to MIT. They see a ‘C’ [grade] and it’s going in the trash."</w:t>
      </w:r>
      <w:r/>
    </w:p>
    <w:p>
      <w:r/>
      <w:r>
        <w:t>The family's lawyer, Peter Farrell, challenged the school’s interpretation of AI content as plagiarism. He pointed out that many definitions of plagiarism don't encompass AI-generated work, suggesting that it should be treated as the intellectual property of the individual who used the AI tools. The legal action seeks not only to contest the school's ruling but also to underscore what the family perceives as an inequitable application of unwritten rules at the expense of the student’s future prospects.</w:t>
      </w:r>
      <w:r/>
    </w:p>
    <w:p>
      <w:r/>
      <w:r>
        <w:t>Additionally, Jennifer Harris pointed out the harsh consequences faced by her son, who earned a perfect score on the ACT but missed critical early admission deadlines for several preferred colleges due to this incident. The family wishes to see a change in the school’s decision by elevating the student’s grade, reinstating him into the National Honor Society, and revoking the accusation of cheating.</w:t>
      </w:r>
      <w:r/>
    </w:p>
    <w:p>
      <w:r/>
      <w:r>
        <w:t>The father's stance echoed this sentiment, noting that while some punishments, such as Saturday detention, were irreversible, there were still rectifications the school could implement. He suggested that adjusting the student's grade and acknowledging the lack of cheating could positively impact certain pressures the student currently faces.</w:t>
      </w:r>
      <w:r/>
    </w:p>
    <w:p>
      <w:r/>
      <w:r>
        <w:t>The case highlights a growing tension in educational environments on regulating and adapting to emerging technologies like AI, with implications for academic integrity policies as institutions grapple with the evolving landscape of learning tools and methodologies. The outcome of this lawsuit could potentially influence future policy decisions regarding AI usage in academic assessments.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https://www.newsnationnow.com/us-news/education/ai-cheating-massachusetts-lawsuit/</w:t>
        </w:r>
      </w:hyperlink>
      <w:r>
        <w:t xml:space="preserve"> - Corroborates the lawsuit filed by the parents against the school for punishing their son for using AI on a social studies project, resulting in a 'D' grade and detention.</w:t>
      </w:r>
      <w:r/>
    </w:p>
    <w:p>
      <w:pPr>
        <w:pStyle w:val="ListNumber"/>
        <w:spacing w:line="240" w:lineRule="auto"/>
        <w:ind w:left="720"/>
      </w:pPr>
      <w:r/>
      <w:hyperlink r:id="rId11">
        <w:r>
          <w:rPr>
            <w:color w:val="0000EE"/>
            <w:u w:val="single"/>
          </w:rPr>
          <w:t>https://www.foxnews.com/us/massachusetts-parents-sue-school-district-student-d-ai-social-studies-project</w:t>
        </w:r>
      </w:hyperlink>
      <w:r>
        <w:t xml:space="preserve"> - Details the parents' argument that there was no rule in the school handbook against AI use and the impact on their son's eligibility for the National Honor Society and college admissions.</w:t>
      </w:r>
      <w:r/>
    </w:p>
    <w:p>
      <w:pPr>
        <w:pStyle w:val="ListNumber"/>
        <w:spacing w:line="240" w:lineRule="auto"/>
        <w:ind w:left="720"/>
      </w:pPr>
      <w:r/>
      <w:hyperlink r:id="rId12">
        <w:r>
          <w:rPr>
            <w:color w:val="0000EE"/>
            <w:u w:val="single"/>
          </w:rPr>
          <w:t>https://www.boston25news.com/news/local/parents-hingham-student-sue-school-district-after-son-disciplined-using-ai-school-project/FLHKVXSQPRDLZD7TTMWCRNI54I/</w:t>
        </w:r>
      </w:hyperlink>
      <w:r>
        <w:t xml:space="preserve"> - Provides information on the lawsuit, including the student's academic achievements, the disciplinary actions taken, and the family's claims of civil rights violations.</w:t>
      </w:r>
      <w:r/>
    </w:p>
    <w:p>
      <w:pPr>
        <w:pStyle w:val="ListNumber"/>
        <w:spacing w:line="240" w:lineRule="auto"/>
        <w:ind w:left="720"/>
      </w:pPr>
      <w:r/>
      <w:hyperlink r:id="rId13">
        <w:r>
          <w:rPr>
            <w:color w:val="0000EE"/>
            <w:u w:val="single"/>
          </w:rPr>
          <w:t>https://www.nbcboston.com/news/local/hingham-parents-sue-school-district-claiming-son-unfairly-punished-for-ai-use/3520389/</w:t>
        </w:r>
      </w:hyperlink>
      <w:r>
        <w:t xml:space="preserve"> - Highlights the lack of clear AI policies in the school, the student's use of AI for research, and the broader implications for AI policies in education.</w:t>
      </w:r>
      <w:r/>
    </w:p>
    <w:p>
      <w:pPr>
        <w:pStyle w:val="ListNumber"/>
        <w:spacing w:line="240" w:lineRule="auto"/>
        <w:ind w:left="720"/>
      </w:pPr>
      <w:r/>
      <w:hyperlink r:id="rId11">
        <w:r>
          <w:rPr>
            <w:color w:val="0000EE"/>
            <w:u w:val="single"/>
          </w:rPr>
          <w:t>https://www.foxnews.com/us/massachusetts-parents-sue-school-district-student-d-ai-social-studies-project</w:t>
        </w:r>
      </w:hyperlink>
      <w:r>
        <w:t xml:space="preserve"> - Supports the claim that the student's grade reduction and disciplinary actions are jeopardizing his chances of admission into elite institutions like Stanford and MIT.</w:t>
      </w:r>
      <w:r/>
    </w:p>
    <w:p>
      <w:pPr>
        <w:pStyle w:val="ListNumber"/>
        <w:spacing w:line="240" w:lineRule="auto"/>
        <w:ind w:left="720"/>
      </w:pPr>
      <w:r/>
      <w:hyperlink r:id="rId12">
        <w:r>
          <w:rPr>
            <w:color w:val="0000EE"/>
            <w:u w:val="single"/>
          </w:rPr>
          <w:t>https://www.boston25news.com/news/local/parents-hingham-student-sue-school-district-after-son-disciplined-using-ai-school-project/FLHKVXSQPRDLZD7TTMWCRNI54I/</w:t>
        </w:r>
      </w:hyperlink>
      <w:r>
        <w:t xml:space="preserve"> - Corroborates Jennifer Harris's concerns about the impact of the grade on college applications and the family's request for rectification, including changing the grade and reinstating the student into the National Honor Society.</w:t>
      </w:r>
      <w:r/>
    </w:p>
    <w:p>
      <w:pPr>
        <w:pStyle w:val="ListNumber"/>
        <w:spacing w:line="240" w:lineRule="auto"/>
        <w:ind w:left="720"/>
      </w:pPr>
      <w:r/>
      <w:hyperlink r:id="rId13">
        <w:r>
          <w:rPr>
            <w:color w:val="0000EE"/>
            <w:u w:val="single"/>
          </w:rPr>
          <w:t>https://www.nbcboston.com/news/local/hingham-parents-sue-school-district-claiming-son-unfairly-punished-for-ai-use/3520389/</w:t>
        </w:r>
      </w:hyperlink>
      <w:r>
        <w:t xml:space="preserve"> - Details Peter Farrell's argument that AI-generated content should not be considered plagiarism and the need for clear AI policies in schools.</w:t>
      </w:r>
      <w:r/>
    </w:p>
    <w:p>
      <w:pPr>
        <w:pStyle w:val="ListNumber"/>
        <w:spacing w:line="240" w:lineRule="auto"/>
        <w:ind w:left="720"/>
      </w:pPr>
      <w:r/>
      <w:hyperlink r:id="rId11">
        <w:r>
          <w:rPr>
            <w:color w:val="0000EE"/>
            <w:u w:val="single"/>
          </w:rPr>
          <w:t>https://www.foxnews.com/us/massachusetts-parents-sue-school-district-student-d-ai-social-studies-project</w:t>
        </w:r>
      </w:hyperlink>
      <w:r>
        <w:t xml:space="preserve"> - Supports the information about the student's academic achievements, including a perfect score on the ACT, and the missed early admission deadlines due to the incident.</w:t>
      </w:r>
      <w:r/>
    </w:p>
    <w:p>
      <w:pPr>
        <w:pStyle w:val="ListNumber"/>
        <w:spacing w:line="240" w:lineRule="auto"/>
        <w:ind w:left="720"/>
      </w:pPr>
      <w:r/>
      <w:hyperlink r:id="rId12">
        <w:r>
          <w:rPr>
            <w:color w:val="0000EE"/>
            <w:u w:val="single"/>
          </w:rPr>
          <w:t>https://www.boston25news.com/news/local/parents-hingham-student-sue-school-district-after-son-disciplined-using-ai-school-project/FLHKVXSQPRDLZD7TTMWCRNI54I/</w:t>
        </w:r>
      </w:hyperlink>
      <w:r>
        <w:t xml:space="preserve"> - Corroborates the father's stance on the irreversible nature of some punishments and the potential rectifications the school could implement.</w:t>
      </w:r>
      <w:r/>
    </w:p>
    <w:p>
      <w:pPr>
        <w:pStyle w:val="ListNumber"/>
        <w:spacing w:line="240" w:lineRule="auto"/>
        <w:ind w:left="720"/>
      </w:pPr>
      <w:r/>
      <w:hyperlink r:id="rId13">
        <w:r>
          <w:rPr>
            <w:color w:val="0000EE"/>
            <w:u w:val="single"/>
          </w:rPr>
          <w:t>https://www.nbcboston.com/news/local/hingham-parents-sue-school-district-claiming-son-unfairly-punished-for-ai-use/3520389/</w:t>
        </w:r>
      </w:hyperlink>
      <w:r>
        <w:t xml:space="preserve"> - Highlights the broader implications of the lawsuit on future policy decisions regarding AI usage in academic assessments and the evolving landscape of learning tools.</w:t>
      </w:r>
      <w:r/>
    </w:p>
    <w:p>
      <w:pPr>
        <w:pStyle w:val="ListNumber"/>
        <w:spacing w:line="240" w:lineRule="auto"/>
        <w:ind w:left="720"/>
      </w:pPr>
      <w:r/>
      <w:hyperlink r:id="rId14">
        <w:r>
          <w:rPr>
            <w:color w:val="0000EE"/>
            <w:u w:val="single"/>
          </w:rPr>
          <w:t>https://www.youtube.com/watch?v=1j-IL7q4NQI</w:t>
        </w:r>
      </w:hyperlink>
      <w:r>
        <w:t xml:space="preserve"> - Provides additional context through a video transcript on the lawsuit and the arguments presented by the family regarding the use of AI in the student's project.</w:t>
      </w:r>
      <w:r/>
    </w:p>
    <w:p>
      <w:pPr>
        <w:pStyle w:val="ListNumber"/>
        <w:spacing w:line="240" w:lineRule="auto"/>
        <w:ind w:left="720"/>
      </w:pPr>
      <w:r/>
      <w:hyperlink r:id="rId15">
        <w:r>
          <w:rPr>
            <w:color w:val="0000EE"/>
            <w:u w:val="single"/>
          </w:rPr>
          <w:t>https://americanfaith.com/massachusetts-parents-sue-school-district-over-students-receiving-poor-grades-for-using-ai/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nationnow.com/us-news/education/ai-cheating-massachusetts-lawsuit/" TargetMode="External"/><Relationship Id="rId11" Type="http://schemas.openxmlformats.org/officeDocument/2006/relationships/hyperlink" Target="https://www.foxnews.com/us/massachusetts-parents-sue-school-district-student-d-ai-social-studies-project" TargetMode="External"/><Relationship Id="rId12" Type="http://schemas.openxmlformats.org/officeDocument/2006/relationships/hyperlink" Target="https://www.boston25news.com/news/local/parents-hingham-student-sue-school-district-after-son-disciplined-using-ai-school-project/FLHKVXSQPRDLZD7TTMWCRNI54I/" TargetMode="External"/><Relationship Id="rId13" Type="http://schemas.openxmlformats.org/officeDocument/2006/relationships/hyperlink" Target="https://www.nbcboston.com/news/local/hingham-parents-sue-school-district-claiming-son-unfairly-punished-for-ai-use/3520389/" TargetMode="External"/><Relationship Id="rId14" Type="http://schemas.openxmlformats.org/officeDocument/2006/relationships/hyperlink" Target="https://www.youtube.com/watch?v=1j-IL7q4NQI" TargetMode="External"/><Relationship Id="rId15" Type="http://schemas.openxmlformats.org/officeDocument/2006/relationships/hyperlink" Target="https://americanfaith.com/massachusetts-parents-sue-school-district-over-students-receiving-poor-grades-for-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