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Paul Merson eliminated from 'Strictly Come Dancing'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Paul Merson Eliminated from 'Strictly Come Dancing'</w:t>
      </w:r>
      <w:r/>
    </w:p>
    <w:p>
      <w:r/>
      <w:r>
        <w:t>Former professional footballer Paul Merson has been eliminated from the popular dance show Strictly Come Dancing, becoming the fourth celebrity to exit this year's competition. The 56-year-old ex-Arsenal player was voted off after a dance-off in the fifth week, where he faced JLS singer JB Gill, a decision that surprised many, considering Gill and his dance partner Amy Dowden had been early favourites.</w:t>
      </w:r>
      <w:r/>
    </w:p>
    <w:p>
      <w:r/>
      <w:r>
        <w:t>Merson’s participation in the show had initially been met with some scepticism, as he was labelled a "joke" contestant following his initial performances. However, he surprised audiences with a notable improvement by the third week. Despite this progress, his performance of a Samba to Rose Royce's "Car Wash" failed to impress the judges against strong performances from contestants like Jamie Borthwick, Chris McCausland, and Montell Douglas.</w:t>
      </w:r>
      <w:r/>
    </w:p>
    <w:p>
      <w:r/>
      <w:r>
        <w:t>Speaking after his elimination, Merson expressed his joy and satisfaction with the overall experience, enthusiastically recommending the show to others. He spoke fondly of his professional dance partner, Karen Hauer, acknowledging her as an excellent teacher and coach. On Hauer, he remarked, "She’s been amazing and I couldn’t wish for a better coach. I’ve loved every minute of it."</w:t>
      </w:r>
      <w:r/>
    </w:p>
    <w:p>
      <w:r/>
      <w:r>
        <w:t>Hauer returned the compliments, expressing pride in Merson’s progress and contribution to the show. Reflecting on his personal growth, Merson considered his experience a victory, claiming, "I can dance, I couldn’t dance before and I can half dance now so it’s a bonus."</w:t>
      </w:r>
      <w:r/>
    </w:p>
    <w:p>
      <w:r/>
      <w:r>
        <w:t>The show will continue with 11 couples advancing to the anticipated Halloween episode on the 26th of October.</w:t>
      </w:r>
      <w:r/>
    </w:p>
    <w:p>
      <w:r/>
      <w:r>
        <w:rPr>
          <w:b/>
        </w:rPr>
        <w:t>Early Reception of 'Gladiator 2' Positive in Los Angeles Premiere</w:t>
      </w:r>
      <w:r/>
    </w:p>
    <w:p>
      <w:r/>
      <w:r>
        <w:t>On Friday, 18 October, Los Angeles played host to the first screening of Ridley Scott's much-anticipated sequel, Gladiator 2. Lead actor Paul Mescal introduced the film, which sees him taking on the role of Lucius, the son of Lucilla, with Connie Nielsen reprising her role. The sequel also features prominent actors such as Denzel Washington, Pedro Pascal, and Joseph Quinn.</w:t>
      </w:r>
      <w:r/>
    </w:p>
    <w:p>
      <w:r/>
      <w:r>
        <w:t>The storyline unfolds years after the events of the original 2000 blockbuster, which starred Russell Crowe as Maximus. It follows Lucius’s journey into the Colosseum after the hostile takeover of his home by the tyrannical rulers of Rome.</w:t>
      </w:r>
      <w:r/>
    </w:p>
    <w:p>
      <w:r/>
      <w:r>
        <w:t>Despite some varying opinions about whether it surpasses its predecessor in emotional depth, the response to the film has been largely positive. Andrew J Salazar from Discussing Film noted it "lacks the emotional punch" of the original but acknowledged its thrilling nature. Meanwhile, Scott Mantz described the sequel as "an epic worthy of its predecessor."</w:t>
      </w:r>
      <w:r/>
    </w:p>
    <w:p>
      <w:r/>
      <w:r>
        <w:t>The positive reception has propelled Denzel Washington straight into discussions for the upcoming Oscars, with several commentators suggesting his performance might earn him another Academy nod.</w:t>
      </w:r>
      <w:r/>
    </w:p>
    <w:p>
      <w:r/>
      <w:r>
        <w:t>The film, which officially releases on 15 November, has been compared to other successful sequels like Top Gun: Maverick, praised for balancing nostalgic elements from the original while introducing novel plot developments.</w:t>
      </w:r>
      <w:r/>
    </w:p>
    <w:p>
      <w:r/>
      <w:r>
        <w:rPr>
          <w:b/>
        </w:rPr>
        <w:t>James Gunn Responds to AI-Created Superman Trailer</w:t>
      </w:r>
      <w:r/>
    </w:p>
    <w:p>
      <w:r/>
      <w:r>
        <w:t>James Gunn, known for his work in the superhero genre, has voiced his dissatisfaction over an AI-generated trailer for his upcoming Superman film, which was shown on French television. The trailer incident occurred during a segment about the new documentary Super/Man: The Christopher Reeve Story on France 2.</w:t>
      </w:r>
      <w:r/>
    </w:p>
    <w:p>
      <w:r/>
      <w:r>
        <w:t>Gunn, who frequently expresses his disdain for artificial intelligence use in creative processes, reacted to the clip on social media with three vomit emojis. In previous statements, he has sharply criticised AI-generated content, particularly in relation to his projects. He has often pointed out the evident flaws and implausibility in AI-produced images.</w:t>
      </w:r>
      <w:r/>
    </w:p>
    <w:p>
      <w:r/>
      <w:r>
        <w:t>The AI trailer discussed highlighted various Superman incarnations, including previous portrayals by Henry Cavill. The trailer's circulation comes amidst growing debates about the place of AI in filmmaking, as similar controversies have arisen, such as the AI-generated version of Studio Ghibli's Princess Mononoke, which received significant backlash.</w:t>
      </w:r>
      <w:r/>
    </w:p>
    <w:p>
      <w:r/>
      <w:r>
        <w:t>The topic of AI in the arts has also attracted notable figures like director James Cameron, who recently joined the board of an AI start-up, leading to criticism from some sectors of the creative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https://www.tvzoneuk.com/post/strictly-paulmerson-eliminated</w:t>
        </w:r>
      </w:hyperlink>
      <w:r>
        <w:t xml:space="preserve"> - Paul Merson's elimination from Strictly Come Dancing and his participation in the show.</w:t>
      </w:r>
      <w:r/>
    </w:p>
    <w:p>
      <w:pPr>
        <w:pStyle w:val="ListNumber"/>
        <w:spacing w:line="240" w:lineRule="auto"/>
        <w:ind w:left="720"/>
      </w:pPr>
      <w:r/>
      <w:hyperlink r:id="rId11">
        <w:r>
          <w:rPr>
            <w:color w:val="0000EE"/>
            <w:u w:val="single"/>
          </w:rPr>
          <w:t>https://www.telegraph.co.uk/tv/2024/10/21/strictly-come-dancing-bbc-week-5-results-paul-merson/</w:t>
        </w:r>
      </w:hyperlink>
      <w:r>
        <w:t xml:space="preserve"> - Details of the dance-off between Paul Merson and JB Gill, and the judges' decision.</w:t>
      </w:r>
      <w:r/>
    </w:p>
    <w:p>
      <w:pPr>
        <w:pStyle w:val="ListNumber"/>
        <w:spacing w:line="240" w:lineRule="auto"/>
        <w:ind w:left="720"/>
      </w:pPr>
      <w:r/>
      <w:hyperlink r:id="rId12">
        <w:r>
          <w:rPr>
            <w:color w:val="0000EE"/>
            <w:u w:val="single"/>
          </w:rPr>
          <w:t>https://uk.news.yahoo.com/strictlys-karen-hauer-adresses-show-101000745.html</w:t>
        </w:r>
      </w:hyperlink>
      <w:r>
        <w:t xml:space="preserve"> - Karen Hauer's comments on Paul Merson's exit and her experience with him on the show.</w:t>
      </w:r>
      <w:r/>
    </w:p>
    <w:p>
      <w:pPr>
        <w:pStyle w:val="ListNumber"/>
        <w:spacing w:line="240" w:lineRule="auto"/>
        <w:ind w:left="720"/>
      </w:pPr>
      <w:r/>
      <w:hyperlink r:id="rId13">
        <w:r>
          <w:rPr>
            <w:color w:val="0000EE"/>
            <w:u w:val="single"/>
          </w:rPr>
          <w:t>https://uk.news.yahoo.com/bbc-strictly-come-dancing-paul-091639446.html</w:t>
        </w:r>
      </w:hyperlink>
      <w:r>
        <w:t xml:space="preserve"> - Paul Merson's elimination, his performance to 'Car Wash,' and the debate about trained dancers on the show.</w:t>
      </w:r>
      <w:r/>
    </w:p>
    <w:p>
      <w:pPr>
        <w:pStyle w:val="ListNumber"/>
        <w:spacing w:line="240" w:lineRule="auto"/>
        <w:ind w:left="720"/>
      </w:pPr>
      <w:r/>
      <w:hyperlink r:id="rId14">
        <w:r>
          <w:rPr>
            <w:color w:val="0000EE"/>
            <w:u w:val="single"/>
          </w:rPr>
          <w:t>https://uk.news.yahoo.com/paul-merson-explains-why-believes-064607193.html</w:t>
        </w:r>
      </w:hyperlink>
      <w:r>
        <w:t xml:space="preserve"> - Paul Merson's perspective on his experience and why he feels he 'won' despite being eliminated.</w:t>
      </w:r>
      <w:r/>
    </w:p>
    <w:p>
      <w:pPr>
        <w:pStyle w:val="ListNumber"/>
        <w:spacing w:line="240" w:lineRule="auto"/>
        <w:ind w:left="720"/>
      </w:pPr>
      <w:r/>
      <w:hyperlink r:id="rId11">
        <w:r>
          <w:rPr>
            <w:color w:val="0000EE"/>
            <w:u w:val="single"/>
          </w:rPr>
          <w:t>https://www.telegraph.co.uk/tv/2024/10/21/strictly-come-dancing-bbc-week-5-results-paul-merson/</w:t>
        </w:r>
      </w:hyperlink>
      <w:r>
        <w:t xml:space="preserve"> - The surprise element of Paul Merson facing JB Gill in the dance-off and the judges' unanimous decision.</w:t>
      </w:r>
      <w:r/>
    </w:p>
    <w:p>
      <w:pPr>
        <w:pStyle w:val="ListNumber"/>
        <w:spacing w:line="240" w:lineRule="auto"/>
        <w:ind w:left="720"/>
      </w:pPr>
      <w:r/>
      <w:hyperlink r:id="rId13">
        <w:r>
          <w:rPr>
            <w:color w:val="0000EE"/>
            <w:u w:val="single"/>
          </w:rPr>
          <w:t>https://uk.news.yahoo.com/bbc-strictly-come-dancing-paul-091639446.html</w:t>
        </w:r>
      </w:hyperlink>
      <w:r>
        <w:t xml:space="preserve"> - Paul Merson's initial scepticism, his improvement, and his final performance that failed to impress the judges.</w:t>
      </w:r>
      <w:r/>
    </w:p>
    <w:p>
      <w:pPr>
        <w:pStyle w:val="ListNumber"/>
        <w:spacing w:line="240" w:lineRule="auto"/>
        <w:ind w:left="720"/>
      </w:pPr>
      <w:r/>
      <w:hyperlink r:id="rId13">
        <w:r>
          <w:rPr>
            <w:color w:val="0000EE"/>
            <w:u w:val="single"/>
          </w:rPr>
          <w:t>https://uk.news.yahoo.com/bbc-strictly-come-dancing-paul-091639446.html</w:t>
        </w:r>
      </w:hyperlink>
      <w:r>
        <w:t xml:space="preserve"> - Paul Merson's gratitude and positive remarks about his experience and dance partner Karen Hauer.</w:t>
      </w:r>
      <w:r/>
    </w:p>
    <w:p>
      <w:pPr>
        <w:pStyle w:val="ListNumber"/>
        <w:spacing w:line="240" w:lineRule="auto"/>
        <w:ind w:left="720"/>
      </w:pPr>
      <w:r/>
      <w:hyperlink r:id="rId12">
        <w:r>
          <w:rPr>
            <w:color w:val="0000EE"/>
            <w:u w:val="single"/>
          </w:rPr>
          <w:t>https://uk.news.yahoo.com/strictlys-karen-hauer-adresses-show-101000745.html</w:t>
        </w:r>
      </w:hyperlink>
      <w:r>
        <w:t xml:space="preserve"> - Karen Hauer's pride in Paul Merson’s progress and her role as his coach.</w:t>
      </w:r>
      <w:r/>
    </w:p>
    <w:p>
      <w:pPr>
        <w:pStyle w:val="ListNumber"/>
        <w:spacing w:line="240" w:lineRule="auto"/>
        <w:ind w:left="720"/>
      </w:pPr>
      <w:r/>
      <w:hyperlink r:id="rId13">
        <w:r>
          <w:rPr>
            <w:color w:val="0000EE"/>
            <w:u w:val="single"/>
          </w:rPr>
          <w:t>https://uk.news.yahoo.com/bbc-strictly-come-dancing-paul-091639446.html</w:t>
        </w:r>
      </w:hyperlink>
      <w:r>
        <w:t xml:space="preserve"> - The continuation of the show with 11 couples advancing to the Halloween episode.</w:t>
      </w:r>
      <w:r/>
    </w:p>
    <w:p>
      <w:pPr>
        <w:pStyle w:val="ListNumber"/>
        <w:spacing w:line="240" w:lineRule="auto"/>
        <w:ind w:left="720"/>
      </w:pPr>
      <w:r/>
      <w:hyperlink r:id="rId11">
        <w:r>
          <w:rPr>
            <w:color w:val="0000EE"/>
            <w:u w:val="single"/>
          </w:rPr>
          <w:t>https://www.telegraph.co.uk/tv/2024/10/21/strictly-come-dancing-bbc-week-5-results-paul-merson/</w:t>
        </w:r>
      </w:hyperlink>
      <w:r>
        <w:t xml:space="preserve"> - The overall context of Paul Merson’s elimination and the ongoing competition.</w:t>
      </w:r>
      <w:r/>
    </w:p>
    <w:p>
      <w:pPr>
        <w:pStyle w:val="ListNumber"/>
        <w:spacing w:line="240" w:lineRule="auto"/>
        <w:ind w:left="720"/>
      </w:pPr>
      <w:r/>
      <w:hyperlink r:id="rId15">
        <w:r>
          <w:rPr>
            <w:color w:val="0000EE"/>
            <w:u w:val="single"/>
          </w:rPr>
          <w:t>https://www.independent.co.uk/arts-entertainment/tv/news/paul-merson-strictly-come-dancing-b2632618.html</w:t>
        </w:r>
      </w:hyperlink>
      <w:r>
        <w:t xml:space="preserve"> - Please view link - unable to able to access data</w:t>
      </w:r>
      <w:r/>
    </w:p>
    <w:p>
      <w:pPr>
        <w:pStyle w:val="ListNumber"/>
        <w:spacing w:line="240" w:lineRule="auto"/>
        <w:ind w:left="720"/>
      </w:pPr>
      <w:r/>
      <w:hyperlink r:id="rId16">
        <w:r>
          <w:rPr>
            <w:color w:val="0000EE"/>
            <w:u w:val="single"/>
          </w:rPr>
          <w:t>https://www.independent.co.uk/arts-entertainment/films/news/gladiator-2-release-date-reactions-denzel-washington-b2632592.html</w:t>
        </w:r>
      </w:hyperlink>
      <w:r>
        <w:t xml:space="preserve"> - Please view link - unable to able to access data</w:t>
      </w:r>
      <w:r/>
    </w:p>
    <w:p>
      <w:pPr>
        <w:pStyle w:val="ListNumber"/>
        <w:spacing w:line="240" w:lineRule="auto"/>
        <w:ind w:left="720"/>
      </w:pPr>
      <w:r/>
      <w:hyperlink r:id="rId17">
        <w:r>
          <w:rPr>
            <w:color w:val="0000EE"/>
            <w:u w:val="single"/>
          </w:rPr>
          <w:t>https://www.independent.co.uk/arts-entertainment/films/news/james-gunn-ai-superman-french-tv-b2632642.html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vzoneuk.com/post/strictly-paulmerson-eliminated" TargetMode="External"/><Relationship Id="rId11" Type="http://schemas.openxmlformats.org/officeDocument/2006/relationships/hyperlink" Target="https://www.telegraph.co.uk/tv/2024/10/21/strictly-come-dancing-bbc-week-5-results-paul-merson/" TargetMode="External"/><Relationship Id="rId12" Type="http://schemas.openxmlformats.org/officeDocument/2006/relationships/hyperlink" Target="https://uk.news.yahoo.com/strictlys-karen-hauer-adresses-show-101000745.html" TargetMode="External"/><Relationship Id="rId13" Type="http://schemas.openxmlformats.org/officeDocument/2006/relationships/hyperlink" Target="https://uk.news.yahoo.com/bbc-strictly-come-dancing-paul-091639446.html" TargetMode="External"/><Relationship Id="rId14" Type="http://schemas.openxmlformats.org/officeDocument/2006/relationships/hyperlink" Target="https://uk.news.yahoo.com/paul-merson-explains-why-believes-064607193.html" TargetMode="External"/><Relationship Id="rId15" Type="http://schemas.openxmlformats.org/officeDocument/2006/relationships/hyperlink" Target="https://www.independent.co.uk/arts-entertainment/tv/news/paul-merson-strictly-come-dancing-b2632618.html" TargetMode="External"/><Relationship Id="rId16" Type="http://schemas.openxmlformats.org/officeDocument/2006/relationships/hyperlink" Target="https://www.independent.co.uk/arts-entertainment/films/news/gladiator-2-release-date-reactions-denzel-washington-b2632592.html" TargetMode="External"/><Relationship Id="rId17" Type="http://schemas.openxmlformats.org/officeDocument/2006/relationships/hyperlink" Target="https://www.independent.co.uk/arts-entertainment/films/news/james-gunn-ai-superman-french-tv-b263264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