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Penguin Random House updates copyright policy to protect authors from AI misuse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noteworthy move addressing increasingly contentious issues surrounding artificial intelligence (AI), Penguin Random House, the world's largest publishing house, has made a significant amendment to its copyright policies to safeguard its authors' work. This decision comes amidst mounting criticism directed at AI developers for utilizing existing literary works without permission to train their models.</w:t>
      </w:r>
      <w:r/>
    </w:p>
    <w:p>
      <w:r/>
      <w:r>
        <w:t>The change has been documented in new versions of the copyright page found in Penguin Random House's publications. The reworded notice explicitly states that "no part of this book may be used or reproduced in any manner for the purpose of training artificial intelligence technologies or systems." This step marks an assertive stance by the publisher to prevent the unauthorized use of its content in AI training, directly addressing concerns that AI systems may effectively plagiarize or infringe upon the creative work of authors.</w:t>
      </w:r>
      <w:r/>
    </w:p>
    <w:p>
      <w:r/>
      <w:r>
        <w:t>The revised copyright notice also incorporates a provision pertaining to the "text and data mining exception," a topic recently highlighted by a directive from the European Parliament. This part of the text asserts that Penguin Random House "expressly reserves [the titles] from the text and data mining exception," which ensures that even this specific kind of data processing is not permitted with their works. Text and data mining is a technique often used in computational processes to extract information and insights from large volumes of unstructured data, activities which could potentially infringe on the intellectual property of authors without adequate permissions or licenses.</w:t>
      </w:r>
      <w:r/>
    </w:p>
    <w:p>
      <w:r/>
      <w:r>
        <w:t>This proactive measure by Penguin Random House underscores the tensions between traditional content creators and emerging AI technologies. Authors and publishing houses have expressed concerns that AI companies, while developing models that can generate human-like text, may inadvertently appropriate the original content of writers and erode the value of their work.</w:t>
      </w:r>
      <w:r/>
    </w:p>
    <w:p>
      <w:r/>
      <w:r>
        <w:t>By updating its copyright notice, Penguin Random House is setting a precedent for publishing houses worldwide on how to handle the emerging issues of intellectual property rights in the digital age. This development also indicates a broader trend towards securing the creative rights of individuals amid the rapid advancement of AI. As AI continues to evolve, the intersection of technology and copyright law will likely remain a key area of focus and debate in the publishing industry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https://www.thebookseller.com/news/penguin-random-house-underscores-copyright-protection-in-ai-rebuff</w:t>
        </w:r>
      </w:hyperlink>
      <w:r>
        <w:t xml:space="preserve"> - Corroborates the amendment to Penguin Random House's copyright policies to prevent the use of its books for training AI models and the inclusion of the new wording in all new and reprinted titles.</w:t>
      </w:r>
      <w:r/>
    </w:p>
    <w:p>
      <w:pPr>
        <w:pStyle w:val="ListNumber"/>
        <w:spacing w:line="240" w:lineRule="auto"/>
        <w:ind w:left="720"/>
      </w:pPr>
      <w:r/>
      <w:hyperlink r:id="rId11">
        <w:r>
          <w:rPr>
            <w:color w:val="0000EE"/>
            <w:u w:val="single"/>
          </w:rPr>
          <w:t>https://www.engadget.com/ai/penguin-random-house-amends-its-copyright-rules-to-protect-authors-from-ai-210436839.html</w:t>
        </w:r>
      </w:hyperlink>
      <w:r>
        <w:t xml:space="preserve"> - Supports the change in copyright rules by Penguin Random House to protect authors from AI training and the specific wording of the new copyright notice.</w:t>
      </w:r>
      <w:r/>
    </w:p>
    <w:p>
      <w:pPr>
        <w:pStyle w:val="ListNumber"/>
        <w:spacing w:line="240" w:lineRule="auto"/>
        <w:ind w:left="720"/>
      </w:pPr>
      <w:r/>
      <w:hyperlink r:id="rId12">
        <w:r>
          <w:rPr>
            <w:color w:val="0000EE"/>
            <w:u w:val="single"/>
          </w:rPr>
          <w:t>https://me.mashable.com/tech/47955/penguin-random-house-copyright-pages-will-now-forbid-ai-training</w:t>
        </w:r>
      </w:hyperlink>
      <w:r>
        <w:t xml:space="preserve"> - Confirms the new rules stating that no part of the book may be used for training AI technologies or systems.</w:t>
      </w:r>
      <w:r/>
    </w:p>
    <w:p>
      <w:pPr>
        <w:pStyle w:val="ListNumber"/>
        <w:spacing w:line="240" w:lineRule="auto"/>
        <w:ind w:left="720"/>
      </w:pPr>
      <w:r/>
      <w:hyperlink r:id="rId13">
        <w:r>
          <w:rPr>
            <w:color w:val="0000EE"/>
            <w:u w:val="single"/>
          </w:rPr>
          <w:t>https://tech.slashdot.org/story/24/10/19/0121240/penguin-random-house-underscores-copyright-protection-in-ai-rebuff</w:t>
        </w:r>
      </w:hyperlink>
      <w:r>
        <w:t xml:space="preserve"> - Details the global implementation of the new copyright wording across all imprints and the reservation from the text and data mining exception.</w:t>
      </w:r>
      <w:r/>
    </w:p>
    <w:p>
      <w:pPr>
        <w:pStyle w:val="ListNumber"/>
        <w:spacing w:line="240" w:lineRule="auto"/>
        <w:ind w:left="720"/>
      </w:pPr>
      <w:r/>
      <w:hyperlink r:id="rId14">
        <w:r>
          <w:rPr>
            <w:color w:val="0000EE"/>
            <w:u w:val="single"/>
          </w:rPr>
          <w:t>https://www.theverge.com/2024/10/18/24273895/penguin-random-house-books-copyright-ai</w:t>
        </w:r>
      </w:hyperlink>
      <w:r>
        <w:t xml:space="preserve"> - Reports on the explicit prohibition of using Penguin Random House books for AI training as stated on the revised copyright page.</w:t>
      </w:r>
      <w:r/>
    </w:p>
    <w:p>
      <w:pPr>
        <w:pStyle w:val="ListNumber"/>
        <w:spacing w:line="240" w:lineRule="auto"/>
        <w:ind w:left="720"/>
      </w:pPr>
      <w:r/>
      <w:hyperlink r:id="rId10">
        <w:r>
          <w:rPr>
            <w:color w:val="0000EE"/>
            <w:u w:val="single"/>
          </w:rPr>
          <w:t>https://www.thebookseller.com/news/penguin-random-house-underscores-copyright-protection-in-ai-rebuff</w:t>
        </w:r>
      </w:hyperlink>
      <w:r>
        <w:t xml:space="preserve"> - Explains the context of copyright infringement cases and the use of pirated books by tech companies to train AI models, highlighting the need for this policy change.</w:t>
      </w:r>
      <w:r/>
    </w:p>
    <w:p>
      <w:pPr>
        <w:pStyle w:val="ListNumber"/>
        <w:spacing w:line="240" w:lineRule="auto"/>
        <w:ind w:left="720"/>
      </w:pPr>
      <w:r/>
      <w:hyperlink r:id="rId11">
        <w:r>
          <w:rPr>
            <w:color w:val="0000EE"/>
            <w:u w:val="single"/>
          </w:rPr>
          <w:t>https://www.engadget.com/ai/penguin-random-house-amends-its-copyright-rules-to-protect-authors-from-ai-210436839.html</w:t>
        </w:r>
      </w:hyperlink>
      <w:r>
        <w:t xml:space="preserve"> - Mentions the European Parliament directive related to text and data mining exceptions and how Penguin Random House's new policy aligns with it.</w:t>
      </w:r>
      <w:r/>
    </w:p>
    <w:p>
      <w:pPr>
        <w:pStyle w:val="ListNumber"/>
        <w:spacing w:line="240" w:lineRule="auto"/>
        <w:ind w:left="720"/>
      </w:pPr>
      <w:r/>
      <w:hyperlink r:id="rId12">
        <w:r>
          <w:rPr>
            <w:color w:val="0000EE"/>
            <w:u w:val="single"/>
          </w:rPr>
          <w:t>https://me.mashable.com/tech/47955/penguin-random-house-copyright-pages-will-now-forbid-ai-training</w:t>
        </w:r>
      </w:hyperlink>
      <w:r>
        <w:t xml:space="preserve"> - Highlights the broader implications of this policy change in the context of protecting authors' intellectual property from AI misuse.</w:t>
      </w:r>
      <w:r/>
    </w:p>
    <w:p>
      <w:pPr>
        <w:pStyle w:val="ListNumber"/>
        <w:spacing w:line="240" w:lineRule="auto"/>
        <w:ind w:left="720"/>
      </w:pPr>
      <w:r/>
      <w:hyperlink r:id="rId13">
        <w:r>
          <w:rPr>
            <w:color w:val="0000EE"/>
            <w:u w:val="single"/>
          </w:rPr>
          <w:t>https://tech.slashdot.org/story/24/10/19/0121240/penguin-random-house-underscores-copyright-protection-in-ai-rebuff</w:t>
        </w:r>
      </w:hyperlink>
      <w:r>
        <w:t xml:space="preserve"> - Discusses the reactions from other publishing and author organizations, such as the Authors’ Licensing and Collecting Society and the Society of Authors, regarding the new copyright policy.</w:t>
      </w:r>
      <w:r/>
    </w:p>
    <w:p>
      <w:pPr>
        <w:pStyle w:val="ListNumber"/>
        <w:spacing w:line="240" w:lineRule="auto"/>
        <w:ind w:left="720"/>
      </w:pPr>
      <w:r/>
      <w:hyperlink r:id="rId14">
        <w:r>
          <w:rPr>
            <w:color w:val="0000EE"/>
            <w:u w:val="single"/>
          </w:rPr>
          <w:t>https://www.theverge.com/2024/10/18/24273895/penguin-random-house-books-copyright-ai</w:t>
        </w:r>
      </w:hyperlink>
      <w:r>
        <w:t xml:space="preserve"> - Addresses the precedent set by Penguin Random House for other publishing houses in handling intellectual property rights in the digital age.</w:t>
      </w:r>
      <w:r/>
    </w:p>
    <w:p>
      <w:pPr>
        <w:pStyle w:val="ListNumber"/>
        <w:spacing w:line="240" w:lineRule="auto"/>
        <w:ind w:left="720"/>
      </w:pPr>
      <w:r/>
      <w:hyperlink r:id="rId10">
        <w:r>
          <w:rPr>
            <w:color w:val="0000EE"/>
            <w:u w:val="single"/>
          </w:rPr>
          <w:t>https://www.thebookseller.com/news/penguin-random-house-underscores-copyright-protection-in-ai-rebuff</w:t>
        </w:r>
      </w:hyperlink>
      <w:r>
        <w:t xml:space="preserve"> - Provides insights into the future debates and focus areas at the intersection of technology and copyright law in the publishing industry.</w:t>
      </w:r>
      <w:r/>
    </w:p>
    <w:p>
      <w:pPr>
        <w:pStyle w:val="ListNumber"/>
        <w:spacing w:line="240" w:lineRule="auto"/>
        <w:ind w:left="720"/>
      </w:pPr>
      <w:r/>
      <w:hyperlink r:id="rId15">
        <w:r>
          <w:rPr>
            <w:color w:val="0000EE"/>
            <w:u w:val="single"/>
          </w:rPr>
          <w:t>https://www.engadget.com/ai/penguin-random-house-amends-its-copyright-rules-to-protect-authors-from-ai-210436839.html?src=rss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ookseller.com/news/penguin-random-house-underscores-copyright-protection-in-ai-rebuff" TargetMode="External"/><Relationship Id="rId11" Type="http://schemas.openxmlformats.org/officeDocument/2006/relationships/hyperlink" Target="https://www.engadget.com/ai/penguin-random-house-amends-its-copyright-rules-to-protect-authors-from-ai-210436839.html" TargetMode="External"/><Relationship Id="rId12" Type="http://schemas.openxmlformats.org/officeDocument/2006/relationships/hyperlink" Target="https://me.mashable.com/tech/47955/penguin-random-house-copyright-pages-will-now-forbid-ai-training" TargetMode="External"/><Relationship Id="rId13" Type="http://schemas.openxmlformats.org/officeDocument/2006/relationships/hyperlink" Target="https://tech.slashdot.org/story/24/10/19/0121240/penguin-random-house-underscores-copyright-protection-in-ai-rebuff" TargetMode="External"/><Relationship Id="rId14" Type="http://schemas.openxmlformats.org/officeDocument/2006/relationships/hyperlink" Target="https://www.theverge.com/2024/10/18/24273895/penguin-random-house-books-copyright-ai" TargetMode="External"/><Relationship Id="rId15" Type="http://schemas.openxmlformats.org/officeDocument/2006/relationships/hyperlink" Target="https://www.engadget.com/ai/penguin-random-house-amends-its-copyright-rules-to-protect-authors-from-ai-210436839.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