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Penn State researchers develop AI-powered electronic tongue for food safety and chemical detection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Penn State University have unveiled an innovative "electronic tongue" that leverages artificial intelligence to perform a range of tasks related to food safety and chemical detection in liquids. Detailed in a paper published on 9 October in the journal Nature, this advanced system can differentiate between various coffee blends, determine the freshness of fruit juice, and identify harmful chemicals in water.</w:t>
      </w:r>
      <w:r/>
    </w:p>
    <w:p>
      <w:r/>
      <w:r>
        <w:t>The technological breakthrough lies in the combination of an ion-sensitive field-effect transistor and an artificial neural network. The ion-sensitive transistor operates by detecting chemical ions present in a liquid and converting this data into an electrical signal. This signal is then interpreted by a computer enhanced with artificial intelligence, mirroring the processes in the human brain that lead to taste perception.</w:t>
      </w:r>
      <w:r/>
    </w:p>
    <w:p>
      <w:r/>
      <w:r>
        <w:t>"We’re trying to make an artificial tongue, but the process of how we experience different foods involves more than just the tongue," explained Saptarshi Das, a co-author of the study and engineer at Penn State University. He elaborated that the artificial system mimics the function of the tongue's taste receptors and the gustatory cortex, the part of the brain that processes taste.</w:t>
      </w:r>
      <w:r/>
    </w:p>
    <w:p>
      <w:r/>
      <w:r>
        <w:t>The AI component of this system functions similarly to the gustatory cortex by analysing and interpreting signals from the sensor. Initially, the researchers fine-tuned the AI with a set of predefined parameters to evaluate acidity, achieving an accuracy of 91%. When the AI was given the freedom to establish its own parameters, this accuracy improved to over 95%.</w:t>
      </w:r>
      <w:r/>
    </w:p>
    <w:p>
      <w:r/>
      <w:r>
        <w:t>In practical tests, the electronic tongue demonstrated its capabilities by accurately differentiating between similar drinks such as soft drinks or coffee blends. It also detected when milk was diluted, pinpointed spoilage in fruit juice, and identified per- and poly-fluoroalkyl substances (PFAS), which are harmful chemicals, in water.</w:t>
      </w:r>
      <w:r/>
    </w:p>
    <w:p>
      <w:r/>
      <w:r>
        <w:t>The researchers employed a method known as Shapley Additive Explanations to discern which factors the neural network prioritised when reaching decisions. This approach aids in demystifying the decision-making processes of artificial intelligence, a significantly challenging area in current AI research endeavours.</w:t>
      </w:r>
      <w:r/>
    </w:p>
    <w:p>
      <w:r/>
      <w:r>
        <w:t>Das noted that the neural network excelled at recognising subtle data characteristics that elude human definition and that the holistic consideration of sensor characteristics by the network helps in mitigating daily variations, enhancing the sensor's reliability.</w:t>
      </w:r>
      <w:r/>
    </w:p>
    <w:p>
      <w:r/>
      <w:r>
        <w:t>The research underscores the potential for this technology to adapt and compensate for imperfections, much like natural processes do. "We figured out that we can live with imperfection," Das stated, drawing a parallel between the resilience of natural systems and their electronic tongue. Such robustness opens up avenues for the technology's application in diverse settings where precise chemical discernment is crucial.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https://www.psu.edu/news/research/story/matter-taste-electronic-tongue-reveals-ai-inner-thoughts</w:t>
        </w:r>
      </w:hyperlink>
      <w:r>
        <w:t xml:space="preserve"> - Details the development of the electronic tongue, its capabilities in food safety and chemical detection, and the role of AI in interpreting sensor data.</w:t>
      </w:r>
      <w:r/>
    </w:p>
    <w:p>
      <w:pPr>
        <w:pStyle w:val="ListNumber"/>
        <w:spacing w:line="240" w:lineRule="auto"/>
        <w:ind w:left="720"/>
      </w:pPr>
      <w:r/>
      <w:hyperlink r:id="rId11">
        <w:r>
          <w:rPr>
            <w:color w:val="0000EE"/>
            <w:u w:val="single"/>
          </w:rPr>
          <w:t>https://wired.me/technology/electric-tongue-ai/</w:t>
        </w:r>
      </w:hyperlink>
      <w:r>
        <w:t xml:space="preserve"> - Explains how the electronic tongue works, including its use of an ion-sensitive field-effect transistor and an artificial neural network, and its applications in food safety and medical diagnostics.</w:t>
      </w:r>
      <w:r/>
    </w:p>
    <w:p>
      <w:pPr>
        <w:pStyle w:val="ListNumber"/>
        <w:spacing w:line="240" w:lineRule="auto"/>
        <w:ind w:left="720"/>
      </w:pPr>
      <w:r/>
      <w:hyperlink r:id="rId12">
        <w:r>
          <w:rPr>
            <w:color w:val="0000EE"/>
            <w:u w:val="single"/>
          </w:rPr>
          <w:t>https://www.sciencedaily.com/releases/2024/10/241009121229.htm</w:t>
        </w:r>
      </w:hyperlink>
      <w:r>
        <w:t xml:space="preserve"> - Provides information on the electronic tongue's ability to identify differences in similar liquids, detect spoilage, and its potential use in medical diagnostics.</w:t>
      </w:r>
      <w:r/>
    </w:p>
    <w:p>
      <w:pPr>
        <w:pStyle w:val="ListNumber"/>
        <w:spacing w:line="240" w:lineRule="auto"/>
        <w:ind w:left="720"/>
      </w:pPr>
      <w:r/>
      <w:hyperlink r:id="rId13">
        <w:r>
          <w:rPr>
            <w:color w:val="0000EE"/>
            <w:u w:val="single"/>
          </w:rPr>
          <w:t>https://www.indy100.com/science-tech/scientists-create-electric-tongue-ai</w:t>
        </w:r>
      </w:hyperlink>
      <w:r>
        <w:t xml:space="preserve"> - Describes the electronic tongue's design, its use of AI to mimic the gustatory cortex, and its accuracy in detecting various substances and chemicals.</w:t>
      </w:r>
      <w:r/>
    </w:p>
    <w:p>
      <w:pPr>
        <w:pStyle w:val="ListNumber"/>
        <w:spacing w:line="240" w:lineRule="auto"/>
        <w:ind w:left="720"/>
      </w:pPr>
      <w:r/>
      <w:hyperlink r:id="rId14">
        <w:r>
          <w:rPr>
            <w:color w:val="0000EE"/>
            <w:u w:val="single"/>
          </w:rPr>
          <w:t>https://www.matse.psu.edu/article/matter-taste-electronic-tongue-reveals-ai-inner-thoughts</w:t>
        </w:r>
      </w:hyperlink>
      <w:r>
        <w:t xml:space="preserve"> - Outlines the electronic tongue's capabilities, including differentiating coffee blends, determining fruit juice freshness, and identifying harmful chemicals in water.</w:t>
      </w:r>
      <w:r/>
    </w:p>
    <w:p>
      <w:pPr>
        <w:pStyle w:val="ListNumber"/>
        <w:spacing w:line="240" w:lineRule="auto"/>
        <w:ind w:left="720"/>
      </w:pPr>
      <w:r/>
      <w:hyperlink r:id="rId10">
        <w:r>
          <w:rPr>
            <w:color w:val="0000EE"/>
            <w:u w:val="single"/>
          </w:rPr>
          <w:t>https://www.psu.edu/news/research/story/matter-taste-electronic-tongue-reveals-ai-inner-thoughts</w:t>
        </w:r>
      </w:hyperlink>
      <w:r>
        <w:t xml:space="preserve"> - Quotes Saptarshi Das on the process of creating an artificial tongue and how it mimics human taste perception through the gustatory cortex.</w:t>
      </w:r>
      <w:r/>
    </w:p>
    <w:p>
      <w:pPr>
        <w:pStyle w:val="ListNumber"/>
        <w:spacing w:line="240" w:lineRule="auto"/>
        <w:ind w:left="720"/>
      </w:pPr>
      <w:r/>
      <w:hyperlink r:id="rId12">
        <w:r>
          <w:rPr>
            <w:color w:val="0000EE"/>
            <w:u w:val="single"/>
          </w:rPr>
          <w:t>https://www.sciencedaily.com/releases/2024/10/241009121229.htm</w:t>
        </w:r>
      </w:hyperlink>
      <w:r>
        <w:t xml:space="preserve"> - Explains the AI component's function in analysing and interpreting signals from the sensor, and the improvement in accuracy when AI establishes its own parameters.</w:t>
      </w:r>
      <w:r/>
    </w:p>
    <w:p>
      <w:pPr>
        <w:pStyle w:val="ListNumber"/>
        <w:spacing w:line="240" w:lineRule="auto"/>
        <w:ind w:left="720"/>
      </w:pPr>
      <w:r/>
      <w:hyperlink r:id="rId11">
        <w:r>
          <w:rPr>
            <w:color w:val="0000EE"/>
            <w:u w:val="single"/>
          </w:rPr>
          <w:t>https://wired.me/technology/electric-tongue-ai/</w:t>
        </w:r>
      </w:hyperlink>
      <w:r>
        <w:t xml:space="preserve"> - Details the practical tests of the electronic tongue, including its ability to differentiate between similar drinks and detect spoilage and harmful chemicals.</w:t>
      </w:r>
      <w:r/>
    </w:p>
    <w:p>
      <w:pPr>
        <w:pStyle w:val="ListNumber"/>
        <w:spacing w:line="240" w:lineRule="auto"/>
        <w:ind w:left="720"/>
      </w:pPr>
      <w:r/>
      <w:hyperlink r:id="rId13">
        <w:r>
          <w:rPr>
            <w:color w:val="0000EE"/>
            <w:u w:val="single"/>
          </w:rPr>
          <w:t>https://www.indy100.com/science-tech/scientists-create-electric-tongue-ai</w:t>
        </w:r>
      </w:hyperlink>
      <w:r>
        <w:t xml:space="preserve"> - Discusses the use of Shapley Additive Explanations to understand the decision-making processes of the AI in the electronic tongue.</w:t>
      </w:r>
      <w:r/>
    </w:p>
    <w:p>
      <w:pPr>
        <w:pStyle w:val="ListNumber"/>
        <w:spacing w:line="240" w:lineRule="auto"/>
        <w:ind w:left="720"/>
      </w:pPr>
      <w:r/>
      <w:hyperlink r:id="rId10">
        <w:r>
          <w:rPr>
            <w:color w:val="0000EE"/>
            <w:u w:val="single"/>
          </w:rPr>
          <w:t>https://www.psu.edu/news/research/story/matter-taste-electronic-tongue-reveals-ai-inner-thoughts</w:t>
        </w:r>
      </w:hyperlink>
      <w:r>
        <w:t xml:space="preserve"> - Explains how the neural network recognizes subtle data characteristics and mitigates daily variations, enhancing the sensor's reliability.</w:t>
      </w:r>
      <w:r/>
    </w:p>
    <w:p>
      <w:pPr>
        <w:pStyle w:val="ListNumber"/>
        <w:spacing w:line="240" w:lineRule="auto"/>
        <w:ind w:left="720"/>
      </w:pPr>
      <w:r/>
      <w:hyperlink r:id="rId12">
        <w:r>
          <w:rPr>
            <w:color w:val="0000EE"/>
            <w:u w:val="single"/>
          </w:rPr>
          <w:t>https://www.sciencedaily.com/releases/2024/10/241009121229.htm</w:t>
        </w:r>
      </w:hyperlink>
      <w:r>
        <w:t xml:space="preserve"> - Highlights the potential for the technology to adapt and compensate for imperfections, similar to natural processes, and its robustness for diverse applications.</w:t>
      </w:r>
      <w:r/>
    </w:p>
    <w:p>
      <w:pPr>
        <w:pStyle w:val="ListNumber"/>
        <w:spacing w:line="240" w:lineRule="auto"/>
        <w:ind w:left="720"/>
      </w:pPr>
      <w:r/>
      <w:hyperlink r:id="rId15">
        <w:r>
          <w:rPr>
            <w:color w:val="0000EE"/>
            <w:u w:val="single"/>
          </w:rPr>
          <w:t>https://www.livescience.com/technology/engineering/scientists-have-built-an-ai-powered-electronic-tongue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su.edu/news/research/story/matter-taste-electronic-tongue-reveals-ai-inner-thoughts" TargetMode="External"/><Relationship Id="rId11" Type="http://schemas.openxmlformats.org/officeDocument/2006/relationships/hyperlink" Target="https://wired.me/technology/electric-tongue-ai/" TargetMode="External"/><Relationship Id="rId12" Type="http://schemas.openxmlformats.org/officeDocument/2006/relationships/hyperlink" Target="https://www.sciencedaily.com/releases/2024/10/241009121229.htm" TargetMode="External"/><Relationship Id="rId13" Type="http://schemas.openxmlformats.org/officeDocument/2006/relationships/hyperlink" Target="https://www.indy100.com/science-tech/scientists-create-electric-tongue-ai" TargetMode="External"/><Relationship Id="rId14" Type="http://schemas.openxmlformats.org/officeDocument/2006/relationships/hyperlink" Target="https://www.matse.psu.edu/article/matter-taste-electronic-tongue-reveals-ai-inner-thoughts" TargetMode="External"/><Relationship Id="rId15" Type="http://schemas.openxmlformats.org/officeDocument/2006/relationships/hyperlink" Target="https://www.livescience.com/technology/engineering/scientists-have-built-an-ai-powered-electronic-tong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