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Qualcomm cancels Snapdragon X Elite Developer Kit amid quality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Qualcomm's recent announcement to cancel the release of its Snapdragon X Elite Developer Kit has sent ripples through the tech community. The dev kit, a mini-PC running Windows on ARM, was initially slated for a June 2024 release. However, it faced repeated delays before Qualcomm decided to permanently withdraw it from the market. The company cited that the product "comprehensively has not met our usual standards of excellence."</w:t>
      </w:r>
      <w:r/>
    </w:p>
    <w:p>
      <w:r/>
      <w:r>
        <w:t>The Snapdragon X Elite Developer Kit was designed to provide developers with powerful tools to port apps to Windows on ARM, capitalising on the Qualcomm Snapdragon X1E-00-1DE CPU. This 12-core processor boasts impressive specifications, including a 42MB cache and a boost clock of 4.3GHz, coupled with an integrated Qualcomm Adreno GPU and a Qualcomm Hexagon NPU capable of up to 45 TOPS. The mini-PC was equipped with 32GB of RAM and a 512GB SSD, all encased in a compact chassis measuring 8 x 7 x 1.3 inches and weighing just 2.1 pounds.</w:t>
      </w:r>
      <w:r/>
    </w:p>
    <w:p>
      <w:r/>
      <w:r>
        <w:t>The dev kit was intended to be a vital asset for expanding app compatibility on Windows on ARM, addressing concerns that have long-plagued Snapdragon devices, such as limited support for certain Windows applications and tools. By supporting developers in porting their applications, Qualcomm aimed to widen its consumer base and enhance the overall user experience on ARM-based PCs.</w:t>
      </w:r>
      <w:r/>
    </w:p>
    <w:p>
      <w:r/>
      <w:r>
        <w:t>One of the notable early recipients of the dev kit was YouTuber and app developer Jeff Geerling. In his review, Geerling provided insights into the hardware's performance, noting its parity with Apple's M3 Pro in terms of processing abilities. However, he pointed out significant drawbacks, such as the lack of Linux support and onerous resale restrictions that limited the device's appeal to developers.</w:t>
      </w:r>
      <w:r/>
    </w:p>
    <w:p>
      <w:r/>
      <w:r>
        <w:t>One of the speculated reasons behind the cancellation relates to an oversight involving hardware compliance. The dev kit lacked a built-in HDMI port, though it was internally equipped for a DisplayPort to HDMI conversion. This anomaly has led to suggestions that it might have failed to pass the Federal Communications Commission's (FCC) compliance tests. As compensation, Qualcomm promised to include a USB-C to HDMI dongle for users, but this was perhaps not enough to mitigate potential technical and regulatory difficulties.</w:t>
      </w:r>
      <w:r/>
    </w:p>
    <w:p>
      <w:r/>
      <w:r>
        <w:t>Despite its planned market introduction, the Snapdragon X Elite Developer Kit was seen as a step beyond laptops, part of Qualcomm's broader strategy to include desktops in its Snapdragon ecosystem. The move to cancel the project could impact Qualcomm's competitive edge over rivals such as Intel and AMD, who are also vying for dominance in the ARM and x86 markets.</w:t>
      </w:r>
      <w:r/>
    </w:p>
    <w:p>
      <w:r/>
      <w:r>
        <w:t>Qualcomm has assured customers who ordered the dev kit of a full refund, including those who had already received their units. While this halted initiative signals a significant shift in Qualcomm's immediate plans, the company's commitment to ARM-based Windows PCs remains, as they continue to explore new avenues for innovation in this space.</w:t>
      </w:r>
      <w:r/>
    </w:p>
    <w:p>
      <w:r/>
      <w:r>
        <w:t>The setback casts uncertainty over the future of Windows on ARM for desktops but underscores a persistent ambition in the tech sector to expand beyond traditional platforms. As Qualcomm strategises its next moves, the tech community will be watching closely to see how the company plans to address these challenges and push the boundaries of ARM technology further.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https://www.jeffgeerling.com/blog/2024/qualcomm-cancels-snapdragon-dev-kit-refunds-all-orders</w:t>
        </w:r>
      </w:hyperlink>
      <w:r>
        <w:t xml:space="preserve"> - Corroborates the cancellation of the Snapdragon X Elite Developer Kit and the reasons provided by Qualcomm, including the product not meeting their standards of excellence.</w:t>
      </w:r>
      <w:r/>
    </w:p>
    <w:p>
      <w:pPr>
        <w:pStyle w:val="ListNumber"/>
        <w:spacing w:line="240" w:lineRule="auto"/>
        <w:ind w:left="720"/>
      </w:pPr>
      <w:r/>
      <w:hyperlink r:id="rId11">
        <w:r>
          <w:rPr>
            <w:color w:val="0000EE"/>
            <w:u w:val="single"/>
          </w:rPr>
          <w:t>https://www.xrtoday.com/virtual-reality/qualcomm-cancels-snapdragon-x-elite-dev-kit/</w:t>
        </w:r>
      </w:hyperlink>
      <w:r>
        <w:t xml:space="preserve"> - Supports the information about the cancellation, the initial shipping delays, and the decision to pause the product indefinitely.</w:t>
      </w:r>
      <w:r/>
    </w:p>
    <w:p>
      <w:pPr>
        <w:pStyle w:val="ListNumber"/>
        <w:spacing w:line="240" w:lineRule="auto"/>
        <w:ind w:left="720"/>
      </w:pPr>
      <w:r/>
      <w:hyperlink r:id="rId12">
        <w:r>
          <w:rPr>
            <w:color w:val="0000EE"/>
            <w:u w:val="single"/>
          </w:rPr>
          <w:t>https://www.tomshardware.com/desktops/mini-pcs/qualcomm-abruptly-cancels-snapdragon-x-elite-dev-kit-refunds-customers-for-mini-pc-ends-sales-and-support-for-the-device-immediately</w:t>
        </w:r>
      </w:hyperlink>
      <w:r>
        <w:t xml:space="preserve"> - Provides details on the specifications of the dev kit, including the CPU, RAM, and SSD, as well as the performance issues and hardware oddities.</w:t>
      </w:r>
      <w:r/>
    </w:p>
    <w:p>
      <w:pPr>
        <w:pStyle w:val="ListNumber"/>
        <w:spacing w:line="240" w:lineRule="auto"/>
        <w:ind w:left="720"/>
      </w:pPr>
      <w:r/>
      <w:hyperlink r:id="rId13">
        <w:r>
          <w:rPr>
            <w:color w:val="0000EE"/>
            <w:u w:val="single"/>
          </w:rPr>
          <w:t>https://www.extremetech.com/computing/qualcomm-cancels-its-snapdragon-pc-dev-kit-issues-refunds</w:t>
        </w:r>
      </w:hyperlink>
      <w:r>
        <w:t xml:space="preserve"> - Confirms the cancellation, the reasons for it, and the decision to issue refunds to all buyers, including those who received the kit.</w:t>
      </w:r>
      <w:r/>
    </w:p>
    <w:p>
      <w:pPr>
        <w:pStyle w:val="ListNumber"/>
        <w:spacing w:line="240" w:lineRule="auto"/>
        <w:ind w:left="720"/>
      </w:pPr>
      <w:r/>
      <w:hyperlink r:id="rId14">
        <w:r>
          <w:rPr>
            <w:color w:val="0000EE"/>
            <w:u w:val="single"/>
          </w:rPr>
          <w:t>https://www.windowscentral.com/hardware/qualcomm-cancels-snapdragon-x-elite-devkit-just-days-after-first-orders-arrive</w:t>
        </w:r>
      </w:hyperlink>
      <w:r>
        <w:t xml:space="preserve"> - Details the initial release plans, the delays, and the final cancellation of the dev kit, along with the refund policy for customers.</w:t>
      </w:r>
      <w:r/>
    </w:p>
    <w:p>
      <w:pPr>
        <w:pStyle w:val="ListNumber"/>
        <w:spacing w:line="240" w:lineRule="auto"/>
        <w:ind w:left="720"/>
      </w:pPr>
      <w:r/>
      <w:hyperlink r:id="rId10">
        <w:r>
          <w:rPr>
            <w:color w:val="0000EE"/>
            <w:u w:val="single"/>
          </w:rPr>
          <w:t>https://www.jeffgeerling.com/blog/2024/qualcomm-cancels-snapdragon-dev-kit-refunds-all-orders</w:t>
        </w:r>
      </w:hyperlink>
      <w:r>
        <w:t xml:space="preserve"> - Mentions Jeff Geerling's review and his insights into the hardware's performance and limitations, such as the lack of Linux support.</w:t>
      </w:r>
      <w:r/>
    </w:p>
    <w:p>
      <w:pPr>
        <w:pStyle w:val="ListNumber"/>
        <w:spacing w:line="240" w:lineRule="auto"/>
        <w:ind w:left="720"/>
      </w:pPr>
      <w:r/>
      <w:hyperlink r:id="rId11">
        <w:r>
          <w:rPr>
            <w:color w:val="0000EE"/>
            <w:u w:val="single"/>
          </w:rPr>
          <w:t>https://www.xrtoday.com/virtual-reality/qualcomm-cancels-snapdragon-x-elite-dev-kit/</w:t>
        </w:r>
      </w:hyperlink>
      <w:r>
        <w:t xml:space="preserve"> - Explains the broader strategy of Qualcomm to include desktops in its Snapdragon ecosystem and the potential impact on their competitive edge.</w:t>
      </w:r>
      <w:r/>
    </w:p>
    <w:p>
      <w:pPr>
        <w:pStyle w:val="ListNumber"/>
        <w:spacing w:line="240" w:lineRule="auto"/>
        <w:ind w:left="720"/>
      </w:pPr>
      <w:r/>
      <w:hyperlink r:id="rId12">
        <w:r>
          <w:rPr>
            <w:color w:val="0000EE"/>
            <w:u w:val="single"/>
          </w:rPr>
          <w:t>https://www.tomshardware.com/desktops/mini-pcs/qualcomm-abruptly-cancels-snapdragon-x-elite-dev-kit-refunds-customers-for-mini-pc-ends-sales-and-support-for-the-device-immediately</w:t>
        </w:r>
      </w:hyperlink>
      <w:r>
        <w:t xml:space="preserve"> - Discusses the hardware compliance issues, including the lack of a built-in HDMI port and potential FCC compliance problems.</w:t>
      </w:r>
      <w:r/>
    </w:p>
    <w:p>
      <w:pPr>
        <w:pStyle w:val="ListNumber"/>
        <w:spacing w:line="240" w:lineRule="auto"/>
        <w:ind w:left="720"/>
      </w:pPr>
      <w:r/>
      <w:hyperlink r:id="rId13">
        <w:r>
          <w:rPr>
            <w:color w:val="0000EE"/>
            <w:u w:val="single"/>
          </w:rPr>
          <w:t>https://www.extremetech.com/computing/qualcomm-cancels-its-snapdragon-pc-dev-kit-issues-refunds</w:t>
        </w:r>
      </w:hyperlink>
      <w:r>
        <w:t xml:space="preserve"> - Details the technical and regulatory difficulties, such as the removal of the HDMI port and the provision of a USB-C to HDMI dongle.</w:t>
      </w:r>
      <w:r/>
    </w:p>
    <w:p>
      <w:pPr>
        <w:pStyle w:val="ListNumber"/>
        <w:spacing w:line="240" w:lineRule="auto"/>
        <w:ind w:left="720"/>
      </w:pPr>
      <w:r/>
      <w:hyperlink r:id="rId14">
        <w:r>
          <w:rPr>
            <w:color w:val="0000EE"/>
            <w:u w:val="single"/>
          </w:rPr>
          <w:t>https://www.windowscentral.com/hardware/qualcomm-cancels-snapdragon-x-elite-devkit-just-days-after-first-orders-arrive</w:t>
        </w:r>
      </w:hyperlink>
      <w:r>
        <w:t xml:space="preserve"> - Confirms that customers who ordered the dev kit will receive a full refund, including those who had already received their units.</w:t>
      </w:r>
      <w:r/>
    </w:p>
    <w:p>
      <w:pPr>
        <w:pStyle w:val="ListNumber"/>
        <w:spacing w:line="240" w:lineRule="auto"/>
        <w:ind w:left="720"/>
      </w:pPr>
      <w:r/>
      <w:hyperlink r:id="rId11">
        <w:r>
          <w:rPr>
            <w:color w:val="0000EE"/>
            <w:u w:val="single"/>
          </w:rPr>
          <w:t>https://www.xrtoday.com/virtual-reality/qualcomm-cancels-snapdragon-x-elite-dev-kit/</w:t>
        </w:r>
      </w:hyperlink>
      <w:r>
        <w:t xml:space="preserve"> - Highlights Qualcomm's ongoing commitment to ARM-based Windows PCs and their exploration of new avenues for innovation in this space.</w:t>
      </w:r>
      <w:r/>
    </w:p>
    <w:p>
      <w:pPr>
        <w:pStyle w:val="ListNumber"/>
        <w:spacing w:line="240" w:lineRule="auto"/>
        <w:ind w:left="720"/>
      </w:pPr>
      <w:r/>
      <w:hyperlink r:id="rId15">
        <w:r>
          <w:rPr>
            <w:color w:val="0000EE"/>
            <w:u w:val="single"/>
          </w:rPr>
          <w:t>https://www.techradar.com/computing/qualcomms-canceled-mini-pc-could-spell-trouble-with-consumers-down-the-line</w:t>
        </w:r>
      </w:hyperlink>
      <w:r>
        <w:t xml:space="preserve"> - Please view link - unable to able to access data</w:t>
      </w:r>
      <w:r/>
    </w:p>
    <w:p>
      <w:pPr>
        <w:pStyle w:val="ListNumber"/>
        <w:spacing w:line="240" w:lineRule="auto"/>
        <w:ind w:left="720"/>
      </w:pPr>
      <w:r/>
      <w:hyperlink r:id="rId16">
        <w:r>
          <w:rPr>
            <w:color w:val="0000EE"/>
            <w:u w:val="single"/>
          </w:rPr>
          <w:t>https://www.digitaltrends.com/computing/qualcomm-mini-pc-dev-kit-cancelled/</w:t>
        </w:r>
      </w:hyperlink>
      <w:r>
        <w:t xml:space="preserve"> - Please view link - unable to able to access data</w:t>
      </w:r>
      <w:r/>
    </w:p>
    <w:p>
      <w:pPr>
        <w:pStyle w:val="ListNumber"/>
        <w:spacing w:line="240" w:lineRule="auto"/>
        <w:ind w:left="720"/>
      </w:pPr>
      <w:r/>
      <w:hyperlink r:id="rId17">
        <w:r>
          <w:rPr>
            <w:color w:val="0000EE"/>
            <w:u w:val="single"/>
          </w:rPr>
          <w:t>https://www.laptopmag.com/ai/copilot-pcs/qualcomm-mini-pc-windows-arm-desktop</w:t>
        </w:r>
      </w:hyperlink>
      <w:r>
        <w:t xml:space="preserve"> - Please view link - unable to able to access data</w:t>
      </w:r>
      <w:r/>
    </w:p>
    <w:p>
      <w:pPr>
        <w:pStyle w:val="ListNumber"/>
        <w:spacing w:line="240" w:lineRule="auto"/>
        <w:ind w:left="720"/>
      </w:pPr>
      <w:r/>
      <w:hyperlink r:id="rId18">
        <w:r>
          <w:rPr>
            <w:color w:val="0000EE"/>
            <w:u w:val="single"/>
          </w:rPr>
          <w:t>https://www.engadget.com/apps/qualcomm-axes-its-windows-on-arm-pc-dev-kit-153303185.html?src=rss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effgeerling.com/blog/2024/qualcomm-cancels-snapdragon-dev-kit-refunds-all-orders" TargetMode="External"/><Relationship Id="rId11" Type="http://schemas.openxmlformats.org/officeDocument/2006/relationships/hyperlink" Target="https://www.xrtoday.com/virtual-reality/qualcomm-cancels-snapdragon-x-elite-dev-kit/" TargetMode="External"/><Relationship Id="rId12" Type="http://schemas.openxmlformats.org/officeDocument/2006/relationships/hyperlink" Target="https://www.tomshardware.com/desktops/mini-pcs/qualcomm-abruptly-cancels-snapdragon-x-elite-dev-kit-refunds-customers-for-mini-pc-ends-sales-and-support-for-the-device-immediately" TargetMode="External"/><Relationship Id="rId13" Type="http://schemas.openxmlformats.org/officeDocument/2006/relationships/hyperlink" Target="https://www.extremetech.com/computing/qualcomm-cancels-its-snapdragon-pc-dev-kit-issues-refunds" TargetMode="External"/><Relationship Id="rId14" Type="http://schemas.openxmlformats.org/officeDocument/2006/relationships/hyperlink" Target="https://www.windowscentral.com/hardware/qualcomm-cancels-snapdragon-x-elite-devkit-just-days-after-first-orders-arrive" TargetMode="External"/><Relationship Id="rId15" Type="http://schemas.openxmlformats.org/officeDocument/2006/relationships/hyperlink" Target="https://www.techradar.com/computing/qualcomms-canceled-mini-pc-could-spell-trouble-with-consumers-down-the-line" TargetMode="External"/><Relationship Id="rId16" Type="http://schemas.openxmlformats.org/officeDocument/2006/relationships/hyperlink" Target="https://www.digitaltrends.com/computing/qualcomm-mini-pc-dev-kit-cancelled/" TargetMode="External"/><Relationship Id="rId17" Type="http://schemas.openxmlformats.org/officeDocument/2006/relationships/hyperlink" Target="https://www.laptopmag.com/ai/copilot-pcs/qualcomm-mini-pc-windows-arm-desktop" TargetMode="External"/><Relationship Id="rId18" Type="http://schemas.openxmlformats.org/officeDocument/2006/relationships/hyperlink" Target="https://www.engadget.com/apps/qualcomm-axes-its-windows-on-arm-pc-dev-kit-153303185.html?src=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