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Qupid: The AI revolution transforming online dating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technology continues to permeate every facet of life, the realm of online dating is experiencing its own AI revolution with the introduction of Qupid, a tool offering AI-generated pickup lines to facilitate first impressions in digital dating scenarios. The innovative app is the brainchild of Northwestern University's Andrew Gao, a senior in the Weinberg College of Arts and Sciences, who embarked on this venture to integrate technology with the increasingly popular world of online dating.</w:t>
      </w:r>
      <w:r/>
    </w:p>
    <w:p>
      <w:r/>
      <w:r>
        <w:t>Launched in September after the idea germinated in January, Qupid offers users a unique way to kickstart conversations on dating apps. With options for both general and personalised pickup lines, users can either provide a brief description or upload screenshots of their ongoing conversations or matches' profiles. The app then leverages a predefined database, refining and personalising lines to resonate with the user's content.</w:t>
      </w:r>
      <w:r/>
    </w:p>
    <w:p>
      <w:r/>
      <w:r>
        <w:t>Gao, a computer science major, single-handedly developed both the interface and backend of Qupid, employing Apple's Xcode for the app’s development. Gao has also embraced digital promotion strategies, utilising platforms like TikTok, Instagram Reels, and YouTube Shorts to market Qupid, crafting engaging short-form content.</w:t>
      </w:r>
      <w:r/>
    </w:p>
    <w:p>
      <w:r/>
      <w:r>
        <w:t>Elizabeth Li, a Ph.D. student specialising in Media, Technology, and Society, has weighed in on the app’s potential impact. Li acknowledges the potential for Qupid to shift focus away from the often superficial realm of first physical impressions, a common pressure point in online dating. However, she also raises concerns about the implications of AI playing a significant role in user interactions, particularly concerning user autonomy and agency. Li suggests that giving an AI tool the reins for initial interactions might remove the sense of personal agency that comes with crafting one's own first impression.</w:t>
      </w:r>
      <w:r/>
    </w:p>
    <w:p>
      <w:r/>
      <w:r>
        <w:t>Sophia Masterson, a sophomore at McCormick, lends a user perspective to the conversation, acknowledging the assistance AI can provide for those who find crafting initial messages daunting while cautioning against messages that seem inauthentic. Nonetheless, she admits that a thoughtfully constructed AI message could pique her interest just as much as a personalised one.</w:t>
      </w:r>
      <w:r/>
    </w:p>
    <w:p>
      <w:r/>
      <w:r>
        <w:t>Gao reports receiving predominantly positive feedback from Qupid users and is already contemplating future enhancements to the app, including expanding language options to cater to a more diverse user base. As Qupid gains traction, it reflects a broader trend in 2024 and beyond, where the intersection of AI and everyday human experiences continues to evolve, offering novel solutions to age-old challenges.</w:t>
      </w:r>
      <w:r/>
    </w:p>
    <w:p>
      <w:r/>
      <w:r>
        <w:t>The development of Qupid not only highlights the growing role of AI in personal and social spaces but also exemplifies the entrepreneurial spirit thriving within the tech-savvy student community at Northwestern University. This intersection of innovation, technology, and social interaction marks a significant milestone in how digital dating may continue to evolve in the near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https://dailynorthwestern.com/2024/10/20/lateststories/ai-dating-assistant-designed-by-nu-student-plays-cupid</w:t>
        </w:r>
      </w:hyperlink>
      <w:r>
        <w:t xml:space="preserve"> - Corroborates the development of Qupid by Andrew Gao, its features, and the feedback from users.</w:t>
      </w:r>
      <w:r/>
    </w:p>
    <w:p>
      <w:pPr>
        <w:pStyle w:val="ListNumber"/>
        <w:spacing w:line="240" w:lineRule="auto"/>
        <w:ind w:left="720"/>
      </w:pPr>
      <w:r/>
      <w:hyperlink r:id="rId10">
        <w:r>
          <w:rPr>
            <w:color w:val="0000EE"/>
            <w:u w:val="single"/>
          </w:rPr>
          <w:t>https://dailynorthwestern.com/2024/10/20/lateststories/ai-dating-assistant-designed-by-nu-student-plays-cupid</w:t>
        </w:r>
      </w:hyperlink>
      <w:r>
        <w:t xml:space="preserve"> - Details Gao's use of Xcode for the app’s development and his marketing strategies on social media.</w:t>
      </w:r>
      <w:r/>
    </w:p>
    <w:p>
      <w:pPr>
        <w:pStyle w:val="ListNumber"/>
        <w:spacing w:line="240" w:lineRule="auto"/>
        <w:ind w:left="720"/>
      </w:pPr>
      <w:r/>
      <w:hyperlink r:id="rId10">
        <w:r>
          <w:rPr>
            <w:color w:val="0000EE"/>
            <w:u w:val="single"/>
          </w:rPr>
          <w:t>https://dailynorthwestern.com/2024/10/20/lateststories/ai-dating-assistant-designed-by-nu-student-plays-cupid</w:t>
        </w:r>
      </w:hyperlink>
      <w:r>
        <w:t xml:space="preserve"> - Discusses Elizabeth Li's perspective on Qupid’s potential impact on user interactions and autonomy.</w:t>
      </w:r>
      <w:r/>
    </w:p>
    <w:p>
      <w:pPr>
        <w:pStyle w:val="ListNumber"/>
        <w:spacing w:line="240" w:lineRule="auto"/>
        <w:ind w:left="720"/>
      </w:pPr>
      <w:r/>
      <w:hyperlink r:id="rId10">
        <w:r>
          <w:rPr>
            <w:color w:val="0000EE"/>
            <w:u w:val="single"/>
          </w:rPr>
          <w:t>https://dailynorthwestern.com/2024/10/20/lateststories/ai-dating-assistant-designed-by-nu-student-plays-cupid</w:t>
        </w:r>
      </w:hyperlink>
      <w:r>
        <w:t xml:space="preserve"> - Provides Sophia Masterson's user perspective on the authenticity and effectiveness of AI-generated messages.</w:t>
      </w:r>
      <w:r/>
    </w:p>
    <w:p>
      <w:pPr>
        <w:pStyle w:val="ListNumber"/>
        <w:spacing w:line="240" w:lineRule="auto"/>
        <w:ind w:left="720"/>
      </w:pPr>
      <w:r/>
      <w:hyperlink r:id="rId10">
        <w:r>
          <w:rPr>
            <w:color w:val="0000EE"/>
            <w:u w:val="single"/>
          </w:rPr>
          <w:t>https://dailynorthwestern.com/2024/10/20/lateststories/ai-dating-assistant-designed-by-nu-student-plays-cupid</w:t>
        </w:r>
      </w:hyperlink>
      <w:r>
        <w:t xml:space="preserve"> - Mentions Gao's plans for future enhancements, including expanding language options for a more diverse user base.</w:t>
      </w:r>
      <w:r/>
    </w:p>
    <w:p>
      <w:pPr>
        <w:pStyle w:val="ListNumber"/>
        <w:spacing w:line="240" w:lineRule="auto"/>
        <w:ind w:left="720"/>
      </w:pPr>
      <w:r/>
      <w:hyperlink r:id="rId10">
        <w:r>
          <w:rPr>
            <w:color w:val="0000EE"/>
            <w:u w:val="single"/>
          </w:rPr>
          <w:t>https://dailynorthwestern.com/2024/10/20/lateststories/ai-dating-assistant-designed-by-nu-student-plays-cupid</w:t>
        </w:r>
      </w:hyperlink>
      <w:r>
        <w:t xml:space="preserve"> - Highlights the entrepreneurial spirit and innovation within the tech-savvy student community at Northwestern University.</w:t>
      </w:r>
      <w:r/>
    </w:p>
    <w:p>
      <w:pPr>
        <w:pStyle w:val="ListNumber"/>
        <w:spacing w:line="240" w:lineRule="auto"/>
        <w:ind w:left="720"/>
      </w:pPr>
      <w:r/>
      <w:hyperlink r:id="rId11">
        <w:r>
          <w:rPr>
            <w:color w:val="0000EE"/>
            <w:u w:val="single"/>
          </w:rPr>
          <w:t>https://www.theknot.com/content/best-tinder-pick-up-lines</w:t>
        </w:r>
      </w:hyperlink>
      <w:r>
        <w:t xml:space="preserve"> - Provides examples of pickup lines, though not specifically about Qupid, it contextualizes the use of pickup lines in online dating.</w:t>
      </w:r>
      <w:r/>
    </w:p>
    <w:p>
      <w:pPr>
        <w:pStyle w:val="ListNumber"/>
        <w:spacing w:line="240" w:lineRule="auto"/>
        <w:ind w:left="720"/>
      </w:pPr>
      <w:r/>
      <w:hyperlink r:id="rId12">
        <w:r>
          <w:rPr>
            <w:color w:val="0000EE"/>
            <w:u w:val="single"/>
          </w:rPr>
          <w:t>https://www.reddit.com/r/pickuplines/comments/1dtlr7y/new_ai_powered_pickup_lines_generator/</w:t>
        </w:r>
      </w:hyperlink>
      <w:r>
        <w:t xml:space="preserve"> - Mentions another AI-powered tool for generating pickup lines, similar to Qupid's concept.</w:t>
      </w:r>
      <w:r/>
    </w:p>
    <w:p>
      <w:pPr>
        <w:pStyle w:val="ListNumber"/>
        <w:spacing w:line="240" w:lineRule="auto"/>
        <w:ind w:left="720"/>
      </w:pPr>
      <w:r/>
      <w:hyperlink r:id="rId13">
        <w:r>
          <w:rPr>
            <w:color w:val="0000EE"/>
            <w:u w:val="single"/>
          </w:rPr>
          <w:t>https://www.yeschat.ai/gpts-2OToXUlD76-Pick-Up-Lines</w:t>
        </w:r>
      </w:hyperlink>
      <w:r>
        <w:t xml:space="preserve"> - Describes AI-powered pickup line generators, aligning with the concept of Qupid.</w:t>
      </w:r>
      <w:r/>
    </w:p>
    <w:p>
      <w:pPr>
        <w:pStyle w:val="ListNumber"/>
        <w:spacing w:line="240" w:lineRule="auto"/>
        <w:ind w:left="720"/>
      </w:pPr>
      <w:r/>
      <w:hyperlink r:id="rId14">
        <w:r>
          <w:rPr>
            <w:color w:val="0000EE"/>
            <w:u w:val="single"/>
          </w:rPr>
          <w:t>https://www.yourmove.ai/blog/dirty-pick-up-lines</w:t>
        </w:r>
      </w:hyperlink>
      <w:r>
        <w:t xml:space="preserve"> - Discusses the use of AI-generated pickup lines in various contexts, including their potential impact on online dating.</w:t>
      </w:r>
      <w:r/>
    </w:p>
    <w:p>
      <w:pPr>
        <w:pStyle w:val="ListNumber"/>
        <w:spacing w:line="240" w:lineRule="auto"/>
        <w:ind w:left="720"/>
      </w:pPr>
      <w:r/>
      <w:hyperlink r:id="rId14">
        <w:r>
          <w:rPr>
            <w:color w:val="0000EE"/>
            <w:u w:val="single"/>
          </w:rPr>
          <w:t>https://www.yourmove.ai/blog/dirty-pick-up-lines</w:t>
        </w:r>
      </w:hyperlink>
      <w:r>
        <w:t xml:space="preserve"> - Provides insights into how AI-generated lines can be used to spice up relationships and interactions, similar to Qupid's purpose.</w:t>
      </w:r>
      <w:r/>
    </w:p>
    <w:p>
      <w:pPr>
        <w:pStyle w:val="ListNumber"/>
        <w:spacing w:line="240" w:lineRule="auto"/>
        <w:ind w:left="720"/>
      </w:pPr>
      <w:r/>
      <w:hyperlink r:id="rId15">
        <w:r>
          <w:rPr>
            <w:color w:val="0000EE"/>
            <w:u w:val="single"/>
          </w:rPr>
          <w:t>https://dailynorthwestern.com/2024/10/20/lateststories/ai-dating-assistant-designed-by-nu-student-plays-cupid/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ilynorthwestern.com/2024/10/20/lateststories/ai-dating-assistant-designed-by-nu-student-plays-cupid" TargetMode="External"/><Relationship Id="rId11" Type="http://schemas.openxmlformats.org/officeDocument/2006/relationships/hyperlink" Target="https://www.theknot.com/content/best-tinder-pick-up-lines" TargetMode="External"/><Relationship Id="rId12" Type="http://schemas.openxmlformats.org/officeDocument/2006/relationships/hyperlink" Target="https://www.reddit.com/r/pickuplines/comments/1dtlr7y/new_ai_powered_pickup_lines_generator/" TargetMode="External"/><Relationship Id="rId13" Type="http://schemas.openxmlformats.org/officeDocument/2006/relationships/hyperlink" Target="https://www.yeschat.ai/gpts-2OToXUlD76-Pick-Up-Lines" TargetMode="External"/><Relationship Id="rId14" Type="http://schemas.openxmlformats.org/officeDocument/2006/relationships/hyperlink" Target="https://www.yourmove.ai/blog/dirty-pick-up-lines" TargetMode="External"/><Relationship Id="rId15" Type="http://schemas.openxmlformats.org/officeDocument/2006/relationships/hyperlink" Target="https://dailynorthwestern.com/2024/10/20/lateststories/ai-dating-assistant-designed-by-nu-student-plays-cup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